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F20AF3" w14:textId="5B726D82" w:rsidR="009F7071" w:rsidRPr="009F7071" w:rsidRDefault="009F7071" w:rsidP="009F7071">
      <w:pPr>
        <w:pStyle w:val="Title"/>
        <w:rPr>
          <w:color w:val="5C3873" w:themeColor="accent4"/>
          <w:sz w:val="22"/>
          <w:szCs w:val="22"/>
          <w:lang w:val="en-IN"/>
        </w:rPr>
      </w:pPr>
      <w:r w:rsidRPr="009F7071">
        <w:rPr>
          <w:noProof/>
          <w:color w:val="5C3873" w:themeColor="accent4"/>
          <w:sz w:val="22"/>
          <w:szCs w:val="22"/>
        </w:rPr>
        <mc:AlternateContent>
          <mc:Choice Requires="wpg">
            <w:drawing>
              <wp:anchor distT="0" distB="0" distL="114300" distR="114300" simplePos="0" relativeHeight="251658240" behindDoc="0" locked="0" layoutInCell="1" allowOverlap="1" wp14:anchorId="0B53CA39" wp14:editId="6FFC1D7A">
                <wp:simplePos x="0" y="0"/>
                <wp:positionH relativeFrom="margin">
                  <wp:posOffset>179012</wp:posOffset>
                </wp:positionH>
                <wp:positionV relativeFrom="margin">
                  <wp:posOffset>-366569</wp:posOffset>
                </wp:positionV>
                <wp:extent cx="5105400" cy="588645"/>
                <wp:effectExtent l="0" t="0" r="0" b="1905"/>
                <wp:wrapSquare wrapText="bothSides"/>
                <wp:docPr id="9" name="Group 8">
                  <a:extLst xmlns:a="http://schemas.openxmlformats.org/drawingml/2006/main">
                    <a:ext uri="{FF2B5EF4-FFF2-40B4-BE49-F238E27FC236}">
                      <a16:creationId xmlns:a16="http://schemas.microsoft.com/office/drawing/2014/main" id="{775D157A-829F-D387-373D-85A6F6D73AB1}"/>
                    </a:ext>
                  </a:extLst>
                </wp:docPr>
                <wp:cNvGraphicFramePr/>
                <a:graphic xmlns:a="http://schemas.openxmlformats.org/drawingml/2006/main">
                  <a:graphicData uri="http://schemas.microsoft.com/office/word/2010/wordprocessingGroup">
                    <wpg:wgp>
                      <wpg:cNvGrpSpPr/>
                      <wpg:grpSpPr>
                        <a:xfrm>
                          <a:off x="0" y="0"/>
                          <a:ext cx="5105400" cy="588645"/>
                          <a:chOff x="0" y="0"/>
                          <a:chExt cx="11376664" cy="1157073"/>
                        </a:xfrm>
                      </wpg:grpSpPr>
                      <pic:pic xmlns:pic="http://schemas.openxmlformats.org/drawingml/2006/picture">
                        <pic:nvPicPr>
                          <pic:cNvPr id="217138658" name="drawing" descr="A close-up of a logo&#10;&#10;AI-generated content may be incorrect.">
                            <a:extLst>
                              <a:ext uri="{FF2B5EF4-FFF2-40B4-BE49-F238E27FC236}">
                                <a16:creationId xmlns:a16="http://schemas.microsoft.com/office/drawing/2014/main" id="{A067D7B3-5C84-6368-1F9B-E44B95390272}"/>
                              </a:ext>
                            </a:extLst>
                          </pic:cNvPr>
                          <pic:cNvPicPr>
                            <a:picLocks noChangeAspect="1"/>
                          </pic:cNvPicPr>
                        </pic:nvPicPr>
                        <pic:blipFill>
                          <a:blip r:embed="rId8">
                            <a:extLst>
                              <a:ext uri="{28A0092B-C50C-407E-A947-70E740481C1C}">
                                <a14:useLocalDpi xmlns:a14="http://schemas.microsoft.com/office/drawing/2010/main"/>
                              </a:ext>
                            </a:extLst>
                          </a:blip>
                          <a:stretch>
                            <a:fillRect/>
                          </a:stretch>
                        </pic:blipFill>
                        <pic:spPr>
                          <a:xfrm>
                            <a:off x="0" y="1"/>
                            <a:ext cx="1943303" cy="1157071"/>
                          </a:xfrm>
                          <a:prstGeom prst="rect">
                            <a:avLst/>
                          </a:prstGeom>
                        </pic:spPr>
                      </pic:pic>
                      <pic:pic xmlns:pic="http://schemas.openxmlformats.org/drawingml/2006/picture">
                        <pic:nvPicPr>
                          <pic:cNvPr id="656454237" name="Picture 656454237" descr="A logo with text on it&#10;&#10;AI-generated content may be incorrect.">
                            <a:extLst>
                              <a:ext uri="{FF2B5EF4-FFF2-40B4-BE49-F238E27FC236}">
                                <a16:creationId xmlns:a16="http://schemas.microsoft.com/office/drawing/2014/main" id="{9893A7A8-7A3B-7768-1FB1-DCC43310F470}"/>
                              </a:ext>
                            </a:extLst>
                          </pic:cNvPr>
                          <pic:cNvPicPr>
                            <a:picLocks noChangeAspect="1"/>
                          </pic:cNvPicPr>
                        </pic:nvPicPr>
                        <pic:blipFill>
                          <a:blip r:embed="rId9"/>
                          <a:stretch>
                            <a:fillRect/>
                          </a:stretch>
                        </pic:blipFill>
                        <pic:spPr>
                          <a:xfrm>
                            <a:off x="2239413" y="1"/>
                            <a:ext cx="1619618" cy="1157071"/>
                          </a:xfrm>
                          <a:prstGeom prst="rect">
                            <a:avLst/>
                          </a:prstGeom>
                        </pic:spPr>
                      </pic:pic>
                      <pic:pic xmlns:pic="http://schemas.openxmlformats.org/drawingml/2006/picture">
                        <pic:nvPicPr>
                          <pic:cNvPr id="915692106" name="drawing">
                            <a:extLst>
                              <a:ext uri="{FF2B5EF4-FFF2-40B4-BE49-F238E27FC236}">
                                <a16:creationId xmlns:a16="http://schemas.microsoft.com/office/drawing/2014/main" id="{51C56A43-8DC3-C46E-F66F-C0DE3D858301}"/>
                              </a:ext>
                            </a:extLst>
                          </pic:cNvPr>
                          <pic:cNvPicPr>
                            <a:picLocks noChangeAspect="1"/>
                          </pic:cNvPicPr>
                        </pic:nvPicPr>
                        <pic:blipFill>
                          <a:blip r:embed="rId10">
                            <a:extLst>
                              <a:ext uri="{28A0092B-C50C-407E-A947-70E740481C1C}">
                                <a14:useLocalDpi xmlns:a14="http://schemas.microsoft.com/office/drawing/2010/main"/>
                              </a:ext>
                            </a:extLst>
                          </a:blip>
                          <a:stretch>
                            <a:fillRect/>
                          </a:stretch>
                        </pic:blipFill>
                        <pic:spPr>
                          <a:xfrm>
                            <a:off x="4155141" y="0"/>
                            <a:ext cx="1157072" cy="1157072"/>
                          </a:xfrm>
                          <a:prstGeom prst="rect">
                            <a:avLst/>
                          </a:prstGeom>
                        </pic:spPr>
                      </pic:pic>
                      <pic:pic xmlns:pic="http://schemas.openxmlformats.org/drawingml/2006/picture">
                        <pic:nvPicPr>
                          <pic:cNvPr id="1150720231" name="drawing">
                            <a:extLst>
                              <a:ext uri="{FF2B5EF4-FFF2-40B4-BE49-F238E27FC236}">
                                <a16:creationId xmlns:a16="http://schemas.microsoft.com/office/drawing/2014/main" id="{3B41DCCD-6ABB-0859-FFDC-1DE7040511BF}"/>
                              </a:ext>
                            </a:extLst>
                          </pic:cNvPr>
                          <pic:cNvPicPr>
                            <a:picLocks noChangeAspect="1"/>
                          </pic:cNvPicPr>
                        </pic:nvPicPr>
                        <pic:blipFill>
                          <a:blip r:embed="rId11">
                            <a:extLst>
                              <a:ext uri="{28A0092B-C50C-407E-A947-70E740481C1C}">
                                <a14:useLocalDpi xmlns:a14="http://schemas.microsoft.com/office/drawing/2010/main"/>
                              </a:ext>
                            </a:extLst>
                          </a:blip>
                          <a:stretch>
                            <a:fillRect/>
                          </a:stretch>
                        </pic:blipFill>
                        <pic:spPr>
                          <a:xfrm>
                            <a:off x="5608323" y="1"/>
                            <a:ext cx="4355036" cy="1157072"/>
                          </a:xfrm>
                          <a:prstGeom prst="rect">
                            <a:avLst/>
                          </a:prstGeom>
                        </pic:spPr>
                      </pic:pic>
                      <pic:pic xmlns:pic="http://schemas.openxmlformats.org/drawingml/2006/picture">
                        <pic:nvPicPr>
                          <pic:cNvPr id="1156201455" name="drawing">
                            <a:extLst>
                              <a:ext uri="{FF2B5EF4-FFF2-40B4-BE49-F238E27FC236}">
                                <a16:creationId xmlns:a16="http://schemas.microsoft.com/office/drawing/2014/main" id="{CBE32F3F-84D0-0365-F56B-6A97E4144A8F}"/>
                              </a:ext>
                            </a:extLst>
                          </pic:cNvPr>
                          <pic:cNvPicPr>
                            <a:picLocks noChangeAspect="1"/>
                          </pic:cNvPicPr>
                        </pic:nvPicPr>
                        <pic:blipFill>
                          <a:blip r:embed="rId12">
                            <a:extLst>
                              <a:ext uri="{28A0092B-C50C-407E-A947-70E740481C1C}">
                                <a14:useLocalDpi xmlns:a14="http://schemas.microsoft.com/office/drawing/2010/main"/>
                              </a:ext>
                            </a:extLst>
                          </a:blip>
                          <a:stretch>
                            <a:fillRect/>
                          </a:stretch>
                        </pic:blipFill>
                        <pic:spPr>
                          <a:xfrm>
                            <a:off x="10259469" y="530"/>
                            <a:ext cx="1117195" cy="115654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AC764A" id="Group 8" o:spid="_x0000_s1026" style="position:absolute;margin-left:14.1pt;margin-top:-28.85pt;width:402pt;height:46.35pt;z-index:251658240;mso-position-horizontal-relative:margin;mso-position-vertical-relative:margin;mso-width-relative:margin;mso-height-relative:margin" coordsize="113766,115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FOr2h0dHA6Ly9ucy5hZG9iZS5jb20veGFwLzEuMC8APD94cGFja2V0IGJlZ2luPSLvu78i&#10;IGlkPSJXNU0wTXBDZWhpSHpyZVN6TlRjemtjOWQiPz4KPHg6eG1wbWV0YSB4bWxuczp4PSJhZG9i&#10;ZTpuczptZXRhLyIgeDp4bXB0az0iQWRvYmUgWE1QIENvcmUgOS4xLWMwMDMgMS4wMDAwMDAsIDAw&#10;MDAvMDAvMDAtMDA6MDA6MDA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9Df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R38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f/0t/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9P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U38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1d/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9bf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X38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0N/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9Hf&#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S38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f/09/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9Tf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V38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f/1t/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9ff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Q38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0d/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9Lf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T38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1N/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9Xf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W3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19/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9Df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R38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1d/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9bf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X38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0N/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9Hf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S3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09/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9Tf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V38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1t/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9ff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Q38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0d/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9Lf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T38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1N/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9Xf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W38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f/19/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9Df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R3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10;0t/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9Pf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U38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f/1d/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U38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1d/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9bf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X&#10;38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f/0N/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9Hf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S38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09/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9Tf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V38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f/1t/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9f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38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0d/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9Lf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T38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1N/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9Xf&#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W38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f/19/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9Df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R38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f/0t/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9Pf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U38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1d/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9bf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X38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rawing" o:spid="_x0000_s1027" type="#_x0000_t75" alt="A close-up of a logo&#10;&#10;AI-generated content may be incorrect." style="position:absolute;width:19433;height:1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">
                  <v:imagedata r:id="rId13" o:title="A close-up of a logo&#10;&#10;AI-generated content may be incorrect"/>
                </v:shape>
                <v:shape id="Picture 656454237" o:spid="_x0000_s1028" type="#_x0000_t75" alt="A logo with text on it&#10;&#10;AI-generated content may be incorrect." style="position:absolute;left:22394;width:16196;height:1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">
                  <v:imagedata r:id="rId14" o:title="A logo with text on it&#10;&#10;AI-generated content may be incorrect"/>
                </v:shape>
                <v:shape id="drawing" o:spid="_x0000_s1029" type="#_x0000_t75" style="position:absolute;left:41551;width:11571;height:1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">
                  <v:imagedata r:id="rId15" o:title=""/>
                </v:shape>
                <v:shape id="drawing" o:spid="_x0000_s1030" type="#_x0000_t75" style="position:absolute;left:56083;width:43550;height:1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">
                  <v:imagedata r:id="rId16" o:title=""/>
                </v:shape>
                <v:shape id="drawing" o:spid="_x0000_s1031" type="#_x0000_t75" style="position:absolute;left:102594;top:5;width:11172;height:11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">
                  <v:imagedata r:id="rId17" o:title=""/>
                </v:shape>
                <w10:wrap type="square" anchorx="margin" anchory="margin"/>
              </v:group>
            </w:pict>
          </mc:Fallback>
        </mc:AlternateContent>
      </w:r>
    </w:p>
    <w:p w14:paraId="5B9B5CA3" w14:textId="4EB08501" w:rsidR="000E6B7E" w:rsidRPr="009F7071" w:rsidRDefault="00C60DD3" w:rsidP="009F7071">
      <w:pPr>
        <w:pStyle w:val="Title"/>
        <w:jc w:val="center"/>
        <w:rPr>
          <w:color w:val="5C3873" w:themeColor="accent4"/>
          <w:lang w:val="en-IN"/>
        </w:rPr>
      </w:pPr>
      <w:r w:rsidRPr="009F7071">
        <w:rPr>
          <w:color w:val="5C3873" w:themeColor="accent4"/>
          <w:lang w:val="en-IN"/>
        </w:rPr>
        <w:t>Advancing</w:t>
      </w:r>
      <w:r w:rsidR="00F44B9E" w:rsidRPr="009F7071">
        <w:rPr>
          <w:color w:val="5C3873" w:themeColor="accent4"/>
        </w:rPr>
        <w:t xml:space="preserve"> </w:t>
      </w:r>
      <w:r w:rsidR="00F44B9E" w:rsidRPr="009F7071">
        <w:rPr>
          <w:color w:val="5C3873" w:themeColor="accent4"/>
          <w:lang w:val="en-IN"/>
        </w:rPr>
        <w:t>menstrual health</w:t>
      </w:r>
      <w:r w:rsidR="009F7071">
        <w:rPr>
          <w:color w:val="5C3873" w:themeColor="accent4"/>
          <w:lang w:val="en-IN"/>
        </w:rPr>
        <w:t xml:space="preserve"> </w:t>
      </w:r>
      <w:r w:rsidRPr="009F7071">
        <w:rPr>
          <w:color w:val="A02B93" w:themeColor="accent5"/>
          <w:lang w:val="en-IN"/>
        </w:rPr>
        <w:t xml:space="preserve">research grants for </w:t>
      </w:r>
      <w:r w:rsidR="42EDD47A" w:rsidRPr="009F7071">
        <w:rPr>
          <w:color w:val="A02B93" w:themeColor="accent5"/>
          <w:lang w:val="en-IN"/>
        </w:rPr>
        <w:t>Ethiopia</w:t>
      </w:r>
    </w:p>
    <w:p w14:paraId="78C688F4" w14:textId="74B8FA72" w:rsidR="00C745F1" w:rsidRPr="00C136FB" w:rsidRDefault="00C745F1" w:rsidP="009F7071">
      <w:pPr>
        <w:pStyle w:val="Subtitle"/>
        <w:pBdr>
          <w:bottom w:val="single" w:sz="6" w:space="1" w:color="auto"/>
        </w:pBdr>
        <w:jc w:val="center"/>
        <w:rPr>
          <w:color w:val="49382A" w:themeColor="accent1" w:themeShade="40"/>
          <w:sz w:val="32"/>
          <w:szCs w:val="32"/>
          <w:lang w:val="en-IN"/>
        </w:rPr>
      </w:pPr>
      <w:r w:rsidRPr="00C136FB">
        <w:rPr>
          <w:color w:val="49382A" w:themeColor="accent1" w:themeShade="40"/>
          <w:sz w:val="32"/>
          <w:szCs w:val="32"/>
          <w:lang w:val="en-IN"/>
        </w:rPr>
        <w:t xml:space="preserve">Knowledge Grants – </w:t>
      </w:r>
      <w:r>
        <w:rPr>
          <w:color w:val="49382A" w:themeColor="accent1" w:themeShade="40"/>
          <w:sz w:val="32"/>
          <w:szCs w:val="32"/>
          <w:lang w:val="en-IN"/>
        </w:rPr>
        <w:t>call for applications</w:t>
      </w:r>
    </w:p>
    <w:p w14:paraId="5D7FEB81" w14:textId="77777777" w:rsidR="00662BCD" w:rsidRPr="00C136FB" w:rsidRDefault="00662BCD" w:rsidP="00662BCD">
      <w:pPr>
        <w:pStyle w:val="Heading1"/>
        <w:rPr>
          <w:color w:val="49382A" w:themeColor="accent1" w:themeShade="40"/>
          <w:lang w:val="en-IN"/>
        </w:rPr>
      </w:pPr>
      <w:r w:rsidRPr="196FD633">
        <w:rPr>
          <w:color w:val="49382A" w:themeColor="accent1" w:themeShade="40"/>
          <w:lang w:val="en-IN"/>
        </w:rPr>
        <w:t>SANg Pour Sang Knowledge Grants</w:t>
      </w:r>
    </w:p>
    <w:p w14:paraId="4B7D97A3" w14:textId="1ACD1D77" w:rsidR="196FD633" w:rsidRDefault="196FD633" w:rsidP="196FD633">
      <w:pPr>
        <w:spacing w:before="13" w:after="0" w:line="285" w:lineRule="auto"/>
        <w:jc w:val="both"/>
        <w:rPr>
          <w:rFonts w:ascii="Georgia" w:eastAsia="Georgia" w:hAnsi="Georgia" w:cs="Georgia"/>
          <w:color w:val="000000"/>
          <w:sz w:val="22"/>
          <w:szCs w:val="22"/>
        </w:rPr>
      </w:pPr>
    </w:p>
    <w:p w14:paraId="739DFD7D" w14:textId="31597C77" w:rsidR="75723E21" w:rsidRDefault="75723E21" w:rsidP="196FD633">
      <w:pPr>
        <w:jc w:val="both"/>
        <w:rPr>
          <w:sz w:val="22"/>
          <w:szCs w:val="22"/>
        </w:rPr>
      </w:pPr>
      <w:r w:rsidRPr="196FD633">
        <w:rPr>
          <w:sz w:val="22"/>
          <w:szCs w:val="22"/>
        </w:rPr>
        <w:t>T</w:t>
      </w:r>
      <w:r w:rsidR="2F216FCA" w:rsidRPr="196FD633">
        <w:rPr>
          <w:sz w:val="22"/>
          <w:szCs w:val="22"/>
        </w:rPr>
        <w:t xml:space="preserve">he Sang pour Sang consortium, led by Fòs Feminista, unites key organizations working on menstrual </w:t>
      </w:r>
      <w:r w:rsidR="6D245894" w:rsidRPr="196FD633">
        <w:rPr>
          <w:sz w:val="22"/>
          <w:szCs w:val="22"/>
        </w:rPr>
        <w:t>health:</w:t>
      </w:r>
      <w:r w:rsidR="2F216FCA" w:rsidRPr="196FD633">
        <w:rPr>
          <w:sz w:val="22"/>
          <w:szCs w:val="22"/>
        </w:rPr>
        <w:t xml:space="preserve"> Equipop, PSI-Europe, and The Global South Coalition for Dignified Menstruation (GSCDM). This partnership advances</w:t>
      </w:r>
      <w:r w:rsidR="71796E53" w:rsidRPr="196FD633">
        <w:rPr>
          <w:sz w:val="22"/>
          <w:szCs w:val="22"/>
        </w:rPr>
        <w:t xml:space="preserve"> </w:t>
      </w:r>
      <w:r w:rsidR="2F216FCA" w:rsidRPr="196FD633">
        <w:rPr>
          <w:sz w:val="22"/>
          <w:szCs w:val="22"/>
        </w:rPr>
        <w:t>menstrual health by centering Global South perspectives and addressing key challenges related to menstrual dignity.</w:t>
      </w:r>
    </w:p>
    <w:p w14:paraId="5821F81D" w14:textId="148AB8A2" w:rsidR="2F216FCA" w:rsidRDefault="2F216FCA" w:rsidP="196FD633">
      <w:pPr>
        <w:jc w:val="both"/>
        <w:rPr>
          <w:sz w:val="22"/>
          <w:szCs w:val="22"/>
        </w:rPr>
      </w:pPr>
      <w:r w:rsidRPr="196FD633">
        <w:rPr>
          <w:sz w:val="22"/>
          <w:szCs w:val="22"/>
        </w:rPr>
        <w:t>The project covers nine countries: Benin, Guinea, Côte d'Ivoire, Nigeria, Cameroon, Pakistan, the Philippines, the Dominican Republic, and Haiti, with Ethiopia and Nepal as learning countries. Its goal is to transform structural drivers of menstrual discrimination, ensuring that women</w:t>
      </w:r>
      <w:r w:rsidR="229D2D96" w:rsidRPr="196FD633">
        <w:rPr>
          <w:sz w:val="22"/>
          <w:szCs w:val="22"/>
        </w:rPr>
        <w:t xml:space="preserve"> and </w:t>
      </w:r>
      <w:r w:rsidRPr="196FD633">
        <w:rPr>
          <w:sz w:val="22"/>
          <w:szCs w:val="22"/>
        </w:rPr>
        <w:t>girls</w:t>
      </w:r>
      <w:r w:rsidR="2C38E948" w:rsidRPr="196FD633">
        <w:rPr>
          <w:sz w:val="22"/>
          <w:szCs w:val="22"/>
        </w:rPr>
        <w:t xml:space="preserve"> </w:t>
      </w:r>
      <w:r w:rsidRPr="196FD633">
        <w:rPr>
          <w:sz w:val="22"/>
          <w:szCs w:val="22"/>
        </w:rPr>
        <w:t xml:space="preserve">can menstruate free from shame, taboos, fear, pain, social exclusion, discrimination, and violence. </w:t>
      </w:r>
    </w:p>
    <w:p w14:paraId="0F7AAB3A" w14:textId="41EF9653" w:rsidR="00662BCD" w:rsidRDefault="00662BCD" w:rsidP="196FD633">
      <w:pPr>
        <w:jc w:val="both"/>
        <w:rPr>
          <w:sz w:val="22"/>
          <w:szCs w:val="22"/>
        </w:rPr>
      </w:pPr>
      <w:r w:rsidRPr="196FD633">
        <w:rPr>
          <w:sz w:val="22"/>
          <w:szCs w:val="22"/>
        </w:rPr>
        <w:t xml:space="preserve">The knowledge grants, as part of the Sang pour Sang program, are designed to support research and knowledge creation initiatives that generate actionable evidence and learning to advance menstrual health. A total of €150,000 is available under this call, from which </w:t>
      </w:r>
      <w:r w:rsidR="00F64DB9">
        <w:rPr>
          <w:sz w:val="22"/>
          <w:szCs w:val="22"/>
        </w:rPr>
        <w:t xml:space="preserve">we intend to award the following: </w:t>
      </w: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409"/>
        <w:gridCol w:w="2565"/>
        <w:gridCol w:w="2113"/>
      </w:tblGrid>
      <w:tr w:rsidR="00594A6E" w14:paraId="4AD463C3" w14:textId="77777777" w:rsidTr="001B4230">
        <w:tc>
          <w:tcPr>
            <w:tcW w:w="1560" w:type="dxa"/>
          </w:tcPr>
          <w:p w14:paraId="1ACC53B9" w14:textId="77777777" w:rsidR="00594A6E" w:rsidRDefault="00594A6E" w:rsidP="196FD633">
            <w:pPr>
              <w:jc w:val="both"/>
              <w:rPr>
                <w:sz w:val="22"/>
                <w:szCs w:val="22"/>
              </w:rPr>
            </w:pPr>
          </w:p>
        </w:tc>
        <w:tc>
          <w:tcPr>
            <w:tcW w:w="2409" w:type="dxa"/>
          </w:tcPr>
          <w:p w14:paraId="6B0D061C" w14:textId="6611DF65" w:rsidR="00594A6E" w:rsidRPr="00AC49EF" w:rsidRDefault="00594A6E" w:rsidP="00AC49EF">
            <w:pPr>
              <w:jc w:val="center"/>
              <w:rPr>
                <w:sz w:val="22"/>
                <w:szCs w:val="22"/>
              </w:rPr>
            </w:pPr>
            <w:r w:rsidRPr="00AC49EF">
              <w:rPr>
                <w:sz w:val="22"/>
                <w:szCs w:val="22"/>
              </w:rPr>
              <w:t>Category 1</w:t>
            </w:r>
          </w:p>
        </w:tc>
        <w:tc>
          <w:tcPr>
            <w:tcW w:w="2565" w:type="dxa"/>
          </w:tcPr>
          <w:p w14:paraId="5D522BB8" w14:textId="2F21D128" w:rsidR="00594A6E" w:rsidRPr="00AC49EF" w:rsidRDefault="00594A6E" w:rsidP="00AC49EF">
            <w:pPr>
              <w:jc w:val="center"/>
              <w:rPr>
                <w:sz w:val="22"/>
                <w:szCs w:val="22"/>
              </w:rPr>
            </w:pPr>
            <w:r w:rsidRPr="00AC49EF">
              <w:rPr>
                <w:sz w:val="22"/>
                <w:szCs w:val="22"/>
              </w:rPr>
              <w:t>Category 2</w:t>
            </w:r>
          </w:p>
        </w:tc>
        <w:tc>
          <w:tcPr>
            <w:tcW w:w="2113" w:type="dxa"/>
          </w:tcPr>
          <w:p w14:paraId="2BB49C14" w14:textId="6C6C8920" w:rsidR="00594A6E" w:rsidRPr="00AC49EF" w:rsidRDefault="00594A6E" w:rsidP="00AC49EF">
            <w:pPr>
              <w:jc w:val="center"/>
              <w:rPr>
                <w:sz w:val="22"/>
                <w:szCs w:val="22"/>
              </w:rPr>
            </w:pPr>
            <w:r w:rsidRPr="00AC49EF">
              <w:rPr>
                <w:sz w:val="22"/>
                <w:szCs w:val="22"/>
              </w:rPr>
              <w:t>Category 3</w:t>
            </w:r>
          </w:p>
        </w:tc>
      </w:tr>
      <w:tr w:rsidR="00594A6E" w14:paraId="11EA82E6" w14:textId="77777777" w:rsidTr="001B4230">
        <w:tc>
          <w:tcPr>
            <w:tcW w:w="1560" w:type="dxa"/>
            <w:vAlign w:val="center"/>
          </w:tcPr>
          <w:p w14:paraId="51040808" w14:textId="353924E7" w:rsidR="00594A6E" w:rsidRDefault="00594A6E" w:rsidP="00AC49EF">
            <w:pPr>
              <w:rPr>
                <w:sz w:val="22"/>
                <w:szCs w:val="22"/>
              </w:rPr>
            </w:pPr>
            <w:r>
              <w:rPr>
                <w:sz w:val="22"/>
                <w:szCs w:val="22"/>
              </w:rPr>
              <w:t>Eligible Applicants</w:t>
            </w:r>
          </w:p>
        </w:tc>
        <w:tc>
          <w:tcPr>
            <w:tcW w:w="2409" w:type="dxa"/>
          </w:tcPr>
          <w:p w14:paraId="6323A7B5" w14:textId="733CA204" w:rsidR="00594A6E" w:rsidRDefault="00044D09" w:rsidP="00AC49EF">
            <w:pPr>
              <w:rPr>
                <w:sz w:val="22"/>
                <w:szCs w:val="22"/>
              </w:rPr>
            </w:pPr>
            <w:r>
              <w:rPr>
                <w:sz w:val="22"/>
                <w:szCs w:val="22"/>
              </w:rPr>
              <w:t xml:space="preserve">Civil Society </w:t>
            </w:r>
            <w:r w:rsidR="00AC49EF">
              <w:rPr>
                <w:sz w:val="22"/>
                <w:szCs w:val="22"/>
              </w:rPr>
              <w:t>Organizations</w:t>
            </w:r>
            <w:r>
              <w:rPr>
                <w:sz w:val="22"/>
                <w:szCs w:val="22"/>
              </w:rPr>
              <w:t xml:space="preserve"> </w:t>
            </w:r>
          </w:p>
        </w:tc>
        <w:tc>
          <w:tcPr>
            <w:tcW w:w="2565" w:type="dxa"/>
          </w:tcPr>
          <w:p w14:paraId="6AFCBF2E" w14:textId="2F88FA08" w:rsidR="00594A6E" w:rsidRDefault="00AC49EF" w:rsidP="00AC49EF">
            <w:pPr>
              <w:rPr>
                <w:sz w:val="22"/>
                <w:szCs w:val="22"/>
              </w:rPr>
            </w:pPr>
            <w:r>
              <w:rPr>
                <w:sz w:val="22"/>
                <w:szCs w:val="22"/>
              </w:rPr>
              <w:t>Individual Consultants; Academic Researchers</w:t>
            </w:r>
          </w:p>
        </w:tc>
        <w:tc>
          <w:tcPr>
            <w:tcW w:w="2113" w:type="dxa"/>
          </w:tcPr>
          <w:p w14:paraId="22B4ECBB" w14:textId="382A46CC" w:rsidR="00594A6E" w:rsidRDefault="00AC49EF" w:rsidP="00AC49EF">
            <w:pPr>
              <w:rPr>
                <w:sz w:val="22"/>
                <w:szCs w:val="22"/>
              </w:rPr>
            </w:pPr>
            <w:r>
              <w:rPr>
                <w:sz w:val="22"/>
                <w:szCs w:val="22"/>
              </w:rPr>
              <w:t xml:space="preserve">Young Researchers </w:t>
            </w:r>
          </w:p>
        </w:tc>
      </w:tr>
      <w:tr w:rsidR="00594A6E" w14:paraId="5EAEF339" w14:textId="77777777" w:rsidTr="001B4230">
        <w:tc>
          <w:tcPr>
            <w:tcW w:w="1560" w:type="dxa"/>
            <w:vAlign w:val="center"/>
          </w:tcPr>
          <w:p w14:paraId="6CAC7789" w14:textId="219449C1" w:rsidR="00594A6E" w:rsidRDefault="00594A6E" w:rsidP="00AC49EF">
            <w:pPr>
              <w:rPr>
                <w:sz w:val="22"/>
                <w:szCs w:val="22"/>
              </w:rPr>
            </w:pPr>
            <w:r>
              <w:rPr>
                <w:sz w:val="22"/>
                <w:szCs w:val="22"/>
              </w:rPr>
              <w:t>Grant Size</w:t>
            </w:r>
          </w:p>
        </w:tc>
        <w:tc>
          <w:tcPr>
            <w:tcW w:w="2409" w:type="dxa"/>
          </w:tcPr>
          <w:p w14:paraId="4E4D35D0" w14:textId="4870E249" w:rsidR="00594A6E" w:rsidRDefault="00594A6E" w:rsidP="001B4230">
            <w:pPr>
              <w:rPr>
                <w:sz w:val="22"/>
                <w:szCs w:val="22"/>
              </w:rPr>
            </w:pPr>
            <w:r w:rsidRPr="331E2303">
              <w:rPr>
                <w:sz w:val="22"/>
                <w:szCs w:val="22"/>
              </w:rPr>
              <w:t>€30,000 each</w:t>
            </w:r>
          </w:p>
        </w:tc>
        <w:tc>
          <w:tcPr>
            <w:tcW w:w="2565" w:type="dxa"/>
          </w:tcPr>
          <w:p w14:paraId="455FE6D7" w14:textId="2F81C0E3" w:rsidR="00594A6E" w:rsidRDefault="00044D09" w:rsidP="001B4230">
            <w:pPr>
              <w:rPr>
                <w:sz w:val="22"/>
                <w:szCs w:val="22"/>
              </w:rPr>
            </w:pPr>
            <w:r w:rsidRPr="196FD633">
              <w:rPr>
                <w:sz w:val="22"/>
                <w:szCs w:val="22"/>
              </w:rPr>
              <w:t>€</w:t>
            </w:r>
            <w:r>
              <w:rPr>
                <w:sz w:val="22"/>
                <w:szCs w:val="22"/>
              </w:rPr>
              <w:t>20,000 each</w:t>
            </w:r>
          </w:p>
        </w:tc>
        <w:tc>
          <w:tcPr>
            <w:tcW w:w="2113" w:type="dxa"/>
          </w:tcPr>
          <w:p w14:paraId="2F72B5A3" w14:textId="53D65094" w:rsidR="00594A6E" w:rsidRDefault="00044D09" w:rsidP="001B4230">
            <w:pPr>
              <w:rPr>
                <w:sz w:val="22"/>
                <w:szCs w:val="22"/>
              </w:rPr>
            </w:pPr>
            <w:r w:rsidRPr="331E2303">
              <w:rPr>
                <w:sz w:val="22"/>
                <w:szCs w:val="22"/>
              </w:rPr>
              <w:t>€ 10,000</w:t>
            </w:r>
          </w:p>
        </w:tc>
      </w:tr>
      <w:tr w:rsidR="00594A6E" w14:paraId="248E3B95" w14:textId="77777777" w:rsidTr="001B4230">
        <w:trPr>
          <w:trHeight w:val="47"/>
        </w:trPr>
        <w:tc>
          <w:tcPr>
            <w:tcW w:w="1560" w:type="dxa"/>
            <w:vAlign w:val="center"/>
          </w:tcPr>
          <w:p w14:paraId="78B5B6B5" w14:textId="6908FF39" w:rsidR="00594A6E" w:rsidRDefault="00594A6E" w:rsidP="00AC49EF">
            <w:pPr>
              <w:rPr>
                <w:sz w:val="22"/>
                <w:szCs w:val="22"/>
              </w:rPr>
            </w:pPr>
            <w:r>
              <w:rPr>
                <w:sz w:val="22"/>
                <w:szCs w:val="22"/>
              </w:rPr>
              <w:t>Number of Grants</w:t>
            </w:r>
          </w:p>
        </w:tc>
        <w:tc>
          <w:tcPr>
            <w:tcW w:w="2409" w:type="dxa"/>
          </w:tcPr>
          <w:p w14:paraId="3C8C7BA3" w14:textId="76F6CE4E" w:rsidR="00594A6E" w:rsidRDefault="00044D09" w:rsidP="001B4230">
            <w:pPr>
              <w:rPr>
                <w:sz w:val="22"/>
                <w:szCs w:val="22"/>
              </w:rPr>
            </w:pPr>
            <w:r>
              <w:rPr>
                <w:sz w:val="22"/>
                <w:szCs w:val="22"/>
              </w:rPr>
              <w:t>3</w:t>
            </w:r>
          </w:p>
        </w:tc>
        <w:tc>
          <w:tcPr>
            <w:tcW w:w="2565" w:type="dxa"/>
          </w:tcPr>
          <w:p w14:paraId="5DFFCD69" w14:textId="755578F9" w:rsidR="00594A6E" w:rsidRDefault="00044D09" w:rsidP="001B4230">
            <w:pPr>
              <w:rPr>
                <w:sz w:val="22"/>
                <w:szCs w:val="22"/>
              </w:rPr>
            </w:pPr>
            <w:r>
              <w:rPr>
                <w:sz w:val="22"/>
                <w:szCs w:val="22"/>
              </w:rPr>
              <w:t>2</w:t>
            </w:r>
          </w:p>
        </w:tc>
        <w:tc>
          <w:tcPr>
            <w:tcW w:w="2113" w:type="dxa"/>
          </w:tcPr>
          <w:p w14:paraId="6E2F3842" w14:textId="554DAB52" w:rsidR="00594A6E" w:rsidRDefault="00044D09" w:rsidP="001B4230">
            <w:pPr>
              <w:rPr>
                <w:sz w:val="22"/>
                <w:szCs w:val="22"/>
              </w:rPr>
            </w:pPr>
            <w:r>
              <w:rPr>
                <w:sz w:val="22"/>
                <w:szCs w:val="22"/>
              </w:rPr>
              <w:t>2</w:t>
            </w:r>
          </w:p>
        </w:tc>
      </w:tr>
    </w:tbl>
    <w:p w14:paraId="7007911B" w14:textId="48434E93" w:rsidR="00662BCD" w:rsidRPr="00D609C0" w:rsidRDefault="00AC49EF" w:rsidP="196FD633">
      <w:pPr>
        <w:jc w:val="both"/>
        <w:rPr>
          <w:sz w:val="22"/>
          <w:szCs w:val="22"/>
        </w:rPr>
      </w:pPr>
      <w:r w:rsidRPr="001609D6">
        <w:rPr>
          <w:color w:val="990000"/>
          <w:sz w:val="22"/>
          <w:szCs w:val="22"/>
          <w:u w:val="single"/>
        </w:rPr>
        <w:t>Please note that the grants will only be distributed to organizations and individuals based in Ethiopia</w:t>
      </w:r>
      <w:r>
        <w:rPr>
          <w:color w:val="EE0000"/>
          <w:sz w:val="22"/>
          <w:szCs w:val="22"/>
        </w:rPr>
        <w:t>.</w:t>
      </w:r>
    </w:p>
    <w:p w14:paraId="03861A95" w14:textId="77777777" w:rsidR="00F546C0" w:rsidRPr="00F546C0" w:rsidRDefault="00F546C0" w:rsidP="196FD633">
      <w:pPr>
        <w:jc w:val="both"/>
        <w:rPr>
          <w:sz w:val="22"/>
          <w:szCs w:val="22"/>
        </w:rPr>
      </w:pPr>
      <w:r w:rsidRPr="196FD633">
        <w:rPr>
          <w:sz w:val="22"/>
          <w:szCs w:val="22"/>
        </w:rPr>
        <w:t>All grants will be awarded on a competitive basis, following a rigorous review process that considers the originality, relevance, methodological soundness, and potential for policy and advocacy impact of each proposal.</w:t>
      </w:r>
    </w:p>
    <w:p w14:paraId="4AB6673F" w14:textId="5D0D6E99" w:rsidR="00F546C0" w:rsidRPr="00F546C0" w:rsidRDefault="00F546C0" w:rsidP="196FD633">
      <w:pPr>
        <w:jc w:val="both"/>
        <w:rPr>
          <w:sz w:val="22"/>
          <w:szCs w:val="22"/>
        </w:rPr>
      </w:pPr>
      <w:r w:rsidRPr="196FD633">
        <w:rPr>
          <w:sz w:val="22"/>
          <w:szCs w:val="22"/>
        </w:rPr>
        <w:t xml:space="preserve">This grant program invites applications under several Research Focus Areas, each accompanied by a set of guiding sub-questions that reflect the key learning priorities for </w:t>
      </w:r>
      <w:r w:rsidRPr="196FD633">
        <w:rPr>
          <w:sz w:val="22"/>
          <w:szCs w:val="22"/>
        </w:rPr>
        <w:lastRenderedPageBreak/>
        <w:t>this call.</w:t>
      </w:r>
      <w:r w:rsidR="004A2763">
        <w:rPr>
          <w:sz w:val="22"/>
          <w:szCs w:val="22"/>
        </w:rPr>
        <w:t xml:space="preserve"> </w:t>
      </w:r>
      <w:r w:rsidRPr="196FD633">
        <w:rPr>
          <w:sz w:val="22"/>
          <w:szCs w:val="22"/>
        </w:rPr>
        <w:t>Applicants should select one focus area that best aligns with their proposed work. Proposals are expected to address most of the sub-questions listed under that area, demonstrating how the planned research contributes to advancing learning within the chosen theme.</w:t>
      </w:r>
    </w:p>
    <w:p w14:paraId="52A3C0AA" w14:textId="2CABC6DD" w:rsidR="00F546C0" w:rsidRDefault="00F546C0" w:rsidP="196FD633">
      <w:pPr>
        <w:jc w:val="both"/>
        <w:rPr>
          <w:sz w:val="22"/>
          <w:szCs w:val="22"/>
          <w:u w:val="single"/>
        </w:rPr>
      </w:pPr>
      <w:r w:rsidRPr="196FD633">
        <w:rPr>
          <w:sz w:val="22"/>
          <w:szCs w:val="22"/>
          <w:u w:val="single"/>
        </w:rPr>
        <w:t xml:space="preserve">The Research Focus Areas are provided in </w:t>
      </w:r>
      <w:r w:rsidR="00CE0778">
        <w:rPr>
          <w:sz w:val="22"/>
          <w:szCs w:val="22"/>
          <w:u w:val="single"/>
        </w:rPr>
        <w:t>the next section</w:t>
      </w:r>
      <w:r w:rsidRPr="196FD633">
        <w:rPr>
          <w:sz w:val="22"/>
          <w:szCs w:val="22"/>
          <w:u w:val="single"/>
        </w:rPr>
        <w:t>; applicants are requested to review them carefully before completing this application form.</w:t>
      </w:r>
      <w:r w:rsidR="001B4230">
        <w:rPr>
          <w:sz w:val="22"/>
          <w:szCs w:val="22"/>
          <w:u w:val="single"/>
        </w:rPr>
        <w:t xml:space="preserve"> </w:t>
      </w:r>
      <w:r w:rsidR="001B4230" w:rsidRPr="001609D6">
        <w:rPr>
          <w:color w:val="990000"/>
          <w:sz w:val="22"/>
          <w:szCs w:val="22"/>
          <w:u w:val="single"/>
        </w:rPr>
        <w:t xml:space="preserve">Applications that do </w:t>
      </w:r>
      <w:r w:rsidR="001609D6" w:rsidRPr="001609D6">
        <w:rPr>
          <w:color w:val="990000"/>
          <w:sz w:val="22"/>
          <w:szCs w:val="22"/>
          <w:u w:val="single"/>
        </w:rPr>
        <w:t>not respond to the research focus areas listed will not be considered</w:t>
      </w:r>
      <w:r w:rsidR="001609D6">
        <w:rPr>
          <w:sz w:val="22"/>
          <w:szCs w:val="22"/>
          <w:u w:val="single"/>
        </w:rPr>
        <w:t xml:space="preserve">. </w:t>
      </w:r>
    </w:p>
    <w:p w14:paraId="78BFB357" w14:textId="77777777" w:rsidR="00AB1C21" w:rsidRPr="00AB1C21" w:rsidRDefault="00AB1C21" w:rsidP="00AB1C21">
      <w:pPr>
        <w:pStyle w:val="Heading1"/>
        <w:rPr>
          <w:color w:val="49382A" w:themeColor="accent1" w:themeShade="40"/>
          <w:lang w:val="en-IN"/>
        </w:rPr>
      </w:pPr>
      <w:r w:rsidRPr="00AB1C21">
        <w:rPr>
          <w:color w:val="49382A" w:themeColor="accent1" w:themeShade="40"/>
          <w:lang w:val="en-IN"/>
        </w:rPr>
        <w:t>Submission Instructions</w:t>
      </w:r>
    </w:p>
    <w:p w14:paraId="0C9CF0FA" w14:textId="172B7ABD" w:rsidR="00160AA9" w:rsidRDefault="00AB1C21" w:rsidP="00AB1C21">
      <w:pPr>
        <w:rPr>
          <w:sz w:val="22"/>
          <w:szCs w:val="22"/>
        </w:rPr>
      </w:pPr>
      <w:r w:rsidRPr="00DE06CD">
        <w:rPr>
          <w:sz w:val="22"/>
          <w:szCs w:val="22"/>
        </w:rPr>
        <w:t xml:space="preserve">Please </w:t>
      </w:r>
      <w:r>
        <w:rPr>
          <w:sz w:val="22"/>
          <w:szCs w:val="22"/>
        </w:rPr>
        <w:t xml:space="preserve">find the application template below. </w:t>
      </w:r>
      <w:r w:rsidR="00452B3D">
        <w:rPr>
          <w:sz w:val="22"/>
          <w:szCs w:val="22"/>
        </w:rPr>
        <w:t>The template has five sections:</w:t>
      </w:r>
      <w:r w:rsidR="00160AA9">
        <w:rPr>
          <w:sz w:val="22"/>
          <w:szCs w:val="22"/>
        </w:rPr>
        <w:t xml:space="preserve"> </w:t>
      </w:r>
    </w:p>
    <w:p w14:paraId="0EEF99F7" w14:textId="3467EC9C" w:rsidR="00AB1C21" w:rsidRDefault="00160AA9" w:rsidP="00160AA9">
      <w:pPr>
        <w:numPr>
          <w:ilvl w:val="0"/>
          <w:numId w:val="18"/>
        </w:numPr>
        <w:rPr>
          <w:sz w:val="22"/>
          <w:szCs w:val="22"/>
        </w:rPr>
      </w:pPr>
      <w:r>
        <w:rPr>
          <w:sz w:val="22"/>
          <w:szCs w:val="22"/>
        </w:rPr>
        <w:t>Section A | Proposal Overview</w:t>
      </w:r>
    </w:p>
    <w:p w14:paraId="4BB6C5E1" w14:textId="7C94DDC3" w:rsidR="00160AA9" w:rsidRDefault="00160AA9" w:rsidP="00160AA9">
      <w:pPr>
        <w:numPr>
          <w:ilvl w:val="0"/>
          <w:numId w:val="18"/>
        </w:numPr>
        <w:rPr>
          <w:sz w:val="22"/>
          <w:szCs w:val="22"/>
        </w:rPr>
      </w:pPr>
      <w:r>
        <w:rPr>
          <w:sz w:val="22"/>
          <w:szCs w:val="22"/>
        </w:rPr>
        <w:t xml:space="preserve">Section B | Narrative Proposal </w:t>
      </w:r>
    </w:p>
    <w:p w14:paraId="5A753FD7" w14:textId="46CD58DE" w:rsidR="00160AA9" w:rsidRDefault="00160AA9" w:rsidP="00160AA9">
      <w:pPr>
        <w:numPr>
          <w:ilvl w:val="0"/>
          <w:numId w:val="18"/>
        </w:numPr>
        <w:rPr>
          <w:sz w:val="22"/>
          <w:szCs w:val="22"/>
        </w:rPr>
      </w:pPr>
      <w:r>
        <w:rPr>
          <w:sz w:val="22"/>
          <w:szCs w:val="22"/>
        </w:rPr>
        <w:t>Section C | Research Timeline</w:t>
      </w:r>
    </w:p>
    <w:p w14:paraId="2B3BF9F5" w14:textId="7C564A0A" w:rsidR="00160AA9" w:rsidRDefault="00160AA9" w:rsidP="00160AA9">
      <w:pPr>
        <w:numPr>
          <w:ilvl w:val="0"/>
          <w:numId w:val="18"/>
        </w:numPr>
        <w:rPr>
          <w:sz w:val="22"/>
          <w:szCs w:val="22"/>
        </w:rPr>
      </w:pPr>
      <w:r>
        <w:rPr>
          <w:sz w:val="22"/>
          <w:szCs w:val="22"/>
        </w:rPr>
        <w:t>Section D | Relevant Experience</w:t>
      </w:r>
    </w:p>
    <w:p w14:paraId="2028E671" w14:textId="5F6E9EBE" w:rsidR="00160AA9" w:rsidRDefault="00160AA9" w:rsidP="00160AA9">
      <w:pPr>
        <w:numPr>
          <w:ilvl w:val="0"/>
          <w:numId w:val="18"/>
        </w:numPr>
        <w:rPr>
          <w:sz w:val="22"/>
          <w:szCs w:val="22"/>
        </w:rPr>
      </w:pPr>
      <w:r>
        <w:rPr>
          <w:sz w:val="22"/>
          <w:szCs w:val="22"/>
        </w:rPr>
        <w:t>Section E | Budget Proposal</w:t>
      </w:r>
    </w:p>
    <w:p w14:paraId="18B1275F" w14:textId="2C0CB8CC" w:rsidR="00160AA9" w:rsidRDefault="00160AA9" w:rsidP="00160AA9">
      <w:pPr>
        <w:rPr>
          <w:sz w:val="22"/>
          <w:szCs w:val="22"/>
        </w:rPr>
      </w:pPr>
      <w:r>
        <w:rPr>
          <w:sz w:val="22"/>
          <w:szCs w:val="22"/>
        </w:rPr>
        <w:t>Only applications with all five sections filled in will be considered.</w:t>
      </w:r>
    </w:p>
    <w:p w14:paraId="41DEB9C4" w14:textId="7FA089EE" w:rsidR="00826110" w:rsidRPr="00826110" w:rsidRDefault="001403F0" w:rsidP="196FD633">
      <w:pPr>
        <w:jc w:val="both"/>
        <w:rPr>
          <w:b/>
          <w:bCs/>
        </w:rPr>
      </w:pPr>
      <w:r w:rsidRPr="196FD633">
        <w:rPr>
          <w:sz w:val="22"/>
          <w:szCs w:val="22"/>
        </w:rPr>
        <w:t xml:space="preserve">Completed applications must be submitted by </w:t>
      </w:r>
      <w:r w:rsidRPr="196FD633">
        <w:rPr>
          <w:sz w:val="22"/>
          <w:szCs w:val="22"/>
          <w:u w:val="single"/>
        </w:rPr>
        <w:t>Friday, 24 November 2025</w:t>
      </w:r>
      <w:r w:rsidRPr="196FD633">
        <w:rPr>
          <w:sz w:val="22"/>
          <w:szCs w:val="22"/>
        </w:rPr>
        <w:t>, to Laura Karina Gutierrez at</w:t>
      </w:r>
      <w:r w:rsidR="00B34374" w:rsidRPr="196FD633">
        <w:rPr>
          <w:sz w:val="22"/>
          <w:szCs w:val="22"/>
        </w:rPr>
        <w:t xml:space="preserve"> </w:t>
      </w:r>
      <w:hyperlink r:id="rId18">
        <w:r w:rsidR="009E0982" w:rsidRPr="196FD633">
          <w:rPr>
            <w:rStyle w:val="Hyperlink"/>
            <w:sz w:val="22"/>
            <w:szCs w:val="22"/>
          </w:rPr>
          <w:t>LKGutierrez@fosfeminista.org</w:t>
        </w:r>
      </w:hyperlink>
      <w:r w:rsidR="009E0982" w:rsidRPr="196FD633">
        <w:rPr>
          <w:sz w:val="22"/>
          <w:szCs w:val="22"/>
        </w:rPr>
        <w:t xml:space="preserve">. Please </w:t>
      </w:r>
      <w:r w:rsidR="00273927" w:rsidRPr="196FD633">
        <w:rPr>
          <w:sz w:val="22"/>
          <w:szCs w:val="22"/>
        </w:rPr>
        <w:t>also copy</w:t>
      </w:r>
      <w:r w:rsidR="009E0982" w:rsidRPr="196FD633">
        <w:rPr>
          <w:sz w:val="22"/>
          <w:szCs w:val="22"/>
        </w:rPr>
        <w:t xml:space="preserve"> </w:t>
      </w:r>
      <w:r w:rsidR="00826110" w:rsidRPr="196FD633">
        <w:rPr>
          <w:sz w:val="22"/>
          <w:szCs w:val="22"/>
        </w:rPr>
        <w:t>Tara Mukeku-Cilolo (</w:t>
      </w:r>
      <w:hyperlink r:id="rId19">
        <w:r w:rsidR="00826110" w:rsidRPr="196FD633">
          <w:rPr>
            <w:rStyle w:val="Hyperlink"/>
            <w:sz w:val="22"/>
            <w:szCs w:val="22"/>
          </w:rPr>
          <w:t>TMukekucilolo@fosfeminista.org</w:t>
        </w:r>
      </w:hyperlink>
      <w:r w:rsidR="00826110" w:rsidRPr="196FD633">
        <w:rPr>
          <w:sz w:val="22"/>
          <w:szCs w:val="22"/>
        </w:rPr>
        <w:t>) and Swetha Sridhar (</w:t>
      </w:r>
      <w:hyperlink r:id="rId20">
        <w:r w:rsidR="00826110" w:rsidRPr="196FD633">
          <w:rPr>
            <w:rStyle w:val="Hyperlink"/>
            <w:sz w:val="22"/>
            <w:szCs w:val="22"/>
          </w:rPr>
          <w:t>ssridhar@fosfeminista.org</w:t>
        </w:r>
      </w:hyperlink>
      <w:r w:rsidR="00826110" w:rsidRPr="196FD633">
        <w:rPr>
          <w:sz w:val="22"/>
          <w:szCs w:val="22"/>
        </w:rPr>
        <w:t xml:space="preserve">) in your email. </w:t>
      </w:r>
    </w:p>
    <w:p w14:paraId="7B466E1A" w14:textId="77777777" w:rsidR="00FA7C27" w:rsidRDefault="00497E0B" w:rsidP="196FD633">
      <w:pPr>
        <w:jc w:val="both"/>
        <w:rPr>
          <w:sz w:val="22"/>
          <w:szCs w:val="22"/>
        </w:rPr>
      </w:pPr>
      <w:r w:rsidRPr="196FD633">
        <w:rPr>
          <w:sz w:val="22"/>
          <w:szCs w:val="22"/>
        </w:rPr>
        <w:t xml:space="preserve">The review committee aims to finalize decisions by the end of November 2025, with funds disbursed in </w:t>
      </w:r>
      <w:r w:rsidR="34BC8190" w:rsidRPr="196FD633">
        <w:rPr>
          <w:sz w:val="22"/>
          <w:szCs w:val="22"/>
        </w:rPr>
        <w:t>January</w:t>
      </w:r>
      <w:r w:rsidRPr="196FD633">
        <w:rPr>
          <w:sz w:val="22"/>
          <w:szCs w:val="22"/>
        </w:rPr>
        <w:t xml:space="preserve"> 202</w:t>
      </w:r>
      <w:r w:rsidR="047EBBA6" w:rsidRPr="196FD633">
        <w:rPr>
          <w:sz w:val="22"/>
          <w:szCs w:val="22"/>
        </w:rPr>
        <w:t>6</w:t>
      </w:r>
      <w:r w:rsidRPr="196FD633">
        <w:rPr>
          <w:sz w:val="22"/>
          <w:szCs w:val="22"/>
        </w:rPr>
        <w:t>. Supported projects are expected to be implemented over a period of three</w:t>
      </w:r>
      <w:r w:rsidR="00AD7C02" w:rsidRPr="196FD633">
        <w:rPr>
          <w:sz w:val="22"/>
          <w:szCs w:val="22"/>
        </w:rPr>
        <w:t xml:space="preserve"> to five months following disbursement.</w:t>
      </w:r>
    </w:p>
    <w:p w14:paraId="64525D8D" w14:textId="77777777" w:rsidR="00EB3548" w:rsidRDefault="00EB3548" w:rsidP="196FD633">
      <w:pPr>
        <w:jc w:val="both"/>
        <w:rPr>
          <w:sz w:val="22"/>
          <w:szCs w:val="22"/>
        </w:rPr>
        <w:sectPr w:rsidR="00EB3548" w:rsidSect="00034616">
          <w:headerReference w:type="default" r:id="rId21"/>
          <w:footerReference w:type="default" r:id="rId22"/>
          <w:pgSz w:w="12240" w:h="15840"/>
          <w:pgMar w:top="1440" w:right="1800" w:bottom="1440" w:left="1800" w:header="720" w:footer="720" w:gutter="0"/>
          <w:cols w:space="720"/>
          <w:docGrid w:linePitch="360"/>
        </w:sectPr>
      </w:pPr>
    </w:p>
    <w:p w14:paraId="46DBDE10" w14:textId="77777777" w:rsidR="00EB3548" w:rsidRPr="00C136FB" w:rsidRDefault="00EB3548" w:rsidP="00EB3548">
      <w:pPr>
        <w:pStyle w:val="Heading1"/>
        <w:rPr>
          <w:color w:val="49382A" w:themeColor="accent1" w:themeShade="40"/>
          <w:lang w:val="en-IN"/>
        </w:rPr>
      </w:pPr>
      <w:r w:rsidRPr="00C136FB">
        <w:rPr>
          <w:color w:val="49382A" w:themeColor="accent1" w:themeShade="40"/>
          <w:lang w:val="en-IN"/>
        </w:rPr>
        <w:lastRenderedPageBreak/>
        <w:t>Focus Areas for Research and Knowledge Creation</w:t>
      </w:r>
    </w:p>
    <w:p w14:paraId="7BE2DE9B" w14:textId="77777777" w:rsidR="00EB3548" w:rsidRPr="00F1458D" w:rsidRDefault="00EB3548" w:rsidP="00EB3548">
      <w:pPr>
        <w:rPr>
          <w:i/>
          <w:iCs/>
        </w:rPr>
      </w:pPr>
      <w:r w:rsidRPr="00F1458D">
        <w:rPr>
          <w:i/>
          <w:iCs/>
        </w:rPr>
        <w:t>This grant program invites applications under several research focus areas. Each area includes a set of guiding sub-questions that reflect key learning priorities for this call.</w:t>
      </w:r>
      <w:r>
        <w:rPr>
          <w:i/>
          <w:iCs/>
        </w:rPr>
        <w:t xml:space="preserve"> </w:t>
      </w:r>
      <w:r w:rsidRPr="00F1458D">
        <w:rPr>
          <w:i/>
          <w:iCs/>
        </w:rPr>
        <w:t xml:space="preserve">Applicants should select </w:t>
      </w:r>
      <w:r w:rsidRPr="00F1458D">
        <w:rPr>
          <w:i/>
          <w:iCs/>
          <w:u w:val="single"/>
        </w:rPr>
        <w:t>one focus area</w:t>
      </w:r>
      <w:r w:rsidRPr="00F1458D">
        <w:rPr>
          <w:i/>
          <w:iCs/>
        </w:rPr>
        <w:t xml:space="preserve"> that best aligns with their proposed work. Proposals are expected to </w:t>
      </w:r>
      <w:r w:rsidRPr="00F1458D">
        <w:rPr>
          <w:i/>
          <w:iCs/>
          <w:u w:val="single"/>
        </w:rPr>
        <w:t xml:space="preserve">address </w:t>
      </w:r>
      <w:r w:rsidRPr="00283372">
        <w:rPr>
          <w:i/>
          <w:iCs/>
          <w:u w:val="single"/>
        </w:rPr>
        <w:t xml:space="preserve">the majority of </w:t>
      </w:r>
      <w:r w:rsidRPr="00F1458D">
        <w:rPr>
          <w:i/>
          <w:iCs/>
          <w:u w:val="single"/>
        </w:rPr>
        <w:t>the sub-questions</w:t>
      </w:r>
      <w:r w:rsidRPr="00F1458D">
        <w:rPr>
          <w:i/>
          <w:iCs/>
        </w:rPr>
        <w:t xml:space="preserve"> listed under that area, showing how the planned research will contribute to advancing learning within that theme.</w:t>
      </w:r>
    </w:p>
    <w:p w14:paraId="4982D57F" w14:textId="77777777" w:rsidR="00EB3548" w:rsidRPr="00063D19" w:rsidRDefault="00EB3548" w:rsidP="00EB3548">
      <w:pPr>
        <w:pStyle w:val="Heading3"/>
      </w:pPr>
      <w:r w:rsidRPr="00546800">
        <w:t>Research Focus 1: Mapping the Menstrual Product Manufacturing Ecosystem in Ethiopia</w:t>
      </w:r>
    </w:p>
    <w:p w14:paraId="3B454646" w14:textId="77777777" w:rsidR="00EB3548" w:rsidRPr="00EB0A89" w:rsidRDefault="00EB3548" w:rsidP="00EB3548">
      <w:pPr>
        <w:numPr>
          <w:ilvl w:val="0"/>
          <w:numId w:val="22"/>
        </w:numPr>
        <w:rPr>
          <w:sz w:val="22"/>
          <w:szCs w:val="22"/>
        </w:rPr>
      </w:pPr>
      <w:r w:rsidRPr="00EB0A89">
        <w:rPr>
          <w:sz w:val="22"/>
          <w:szCs w:val="22"/>
        </w:rPr>
        <w:t xml:space="preserve">Who are the main actors in the menstrual product manufacturing ecosystem? </w:t>
      </w:r>
    </w:p>
    <w:p w14:paraId="6BA5BCCD" w14:textId="77777777" w:rsidR="00EB3548" w:rsidRPr="00EB0A89" w:rsidRDefault="00EB3548" w:rsidP="00EB3548">
      <w:pPr>
        <w:numPr>
          <w:ilvl w:val="0"/>
          <w:numId w:val="22"/>
        </w:numPr>
        <w:rPr>
          <w:sz w:val="22"/>
          <w:szCs w:val="22"/>
        </w:rPr>
      </w:pPr>
      <w:r w:rsidRPr="00EB0A89">
        <w:rPr>
          <w:sz w:val="22"/>
          <w:szCs w:val="22"/>
        </w:rPr>
        <w:t xml:space="preserve">What size are these actors – are they small enterprises, medium- or large-scale enterprises? Under what type of legal and institutional structure are they operating (for-profit, social enterprise, not-for-profit etc.)? </w:t>
      </w:r>
    </w:p>
    <w:p w14:paraId="5048E85A" w14:textId="77777777" w:rsidR="00EB3548" w:rsidRPr="00EB0A89" w:rsidRDefault="00EB3548" w:rsidP="00EB3548">
      <w:pPr>
        <w:numPr>
          <w:ilvl w:val="0"/>
          <w:numId w:val="22"/>
        </w:numPr>
        <w:rPr>
          <w:sz w:val="22"/>
          <w:szCs w:val="22"/>
        </w:rPr>
      </w:pPr>
      <w:r w:rsidRPr="00EB0A89">
        <w:rPr>
          <w:sz w:val="22"/>
          <w:szCs w:val="22"/>
        </w:rPr>
        <w:t xml:space="preserve">What is their production capacity and what is their turnover? To what extent does the quantum of local production fill market gap? </w:t>
      </w:r>
    </w:p>
    <w:p w14:paraId="1806A37B" w14:textId="77777777" w:rsidR="00EB3548" w:rsidRPr="00EB0A89" w:rsidRDefault="00EB3548" w:rsidP="00EB3548">
      <w:pPr>
        <w:numPr>
          <w:ilvl w:val="0"/>
          <w:numId w:val="22"/>
        </w:numPr>
        <w:rPr>
          <w:sz w:val="22"/>
          <w:szCs w:val="22"/>
        </w:rPr>
      </w:pPr>
      <w:r w:rsidRPr="00EB0A89">
        <w:rPr>
          <w:sz w:val="22"/>
          <w:szCs w:val="22"/>
        </w:rPr>
        <w:t>What kinds of menstrual products are being produced domestically, and what factors influence producers’ choices in terms of product design, materials, and market positioning?</w:t>
      </w:r>
    </w:p>
    <w:p w14:paraId="51BA76E8" w14:textId="77777777" w:rsidR="00EB3548" w:rsidRPr="00EB0A89" w:rsidRDefault="00EB3548" w:rsidP="00EB3548">
      <w:pPr>
        <w:numPr>
          <w:ilvl w:val="0"/>
          <w:numId w:val="22"/>
        </w:numPr>
        <w:rPr>
          <w:sz w:val="22"/>
          <w:szCs w:val="22"/>
        </w:rPr>
      </w:pPr>
      <w:r w:rsidRPr="00EB0A89">
        <w:rPr>
          <w:sz w:val="22"/>
          <w:szCs w:val="22"/>
        </w:rPr>
        <w:t>What financing mechanisms and regulatory policies exist to sustain the production ecosystem, and what challenges persist within these areas?</w:t>
      </w:r>
    </w:p>
    <w:p w14:paraId="79707839" w14:textId="77777777" w:rsidR="00EB3548" w:rsidRPr="00EB0A89" w:rsidRDefault="00EB3548" w:rsidP="00EB3548">
      <w:pPr>
        <w:numPr>
          <w:ilvl w:val="0"/>
          <w:numId w:val="22"/>
        </w:numPr>
        <w:rPr>
          <w:sz w:val="22"/>
          <w:szCs w:val="22"/>
        </w:rPr>
      </w:pPr>
      <w:r w:rsidRPr="00EB0A89">
        <w:rPr>
          <w:sz w:val="22"/>
          <w:szCs w:val="22"/>
        </w:rPr>
        <w:t xml:space="preserve">What distribution and supply chain structures exist to complement local production? What challenges persist in these areas, not just in sourcing material but also ensuring distribution to the last mile? </w:t>
      </w:r>
    </w:p>
    <w:p w14:paraId="6AC109A8" w14:textId="77777777" w:rsidR="00EB3548" w:rsidRPr="00EB0A89" w:rsidRDefault="00EB3548" w:rsidP="00EB3548">
      <w:pPr>
        <w:numPr>
          <w:ilvl w:val="0"/>
          <w:numId w:val="22"/>
        </w:numPr>
        <w:rPr>
          <w:sz w:val="22"/>
          <w:szCs w:val="22"/>
        </w:rPr>
      </w:pPr>
      <w:r w:rsidRPr="00EB0A89">
        <w:rPr>
          <w:sz w:val="22"/>
          <w:szCs w:val="22"/>
        </w:rPr>
        <w:t xml:space="preserve">To what extent, if at all, are local production companies and enterprises led by women or systematically excluded communities such as people with disabilities? </w:t>
      </w:r>
    </w:p>
    <w:p w14:paraId="0A9C620D" w14:textId="77777777" w:rsidR="00EB3548" w:rsidRPr="00EB0A89" w:rsidRDefault="00EB3548" w:rsidP="00EB3548">
      <w:pPr>
        <w:numPr>
          <w:ilvl w:val="0"/>
          <w:numId w:val="22"/>
        </w:numPr>
        <w:rPr>
          <w:sz w:val="22"/>
          <w:szCs w:val="22"/>
        </w:rPr>
      </w:pPr>
      <w:r w:rsidRPr="00EB0A89">
        <w:rPr>
          <w:sz w:val="22"/>
          <w:szCs w:val="22"/>
        </w:rPr>
        <w:t>To what extent do menstrual product enterprises take into consideration the “3Ps” in their operations - People (how are the needs and perceptions of women and girls addressed), Price (how is affordability ensured), and the Planet (what strategies are used to promote environmental sustainability)?</w:t>
      </w:r>
    </w:p>
    <w:p w14:paraId="2C6A5568" w14:textId="77777777" w:rsidR="00EB3548" w:rsidRPr="00EB0A89" w:rsidRDefault="00EB3548" w:rsidP="00EB3548">
      <w:pPr>
        <w:numPr>
          <w:ilvl w:val="0"/>
          <w:numId w:val="22"/>
        </w:numPr>
        <w:rPr>
          <w:sz w:val="22"/>
          <w:szCs w:val="22"/>
        </w:rPr>
      </w:pPr>
      <w:r w:rsidRPr="00EB0A89">
        <w:rPr>
          <w:sz w:val="22"/>
          <w:szCs w:val="22"/>
        </w:rPr>
        <w:t xml:space="preserve">What are emerging opportunities and continued challenges faced by local producers in Ethiopia? </w:t>
      </w:r>
    </w:p>
    <w:p w14:paraId="065B319B" w14:textId="77777777" w:rsidR="00EB3548" w:rsidRPr="004937BA" w:rsidRDefault="00EB3548" w:rsidP="00EB3548">
      <w:pPr>
        <w:pStyle w:val="Heading3"/>
      </w:pPr>
      <w:r w:rsidRPr="004937BA">
        <w:t xml:space="preserve">Research Focus 2: Classification and Taxation on Menstrual Products </w:t>
      </w:r>
    </w:p>
    <w:p w14:paraId="738AAAF9" w14:textId="77777777" w:rsidR="00EB3548" w:rsidRPr="00EB0A89" w:rsidRDefault="00EB3548" w:rsidP="00EB3548">
      <w:pPr>
        <w:numPr>
          <w:ilvl w:val="0"/>
          <w:numId w:val="23"/>
        </w:numPr>
        <w:rPr>
          <w:sz w:val="22"/>
          <w:szCs w:val="22"/>
        </w:rPr>
      </w:pPr>
      <w:r w:rsidRPr="00EB0A89">
        <w:rPr>
          <w:sz w:val="22"/>
          <w:szCs w:val="22"/>
        </w:rPr>
        <w:t>What was the process through which menstrual pads were reclassified from a luxury item to a medical commodity in Ethiopia?</w:t>
      </w:r>
    </w:p>
    <w:p w14:paraId="29CDFDFB" w14:textId="77777777" w:rsidR="00EB3548" w:rsidRPr="00EB0A89" w:rsidRDefault="00EB3548" w:rsidP="00EB3548">
      <w:pPr>
        <w:numPr>
          <w:ilvl w:val="0"/>
          <w:numId w:val="23"/>
        </w:numPr>
        <w:rPr>
          <w:sz w:val="22"/>
          <w:szCs w:val="22"/>
        </w:rPr>
      </w:pPr>
      <w:r w:rsidRPr="00EB0A89">
        <w:rPr>
          <w:sz w:val="22"/>
          <w:szCs w:val="22"/>
        </w:rPr>
        <w:lastRenderedPageBreak/>
        <w:t>What roles did various stakeholders (including but not limited to civil society organizations (CSOs), government actors, and the Menstrual Health (MH) platform) play in driving this reclassification? What specific strategies did each of these stakeholders use to advocate for, or implement, the policy change?</w:t>
      </w:r>
    </w:p>
    <w:p w14:paraId="5E9552D5" w14:textId="77777777" w:rsidR="00EB3548" w:rsidRPr="00EB0A89" w:rsidRDefault="00EB3548" w:rsidP="00EB3548">
      <w:pPr>
        <w:numPr>
          <w:ilvl w:val="0"/>
          <w:numId w:val="23"/>
        </w:numPr>
        <w:rPr>
          <w:sz w:val="22"/>
          <w:szCs w:val="22"/>
        </w:rPr>
      </w:pPr>
      <w:r w:rsidRPr="00EB0A89">
        <w:rPr>
          <w:sz w:val="22"/>
          <w:szCs w:val="22"/>
        </w:rPr>
        <w:t xml:space="preserve">To what extent does the taxation policy address different types of commodities, beyond just menstrual pads? What factors/evidence influenced this decision? </w:t>
      </w:r>
    </w:p>
    <w:p w14:paraId="2197AE9D" w14:textId="77777777" w:rsidR="00EB3548" w:rsidRPr="00EB0A89" w:rsidRDefault="00EB3548" w:rsidP="00EB3548">
      <w:pPr>
        <w:numPr>
          <w:ilvl w:val="0"/>
          <w:numId w:val="23"/>
        </w:numPr>
        <w:rPr>
          <w:sz w:val="22"/>
          <w:szCs w:val="22"/>
        </w:rPr>
      </w:pPr>
      <w:r w:rsidRPr="00EB0A89">
        <w:rPr>
          <w:sz w:val="22"/>
          <w:szCs w:val="22"/>
        </w:rPr>
        <w:t>What factors influenced the government’s decision to reduce rather than eliminate the tax on menstrual pads following reclassification?</w:t>
      </w:r>
    </w:p>
    <w:p w14:paraId="531292D4" w14:textId="77777777" w:rsidR="00EB3548" w:rsidRPr="00EB0A89" w:rsidRDefault="00EB3548" w:rsidP="00EB3548">
      <w:pPr>
        <w:numPr>
          <w:ilvl w:val="0"/>
          <w:numId w:val="23"/>
        </w:numPr>
        <w:rPr>
          <w:sz w:val="22"/>
          <w:szCs w:val="22"/>
        </w:rPr>
      </w:pPr>
      <w:r w:rsidRPr="00EB0A89">
        <w:rPr>
          <w:sz w:val="22"/>
          <w:szCs w:val="22"/>
        </w:rPr>
        <w:t>What considerations led the government to apply the tax exemption only to finished imported goods and not to the raw materials used in local production?</w:t>
      </w:r>
    </w:p>
    <w:p w14:paraId="0A97A809" w14:textId="77777777" w:rsidR="00EB3548" w:rsidRPr="00EB0A89" w:rsidRDefault="00EB3548" w:rsidP="00EB3548">
      <w:pPr>
        <w:numPr>
          <w:ilvl w:val="0"/>
          <w:numId w:val="23"/>
        </w:numPr>
        <w:rPr>
          <w:sz w:val="22"/>
          <w:szCs w:val="22"/>
        </w:rPr>
      </w:pPr>
      <w:r w:rsidRPr="00EB0A89">
        <w:rPr>
          <w:sz w:val="22"/>
          <w:szCs w:val="22"/>
        </w:rPr>
        <w:t>What has been the impact of the tax reduction on the retail cost of menstrual commodities for end users?</w:t>
      </w:r>
    </w:p>
    <w:p w14:paraId="77160CA6" w14:textId="77777777" w:rsidR="00EB3548" w:rsidRPr="00EB0A89" w:rsidRDefault="00EB3548" w:rsidP="00EB3548">
      <w:pPr>
        <w:numPr>
          <w:ilvl w:val="0"/>
          <w:numId w:val="23"/>
        </w:numPr>
        <w:rPr>
          <w:sz w:val="22"/>
          <w:szCs w:val="22"/>
        </w:rPr>
      </w:pPr>
      <w:r w:rsidRPr="00EB0A89">
        <w:rPr>
          <w:sz w:val="22"/>
          <w:szCs w:val="22"/>
        </w:rPr>
        <w:t>To what extent has the tax exemption translated into improved accessibility and affordability for consumers and buyers across different socioeconomic groups?</w:t>
      </w:r>
    </w:p>
    <w:p w14:paraId="23F04307" w14:textId="77777777" w:rsidR="00EB3548" w:rsidRPr="00EB0A89" w:rsidRDefault="00EB3548" w:rsidP="00EB3548">
      <w:pPr>
        <w:numPr>
          <w:ilvl w:val="0"/>
          <w:numId w:val="23"/>
        </w:numPr>
        <w:rPr>
          <w:sz w:val="22"/>
          <w:szCs w:val="22"/>
        </w:rPr>
      </w:pPr>
      <w:r w:rsidRPr="00EB0A89">
        <w:rPr>
          <w:sz w:val="22"/>
          <w:szCs w:val="22"/>
        </w:rPr>
        <w:t>How has the change in taxation affected local production of menstrual commodities, including but not limited to competitiveness, pricing, and sustainability of local manufacturers?</w:t>
      </w:r>
    </w:p>
    <w:p w14:paraId="53482DCC" w14:textId="77777777" w:rsidR="00EB3548" w:rsidRPr="00EB0A89" w:rsidRDefault="00EB3548" w:rsidP="00EB3548">
      <w:pPr>
        <w:numPr>
          <w:ilvl w:val="0"/>
          <w:numId w:val="23"/>
        </w:numPr>
        <w:rPr>
          <w:sz w:val="22"/>
          <w:szCs w:val="22"/>
        </w:rPr>
      </w:pPr>
      <w:r w:rsidRPr="00EB0A89">
        <w:rPr>
          <w:sz w:val="22"/>
          <w:szCs w:val="22"/>
        </w:rPr>
        <w:t xml:space="preserve">What are emerging opportunities and continued challenges faced by both local producers and end users with regard to taxation on menstrual products? </w:t>
      </w:r>
    </w:p>
    <w:p w14:paraId="1311C52D" w14:textId="77777777" w:rsidR="00EB3548" w:rsidRDefault="00EB3548" w:rsidP="00EB3548">
      <w:pPr>
        <w:pStyle w:val="Heading3"/>
        <w:rPr>
          <w:lang w:val="en-IN"/>
        </w:rPr>
      </w:pPr>
      <w:r>
        <w:rPr>
          <w:lang w:val="en-IN"/>
        </w:rPr>
        <w:t xml:space="preserve">Research Focus 3: </w:t>
      </w:r>
      <w:r w:rsidRPr="002650F7">
        <w:rPr>
          <w:lang w:val="en-IN"/>
        </w:rPr>
        <w:t>Understanding the Menstrual Health (MH) Platform in Ethiopia</w:t>
      </w:r>
    </w:p>
    <w:p w14:paraId="2BC60F90" w14:textId="77777777" w:rsidR="00EB3548" w:rsidRPr="00EB0A89" w:rsidRDefault="00EB3548" w:rsidP="00EB3548">
      <w:pPr>
        <w:numPr>
          <w:ilvl w:val="0"/>
          <w:numId w:val="24"/>
        </w:numPr>
        <w:rPr>
          <w:sz w:val="22"/>
          <w:szCs w:val="22"/>
        </w:rPr>
      </w:pPr>
      <w:r w:rsidRPr="00EB0A89">
        <w:rPr>
          <w:sz w:val="22"/>
          <w:szCs w:val="22"/>
        </w:rPr>
        <w:t xml:space="preserve">What was the process and rationale behind the creation of the Menstrual Health (MH) Platform in Ethiopia? </w:t>
      </w:r>
    </w:p>
    <w:p w14:paraId="684FD456" w14:textId="77777777" w:rsidR="00EB3548" w:rsidRPr="00EB0A89" w:rsidRDefault="00EB3548" w:rsidP="00EB3548">
      <w:pPr>
        <w:numPr>
          <w:ilvl w:val="0"/>
          <w:numId w:val="24"/>
        </w:numPr>
        <w:rPr>
          <w:sz w:val="22"/>
          <w:szCs w:val="22"/>
          <w:lang w:val="en-IN"/>
        </w:rPr>
      </w:pPr>
      <w:r w:rsidRPr="00EB0A89">
        <w:rPr>
          <w:sz w:val="22"/>
          <w:szCs w:val="22"/>
        </w:rPr>
        <w:t xml:space="preserve">How has the MH Platform contributed to strengthening collaboration, solidarity, and shared resourcing among local producers of commodities in Ethiopia? </w:t>
      </w:r>
    </w:p>
    <w:p w14:paraId="5991DCF4" w14:textId="77777777" w:rsidR="00EB3548" w:rsidRPr="00EB0A89" w:rsidRDefault="00EB3548" w:rsidP="00EB3548">
      <w:pPr>
        <w:numPr>
          <w:ilvl w:val="0"/>
          <w:numId w:val="24"/>
        </w:numPr>
        <w:rPr>
          <w:sz w:val="22"/>
          <w:szCs w:val="22"/>
          <w:lang w:val="en-IN"/>
        </w:rPr>
      </w:pPr>
      <w:r w:rsidRPr="00EB0A89">
        <w:rPr>
          <w:sz w:val="22"/>
          <w:szCs w:val="22"/>
        </w:rPr>
        <w:t>What kinds of tensions or challenges has the MH Platform encountered in its coordination and collective decision-making processes, and how have these been managed?</w:t>
      </w:r>
    </w:p>
    <w:p w14:paraId="4BD66431" w14:textId="77777777" w:rsidR="00EB3548" w:rsidRPr="00EB0A89" w:rsidRDefault="00EB3548" w:rsidP="00EB3548">
      <w:pPr>
        <w:numPr>
          <w:ilvl w:val="0"/>
          <w:numId w:val="24"/>
        </w:numPr>
        <w:rPr>
          <w:sz w:val="22"/>
          <w:szCs w:val="22"/>
          <w:lang w:val="en-IN"/>
        </w:rPr>
      </w:pPr>
      <w:r w:rsidRPr="00EB0A89">
        <w:rPr>
          <w:sz w:val="22"/>
          <w:szCs w:val="22"/>
        </w:rPr>
        <w:t>In what ways has the MH Platform functioned as an advocacy actor or pressure group in influencing government policy and action on menstrual health?</w:t>
      </w:r>
    </w:p>
    <w:p w14:paraId="7ACE86AF" w14:textId="77777777" w:rsidR="00EB3548" w:rsidRPr="00EB0A89" w:rsidRDefault="00EB3548" w:rsidP="00EB3548">
      <w:pPr>
        <w:numPr>
          <w:ilvl w:val="0"/>
          <w:numId w:val="24"/>
        </w:numPr>
        <w:rPr>
          <w:sz w:val="22"/>
          <w:szCs w:val="22"/>
          <w:lang w:val="en-IN"/>
        </w:rPr>
      </w:pPr>
      <w:r w:rsidRPr="00EB0A89">
        <w:rPr>
          <w:sz w:val="22"/>
          <w:szCs w:val="22"/>
        </w:rPr>
        <w:t>How does the MH Platform collaborate with civil society organizations (CSOs) that work directly with women and girls, and what impact has this had on advancing menstrual health outcomes?</w:t>
      </w:r>
    </w:p>
    <w:p w14:paraId="6011F470" w14:textId="77777777" w:rsidR="00EB3548" w:rsidRPr="00DC4C99" w:rsidRDefault="00EB3548" w:rsidP="00EB3548">
      <w:pPr>
        <w:pStyle w:val="Heading3"/>
        <w:rPr>
          <w:lang w:val="en-IN"/>
        </w:rPr>
      </w:pPr>
      <w:r>
        <w:rPr>
          <w:lang w:val="en-IN"/>
        </w:rPr>
        <w:lastRenderedPageBreak/>
        <w:t xml:space="preserve">research Focus 4: </w:t>
      </w:r>
      <w:r w:rsidRPr="00DC4C99">
        <w:rPr>
          <w:lang w:val="en-IN"/>
        </w:rPr>
        <w:t xml:space="preserve">Quality </w:t>
      </w:r>
      <w:r>
        <w:rPr>
          <w:lang w:val="en-IN"/>
        </w:rPr>
        <w:t>Control</w:t>
      </w:r>
      <w:r w:rsidRPr="00DC4C99">
        <w:rPr>
          <w:lang w:val="en-IN"/>
        </w:rPr>
        <w:t xml:space="preserve"> and Standardisation</w:t>
      </w:r>
      <w:r>
        <w:rPr>
          <w:lang w:val="en-IN"/>
        </w:rPr>
        <w:t xml:space="preserve"> for Menstrual Products</w:t>
      </w:r>
    </w:p>
    <w:p w14:paraId="2BDB591C" w14:textId="77777777" w:rsidR="00EB3548" w:rsidRPr="00EB0A89" w:rsidRDefault="00EB3548" w:rsidP="00EB3548">
      <w:pPr>
        <w:numPr>
          <w:ilvl w:val="0"/>
          <w:numId w:val="25"/>
        </w:numPr>
        <w:rPr>
          <w:sz w:val="22"/>
          <w:szCs w:val="22"/>
        </w:rPr>
      </w:pPr>
      <w:r w:rsidRPr="00EB0A89">
        <w:rPr>
          <w:sz w:val="22"/>
          <w:szCs w:val="22"/>
        </w:rPr>
        <w:t>What role does the Ethiopian Standards Organization play in regulating and monitoring the quality of menstrual products available in the market?</w:t>
      </w:r>
    </w:p>
    <w:p w14:paraId="18F65AA5" w14:textId="77777777" w:rsidR="00EB3548" w:rsidRPr="00EB0A89" w:rsidRDefault="00EB3548" w:rsidP="00EB3548">
      <w:pPr>
        <w:numPr>
          <w:ilvl w:val="0"/>
          <w:numId w:val="25"/>
        </w:numPr>
        <w:rPr>
          <w:sz w:val="22"/>
          <w:szCs w:val="22"/>
        </w:rPr>
      </w:pPr>
      <w:r w:rsidRPr="00EB0A89">
        <w:rPr>
          <w:sz w:val="22"/>
          <w:szCs w:val="22"/>
        </w:rPr>
        <w:t>What are the key challenges in ensuring minimum quality and safety standards across Ethiopia’s diverse ecosystem of menstrual product producers?</w:t>
      </w:r>
    </w:p>
    <w:p w14:paraId="3E002CC1" w14:textId="77777777" w:rsidR="00EB3548" w:rsidRPr="00EB0A89" w:rsidRDefault="00EB3548" w:rsidP="00EB3548">
      <w:pPr>
        <w:numPr>
          <w:ilvl w:val="0"/>
          <w:numId w:val="25"/>
        </w:numPr>
        <w:rPr>
          <w:sz w:val="22"/>
          <w:szCs w:val="22"/>
        </w:rPr>
      </w:pPr>
      <w:r w:rsidRPr="00EB0A89">
        <w:rPr>
          <w:sz w:val="22"/>
          <w:szCs w:val="22"/>
        </w:rPr>
        <w:t>What strategies or capacity-building initiatives has the ESO implemented to help smaller or emerging producers meet required quality and safety standards while also helping them remain competitive in the market?</w:t>
      </w:r>
    </w:p>
    <w:p w14:paraId="27C1C686" w14:textId="77777777" w:rsidR="00EB3548" w:rsidRPr="00EB0A89" w:rsidRDefault="00EB3548" w:rsidP="00EB3548">
      <w:pPr>
        <w:numPr>
          <w:ilvl w:val="0"/>
          <w:numId w:val="25"/>
        </w:numPr>
        <w:rPr>
          <w:sz w:val="22"/>
          <w:szCs w:val="22"/>
        </w:rPr>
      </w:pPr>
      <w:r w:rsidRPr="00EB0A89">
        <w:rPr>
          <w:sz w:val="22"/>
          <w:szCs w:val="22"/>
        </w:rPr>
        <w:t>To what extent have standardization and quality control measures improved product safety, reliability, and consumer trust among end users?</w:t>
      </w:r>
    </w:p>
    <w:p w14:paraId="4FE9D76C" w14:textId="77777777" w:rsidR="00EB3548" w:rsidRPr="00EB0A89" w:rsidRDefault="00EB3548" w:rsidP="00EB3548">
      <w:pPr>
        <w:numPr>
          <w:ilvl w:val="0"/>
          <w:numId w:val="25"/>
        </w:numPr>
        <w:rPr>
          <w:sz w:val="22"/>
          <w:szCs w:val="22"/>
        </w:rPr>
      </w:pPr>
      <w:r w:rsidRPr="00EB0A89">
        <w:rPr>
          <w:sz w:val="22"/>
          <w:szCs w:val="22"/>
        </w:rPr>
        <w:t xml:space="preserve">To what extent does the standards framework also address issues of environmental sustainability and resilience? </w:t>
      </w:r>
    </w:p>
    <w:p w14:paraId="58FA34C8" w14:textId="77777777" w:rsidR="00EB3548" w:rsidRPr="002F6AA1" w:rsidRDefault="00EB3548" w:rsidP="00EB3548">
      <w:pPr>
        <w:pStyle w:val="Heading3"/>
        <w:rPr>
          <w:lang w:val="en-IN"/>
        </w:rPr>
      </w:pPr>
      <w:r>
        <w:rPr>
          <w:lang w:val="en-IN"/>
        </w:rPr>
        <w:t xml:space="preserve">Research Focus 5: </w:t>
      </w:r>
      <w:r w:rsidRPr="002F6AA1">
        <w:rPr>
          <w:lang w:val="en-IN"/>
        </w:rPr>
        <w:t xml:space="preserve">Understanding Ethiopia’s Free Pads in School Policy </w:t>
      </w:r>
    </w:p>
    <w:p w14:paraId="11C7C1BD" w14:textId="77777777" w:rsidR="00EB3548" w:rsidRPr="00EB0A89" w:rsidRDefault="00EB3548" w:rsidP="00EB3548">
      <w:pPr>
        <w:numPr>
          <w:ilvl w:val="0"/>
          <w:numId w:val="26"/>
        </w:numPr>
        <w:rPr>
          <w:sz w:val="22"/>
          <w:szCs w:val="22"/>
          <w:lang w:val="en-IN"/>
        </w:rPr>
      </w:pPr>
      <w:r w:rsidRPr="00EB0A89">
        <w:rPr>
          <w:sz w:val="22"/>
          <w:szCs w:val="22"/>
        </w:rPr>
        <w:t>How did the decision to provide free menstrual pads in schools in Ethiopia come about, and what factors informed this decision? What are the expected outcomes from this intervention?</w:t>
      </w:r>
    </w:p>
    <w:p w14:paraId="37602469" w14:textId="77777777" w:rsidR="00EB3548" w:rsidRPr="00EB0A89" w:rsidRDefault="00EB3548" w:rsidP="00EB3548">
      <w:pPr>
        <w:numPr>
          <w:ilvl w:val="0"/>
          <w:numId w:val="26"/>
        </w:numPr>
        <w:rPr>
          <w:sz w:val="22"/>
          <w:szCs w:val="22"/>
          <w:lang w:val="en-IN"/>
        </w:rPr>
      </w:pPr>
      <w:r w:rsidRPr="00EB0A89">
        <w:rPr>
          <w:sz w:val="22"/>
          <w:szCs w:val="22"/>
        </w:rPr>
        <w:t>Who were the key actors (civil society organizations, international NGOs, private sector entities for example) that shaped, influenced or supported this policy decision, and what roles did each of them play?</w:t>
      </w:r>
    </w:p>
    <w:p w14:paraId="7E61A52F" w14:textId="77777777" w:rsidR="00EB3548" w:rsidRPr="00EB0A89" w:rsidRDefault="00EB3548" w:rsidP="00EB3548">
      <w:pPr>
        <w:numPr>
          <w:ilvl w:val="0"/>
          <w:numId w:val="26"/>
        </w:numPr>
        <w:rPr>
          <w:sz w:val="22"/>
          <w:szCs w:val="22"/>
          <w:lang w:val="en-IN"/>
        </w:rPr>
      </w:pPr>
      <w:r w:rsidRPr="00EB0A89">
        <w:rPr>
          <w:sz w:val="22"/>
          <w:szCs w:val="22"/>
        </w:rPr>
        <w:t>Which ministries were involved in the design and implementation of the school-based distribution program, and to what extent did it involve cross-ministerial collaboration?</w:t>
      </w:r>
    </w:p>
    <w:p w14:paraId="030B0280" w14:textId="77777777" w:rsidR="00EB3548" w:rsidRPr="00EB0A89" w:rsidRDefault="00EB3548" w:rsidP="00EB3548">
      <w:pPr>
        <w:numPr>
          <w:ilvl w:val="0"/>
          <w:numId w:val="26"/>
        </w:numPr>
        <w:rPr>
          <w:sz w:val="22"/>
          <w:szCs w:val="22"/>
          <w:lang w:val="en-IN"/>
        </w:rPr>
      </w:pPr>
      <w:r w:rsidRPr="00EB0A89">
        <w:rPr>
          <w:sz w:val="22"/>
          <w:szCs w:val="22"/>
        </w:rPr>
        <w:t>In what way, if at all, does this program complement distribution with menstrual health education and programs to address menstrual stigma and discrimination in school, which can act as roadblocks to accessing commodities, even if free?</w:t>
      </w:r>
    </w:p>
    <w:p w14:paraId="586B96E1" w14:textId="77777777" w:rsidR="00EB3548" w:rsidRPr="00EB0A89" w:rsidRDefault="00EB3548" w:rsidP="00EB3548">
      <w:pPr>
        <w:numPr>
          <w:ilvl w:val="0"/>
          <w:numId w:val="26"/>
        </w:numPr>
        <w:rPr>
          <w:sz w:val="22"/>
          <w:szCs w:val="22"/>
          <w:lang w:val="en-IN"/>
        </w:rPr>
      </w:pPr>
      <w:r w:rsidRPr="00EB0A89">
        <w:rPr>
          <w:sz w:val="22"/>
          <w:szCs w:val="22"/>
        </w:rPr>
        <w:t>What is the current financing mechanism supporting the provision of free pads in schools, and what strategies are in place to ensure its long-term sustainability?</w:t>
      </w:r>
    </w:p>
    <w:p w14:paraId="3288204A" w14:textId="77777777" w:rsidR="00EB3548" w:rsidRPr="00EB3548" w:rsidRDefault="00EB3548" w:rsidP="00EB3548">
      <w:pPr>
        <w:numPr>
          <w:ilvl w:val="0"/>
          <w:numId w:val="26"/>
        </w:numPr>
        <w:rPr>
          <w:sz w:val="22"/>
          <w:szCs w:val="22"/>
          <w:lang w:val="en-IN"/>
        </w:rPr>
      </w:pPr>
      <w:r w:rsidRPr="00EB0A89">
        <w:rPr>
          <w:sz w:val="22"/>
          <w:szCs w:val="22"/>
        </w:rPr>
        <w:t>What was the rationale for using schools as the primary site of intervention, considering the significant number of out-of-school (OOS) and dropout populations? Are there any strategies or plans to extend access to menstrual products to girls and women outside the formal school system?</w:t>
      </w:r>
    </w:p>
    <w:p w14:paraId="619BAE76" w14:textId="77777777" w:rsidR="00EB3548" w:rsidRPr="00EB0A89" w:rsidRDefault="00EB3548" w:rsidP="00EB3548">
      <w:pPr>
        <w:ind w:left="720"/>
        <w:rPr>
          <w:sz w:val="22"/>
          <w:szCs w:val="22"/>
          <w:lang w:val="en-IN"/>
        </w:rPr>
      </w:pPr>
    </w:p>
    <w:p w14:paraId="2B4B8C9A" w14:textId="77777777" w:rsidR="00EB3548" w:rsidRPr="00696E4E" w:rsidRDefault="00EB3548" w:rsidP="00EB3548">
      <w:pPr>
        <w:pStyle w:val="Heading3"/>
        <w:rPr>
          <w:lang w:val="en-IN"/>
        </w:rPr>
      </w:pPr>
      <w:r>
        <w:rPr>
          <w:lang w:val="en-IN"/>
        </w:rPr>
        <w:lastRenderedPageBreak/>
        <w:t xml:space="preserve">Research Focus 6: women and girls’ </w:t>
      </w:r>
      <w:r w:rsidRPr="00696E4E">
        <w:rPr>
          <w:lang w:val="en-IN"/>
        </w:rPr>
        <w:t>Perceptions and Experiences of</w:t>
      </w:r>
      <w:r>
        <w:rPr>
          <w:lang w:val="en-IN"/>
        </w:rPr>
        <w:t xml:space="preserve"> Menstrual Health Products</w:t>
      </w:r>
    </w:p>
    <w:p w14:paraId="0C5DC1FF" w14:textId="77777777" w:rsidR="00EB3548" w:rsidRPr="00EB0A89" w:rsidRDefault="00EB3548" w:rsidP="00EB3548">
      <w:pPr>
        <w:numPr>
          <w:ilvl w:val="0"/>
          <w:numId w:val="27"/>
        </w:numPr>
        <w:rPr>
          <w:sz w:val="22"/>
          <w:szCs w:val="22"/>
        </w:rPr>
      </w:pPr>
      <w:r w:rsidRPr="00EB0A89">
        <w:rPr>
          <w:sz w:val="22"/>
          <w:szCs w:val="22"/>
        </w:rPr>
        <w:t>What types and brands of menstrual products beyond reusable menstrual pads, are women and girls aware of, and what influences their choices regarding product type, brand, and usage?</w:t>
      </w:r>
    </w:p>
    <w:p w14:paraId="03E80325" w14:textId="77777777" w:rsidR="00EB3548" w:rsidRPr="00EB0A89" w:rsidRDefault="00EB3548" w:rsidP="00EB3548">
      <w:pPr>
        <w:numPr>
          <w:ilvl w:val="0"/>
          <w:numId w:val="27"/>
        </w:numPr>
        <w:rPr>
          <w:sz w:val="22"/>
          <w:szCs w:val="22"/>
        </w:rPr>
      </w:pPr>
      <w:r w:rsidRPr="00EB0A89">
        <w:rPr>
          <w:sz w:val="22"/>
          <w:szCs w:val="22"/>
        </w:rPr>
        <w:t>How do women and girls perceive the availability and affordability of menstrual health products in their communities?</w:t>
      </w:r>
    </w:p>
    <w:p w14:paraId="76CD5C0F" w14:textId="77777777" w:rsidR="00EB3548" w:rsidRPr="00EB0A89" w:rsidRDefault="00EB3548" w:rsidP="00EB3548">
      <w:pPr>
        <w:numPr>
          <w:ilvl w:val="0"/>
          <w:numId w:val="27"/>
        </w:numPr>
        <w:rPr>
          <w:sz w:val="22"/>
          <w:szCs w:val="22"/>
        </w:rPr>
      </w:pPr>
      <w:r w:rsidRPr="00EB0A89">
        <w:rPr>
          <w:sz w:val="22"/>
          <w:szCs w:val="22"/>
        </w:rPr>
        <w:t>Where do women and girls typically source menstrual products, and what factors determine where and how they purchase or obtain them?</w:t>
      </w:r>
    </w:p>
    <w:p w14:paraId="3F519F70" w14:textId="77777777" w:rsidR="00EB3548" w:rsidRPr="00EB0A89" w:rsidRDefault="00EB3548" w:rsidP="00EB3548">
      <w:pPr>
        <w:numPr>
          <w:ilvl w:val="0"/>
          <w:numId w:val="27"/>
        </w:numPr>
        <w:rPr>
          <w:sz w:val="22"/>
          <w:szCs w:val="22"/>
        </w:rPr>
      </w:pPr>
      <w:r w:rsidRPr="00EB0A89">
        <w:rPr>
          <w:sz w:val="22"/>
          <w:szCs w:val="22"/>
        </w:rPr>
        <w:t>How do women and girls perceive locally produced menstrual products compared to imported alternatives, particularly in terms of quality, safety, and reliability?</w:t>
      </w:r>
    </w:p>
    <w:p w14:paraId="395E6C6C" w14:textId="77777777" w:rsidR="00EB3548" w:rsidRPr="00EB0A89" w:rsidRDefault="00EB3548" w:rsidP="00EB3548">
      <w:pPr>
        <w:numPr>
          <w:ilvl w:val="0"/>
          <w:numId w:val="27"/>
        </w:numPr>
        <w:rPr>
          <w:sz w:val="22"/>
          <w:szCs w:val="22"/>
        </w:rPr>
      </w:pPr>
      <w:r w:rsidRPr="00EB0A89">
        <w:rPr>
          <w:sz w:val="22"/>
          <w:szCs w:val="22"/>
        </w:rPr>
        <w:t>Does the life stage and the circumstances of women or girls shape access to and choice of products?</w:t>
      </w:r>
    </w:p>
    <w:p w14:paraId="767231D0" w14:textId="77777777" w:rsidR="00EB3548" w:rsidRPr="00696E4E" w:rsidRDefault="00EB3548" w:rsidP="00EB3548">
      <w:pPr>
        <w:pStyle w:val="Heading3"/>
        <w:rPr>
          <w:lang w:val="en-IN"/>
        </w:rPr>
      </w:pPr>
      <w:r>
        <w:t xml:space="preserve">Research Focus 7: </w:t>
      </w:r>
      <w:r w:rsidRPr="00707CF9">
        <w:t>Economic Decision-Making</w:t>
      </w:r>
      <w:r>
        <w:t xml:space="preserve"> </w:t>
      </w:r>
      <w:r>
        <w:rPr>
          <w:lang w:val="en-IN"/>
        </w:rPr>
        <w:t>among Women and Girls</w:t>
      </w:r>
    </w:p>
    <w:p w14:paraId="15EDFCD0" w14:textId="77777777" w:rsidR="00EB3548" w:rsidRPr="00EB0A89" w:rsidRDefault="00EB3548" w:rsidP="00EB3548">
      <w:pPr>
        <w:numPr>
          <w:ilvl w:val="0"/>
          <w:numId w:val="28"/>
        </w:numPr>
        <w:rPr>
          <w:sz w:val="22"/>
          <w:szCs w:val="22"/>
        </w:rPr>
      </w:pPr>
      <w:r w:rsidRPr="00EB0A89">
        <w:rPr>
          <w:sz w:val="22"/>
          <w:szCs w:val="22"/>
        </w:rPr>
        <w:t xml:space="preserve">How do women and girls make spending decisions about menstrual health products in relation to other household priorities and financial constraints? </w:t>
      </w:r>
    </w:p>
    <w:p w14:paraId="660881F7" w14:textId="77777777" w:rsidR="00EB3548" w:rsidRPr="00EB0A89" w:rsidRDefault="00EB3548" w:rsidP="00EB3548">
      <w:pPr>
        <w:numPr>
          <w:ilvl w:val="0"/>
          <w:numId w:val="28"/>
        </w:numPr>
        <w:rPr>
          <w:sz w:val="22"/>
          <w:szCs w:val="22"/>
        </w:rPr>
      </w:pPr>
      <w:r w:rsidRPr="00EB0A89">
        <w:rPr>
          <w:sz w:val="22"/>
          <w:szCs w:val="22"/>
        </w:rPr>
        <w:t>What is the perceived affordability of different types of products available in the market in Ethiopia?</w:t>
      </w:r>
    </w:p>
    <w:p w14:paraId="6F6EC8BA" w14:textId="77777777" w:rsidR="00EB3548" w:rsidRPr="00EB0A89" w:rsidRDefault="00EB3548" w:rsidP="00EB3548">
      <w:pPr>
        <w:numPr>
          <w:ilvl w:val="0"/>
          <w:numId w:val="28"/>
        </w:numPr>
        <w:rPr>
          <w:sz w:val="22"/>
          <w:szCs w:val="22"/>
        </w:rPr>
      </w:pPr>
      <w:r w:rsidRPr="00EB0A89">
        <w:rPr>
          <w:sz w:val="22"/>
          <w:szCs w:val="22"/>
        </w:rPr>
        <w:t>To what extent is cost a major barrier to purchasing in comparison to other issues? Are current prices perceived as affordable to women and girls who actually use the product</w:t>
      </w:r>
    </w:p>
    <w:p w14:paraId="08178C46" w14:textId="77777777" w:rsidR="00EB3548" w:rsidRDefault="00EB3548" w:rsidP="00EB3548">
      <w:pPr>
        <w:numPr>
          <w:ilvl w:val="0"/>
          <w:numId w:val="28"/>
        </w:numPr>
        <w:rPr>
          <w:sz w:val="22"/>
          <w:szCs w:val="22"/>
        </w:rPr>
      </w:pPr>
      <w:r w:rsidRPr="00EB0A89">
        <w:rPr>
          <w:sz w:val="22"/>
          <w:szCs w:val="22"/>
        </w:rPr>
        <w:t xml:space="preserve">Does price make a difference to the decision to pick locally produced commodities over imported menstrual products? </w:t>
      </w:r>
    </w:p>
    <w:p w14:paraId="0A6D00EC" w14:textId="77777777" w:rsidR="00EB3548" w:rsidRDefault="00EB3548" w:rsidP="00EB3548">
      <w:pPr>
        <w:pStyle w:val="Heading3"/>
      </w:pPr>
      <w:r>
        <w:t xml:space="preserve">Research Focus 8: </w:t>
      </w:r>
      <w:r w:rsidRPr="00707CF9">
        <w:t xml:space="preserve">Menstrual </w:t>
      </w:r>
      <w:r>
        <w:t>H</w:t>
      </w:r>
      <w:r w:rsidRPr="00707CF9">
        <w:t>ealth</w:t>
      </w:r>
      <w:r>
        <w:t xml:space="preserve"> and Dignity</w:t>
      </w:r>
      <w:r w:rsidRPr="00707CF9">
        <w:t xml:space="preserve"> Needs of Vulnerable Groups</w:t>
      </w:r>
    </w:p>
    <w:p w14:paraId="12C906A6" w14:textId="77777777" w:rsidR="00EB3548" w:rsidRDefault="00EB3548" w:rsidP="00EB3548">
      <w:pPr>
        <w:rPr>
          <w:i/>
          <w:iCs/>
        </w:rPr>
      </w:pPr>
      <w:r>
        <w:rPr>
          <w:i/>
          <w:iCs/>
        </w:rPr>
        <w:t>(For this research focus alone, a</w:t>
      </w:r>
      <w:r w:rsidRPr="00D55047">
        <w:rPr>
          <w:i/>
          <w:iCs/>
        </w:rPr>
        <w:t xml:space="preserve">pplicants are not required to address all vulnerable or marginalized populations </w:t>
      </w:r>
      <w:r>
        <w:rPr>
          <w:i/>
          <w:iCs/>
        </w:rPr>
        <w:t xml:space="preserve">and/or all the questions listed below </w:t>
      </w:r>
      <w:r w:rsidRPr="00D55047">
        <w:rPr>
          <w:i/>
          <w:iCs/>
        </w:rPr>
        <w:t>within their proposed research. Rather, proposals are encouraged to focus on one or two specific groups</w:t>
      </w:r>
      <w:r>
        <w:rPr>
          <w:i/>
          <w:iCs/>
        </w:rPr>
        <w:t xml:space="preserve"> and/or one or two questions. </w:t>
      </w:r>
      <w:r w:rsidRPr="00D55047">
        <w:rPr>
          <w:i/>
          <w:iCs/>
        </w:rPr>
        <w:t>Research should seek to generate a nuanced understanding of the menstrual health experiences, needs, and access barriers faced by the selected groups, and how these factors influence their overall well-being and participation in society.</w:t>
      </w:r>
      <w:r>
        <w:rPr>
          <w:i/>
          <w:iCs/>
        </w:rPr>
        <w:t xml:space="preserve"> </w:t>
      </w:r>
    </w:p>
    <w:p w14:paraId="4510C886" w14:textId="77777777" w:rsidR="00EB3548" w:rsidRPr="00D55047" w:rsidRDefault="00EB3548" w:rsidP="00EB3548">
      <w:pPr>
        <w:rPr>
          <w:i/>
          <w:iCs/>
        </w:rPr>
      </w:pPr>
      <w:r>
        <w:rPr>
          <w:i/>
          <w:iCs/>
        </w:rPr>
        <w:t>For this research theme we welcome applications that look to create knowledge in creative formats as well – think videos or photo essays, short documentaries, and other formats outside the usual report!)</w:t>
      </w:r>
    </w:p>
    <w:p w14:paraId="2FE99BB1" w14:textId="77777777" w:rsidR="00EB3548" w:rsidRPr="00EB0A89" w:rsidRDefault="00EB3548" w:rsidP="00EB3548">
      <w:pPr>
        <w:numPr>
          <w:ilvl w:val="0"/>
          <w:numId w:val="29"/>
        </w:numPr>
        <w:rPr>
          <w:sz w:val="22"/>
          <w:szCs w:val="22"/>
        </w:rPr>
      </w:pPr>
      <w:r w:rsidRPr="00EB0A89">
        <w:rPr>
          <w:sz w:val="22"/>
          <w:szCs w:val="22"/>
        </w:rPr>
        <w:lastRenderedPageBreak/>
        <w:t>What are the menstrual health and dignity experiences and needs of systematically excluded and vulnerable groups, such as adolescent girls, women and girls with disabilities, rural women and girls, incarcerated women, and those living in conflict or crisis-affected settings?</w:t>
      </w:r>
    </w:p>
    <w:p w14:paraId="30069511" w14:textId="77777777" w:rsidR="00EB3548" w:rsidRPr="00EB0A89" w:rsidRDefault="00EB3548" w:rsidP="00EB3548">
      <w:pPr>
        <w:numPr>
          <w:ilvl w:val="0"/>
          <w:numId w:val="29"/>
        </w:numPr>
        <w:rPr>
          <w:sz w:val="22"/>
          <w:szCs w:val="22"/>
        </w:rPr>
      </w:pPr>
      <w:r w:rsidRPr="00EB0A89">
        <w:rPr>
          <w:sz w:val="22"/>
          <w:szCs w:val="22"/>
        </w:rPr>
        <w:t>What are the experiences of women living with fistulas in managing menstruation, and how do their needs differ from those of the broader population?</w:t>
      </w:r>
    </w:p>
    <w:p w14:paraId="079176C2" w14:textId="77777777" w:rsidR="00EB3548" w:rsidRPr="00EB0A89" w:rsidRDefault="00EB3548" w:rsidP="00EB3548">
      <w:pPr>
        <w:numPr>
          <w:ilvl w:val="0"/>
          <w:numId w:val="29"/>
        </w:numPr>
        <w:rPr>
          <w:sz w:val="22"/>
          <w:szCs w:val="22"/>
        </w:rPr>
      </w:pPr>
      <w:r w:rsidRPr="00EB0A89">
        <w:rPr>
          <w:sz w:val="22"/>
          <w:szCs w:val="22"/>
        </w:rPr>
        <w:t xml:space="preserve">Where do young people obtain information on menstrual health, what are their main sources of knowledge? </w:t>
      </w:r>
    </w:p>
    <w:p w14:paraId="7285B230" w14:textId="77777777" w:rsidR="00EB3548" w:rsidRPr="00EB0A89" w:rsidRDefault="00EB3548" w:rsidP="00EB3548">
      <w:pPr>
        <w:numPr>
          <w:ilvl w:val="0"/>
          <w:numId w:val="29"/>
        </w:numPr>
        <w:rPr>
          <w:sz w:val="22"/>
          <w:szCs w:val="22"/>
        </w:rPr>
      </w:pPr>
      <w:r w:rsidRPr="00EB0A89">
        <w:rPr>
          <w:sz w:val="22"/>
          <w:szCs w:val="22"/>
        </w:rPr>
        <w:t xml:space="preserve">What information do young people have about the various kinds of products that are available to manage their menstruation and where do they source these commodities from? </w:t>
      </w:r>
    </w:p>
    <w:p w14:paraId="0E11C0BE" w14:textId="77777777" w:rsidR="00EB3548" w:rsidRPr="00EB0A89" w:rsidRDefault="00EB3548" w:rsidP="00EB3548">
      <w:pPr>
        <w:numPr>
          <w:ilvl w:val="0"/>
          <w:numId w:val="29"/>
        </w:numPr>
        <w:rPr>
          <w:sz w:val="22"/>
          <w:szCs w:val="22"/>
        </w:rPr>
      </w:pPr>
      <w:r w:rsidRPr="00EB0A89">
        <w:rPr>
          <w:sz w:val="22"/>
          <w:szCs w:val="22"/>
        </w:rPr>
        <w:t>To what extent have young people experienced menstrual health-related stigma or discrimination?</w:t>
      </w:r>
    </w:p>
    <w:p w14:paraId="76D681C9" w14:textId="38552BF2" w:rsidR="00EB3548" w:rsidRDefault="00EB3548" w:rsidP="196FD633">
      <w:pPr>
        <w:jc w:val="both"/>
        <w:rPr>
          <w:sz w:val="22"/>
          <w:szCs w:val="22"/>
        </w:rPr>
        <w:sectPr w:rsidR="00EB3548" w:rsidSect="00034616">
          <w:pgSz w:w="12240" w:h="15840"/>
          <w:pgMar w:top="1440" w:right="1800" w:bottom="1440" w:left="1800" w:header="720" w:footer="720" w:gutter="0"/>
          <w:cols w:space="720"/>
          <w:docGrid w:linePitch="360"/>
        </w:sectPr>
      </w:pPr>
    </w:p>
    <w:p w14:paraId="088E0076" w14:textId="115FB04C" w:rsidR="00FA7C27" w:rsidRPr="00FA7C27" w:rsidRDefault="00FA7C27" w:rsidP="00FA7C27">
      <w:pPr>
        <w:pStyle w:val="Heading1"/>
        <w:jc w:val="center"/>
        <w:rPr>
          <w:color w:val="49382A" w:themeColor="accent1" w:themeShade="40"/>
        </w:rPr>
      </w:pPr>
      <w:r w:rsidRPr="00FA7C27">
        <w:rPr>
          <w:color w:val="49382A" w:themeColor="accent1" w:themeShade="40"/>
        </w:rPr>
        <w:lastRenderedPageBreak/>
        <w:t>Section A | APPLICATION Overview</w:t>
      </w:r>
    </w:p>
    <w:p w14:paraId="5DEA670B" w14:textId="1EFB1938" w:rsidR="00662BCD" w:rsidRPr="00A96492" w:rsidRDefault="00662BCD" w:rsidP="00A96492">
      <w:pPr>
        <w:rPr>
          <w:sz w:val="10"/>
          <w:szCs w:val="10"/>
          <w:lang w:val="en-IN"/>
        </w:rPr>
      </w:pPr>
    </w:p>
    <w:tbl>
      <w:tblPr>
        <w:tblStyle w:val="TableGrid"/>
        <w:tblW w:w="5000" w:type="pct"/>
        <w:tblBorders>
          <w:insideH w:val="single" w:sz="4" w:space="0" w:color="auto"/>
        </w:tblBorders>
        <w:tblLook w:val="04A0" w:firstRow="1" w:lastRow="0" w:firstColumn="1" w:lastColumn="0" w:noHBand="0" w:noVBand="1"/>
      </w:tblPr>
      <w:tblGrid>
        <w:gridCol w:w="4428"/>
        <w:gridCol w:w="4428"/>
      </w:tblGrid>
      <w:tr w:rsidR="003409B0" w:rsidRPr="00C17D64" w14:paraId="0F97A8E5" w14:textId="77777777" w:rsidTr="002410CB">
        <w:tc>
          <w:tcPr>
            <w:tcW w:w="5000" w:type="pct"/>
            <w:gridSpan w:val="2"/>
            <w:shd w:val="clear" w:color="auto" w:fill="DCCEC3" w:themeFill="accent1" w:themeFillShade="E6"/>
          </w:tcPr>
          <w:p w14:paraId="390BAA79" w14:textId="5781DCDD" w:rsidR="003409B0" w:rsidRPr="00D609C0" w:rsidRDefault="00F244FB" w:rsidP="00C17D64">
            <w:pPr>
              <w:rPr>
                <w:color w:val="49382A" w:themeColor="accent1" w:themeShade="40"/>
                <w:sz w:val="22"/>
                <w:szCs w:val="22"/>
              </w:rPr>
            </w:pPr>
            <w:r>
              <w:rPr>
                <w:color w:val="49382A" w:themeColor="accent1" w:themeShade="40"/>
                <w:sz w:val="22"/>
                <w:szCs w:val="22"/>
              </w:rPr>
              <w:t>APPLICANT INFORMATION</w:t>
            </w:r>
          </w:p>
        </w:tc>
      </w:tr>
      <w:tr w:rsidR="003409B0" w:rsidRPr="00C17D64" w14:paraId="1763E804" w14:textId="77777777" w:rsidTr="002410CB">
        <w:tc>
          <w:tcPr>
            <w:tcW w:w="2500" w:type="pct"/>
          </w:tcPr>
          <w:p w14:paraId="4AE2F34D" w14:textId="77777777" w:rsidR="003409B0" w:rsidRPr="00D609C0" w:rsidRDefault="009A1C3C" w:rsidP="00C17D64">
            <w:pPr>
              <w:rPr>
                <w:b/>
                <w:bCs/>
                <w:color w:val="49382A" w:themeColor="accent1" w:themeShade="40"/>
                <w:sz w:val="22"/>
                <w:szCs w:val="22"/>
              </w:rPr>
            </w:pPr>
            <w:r w:rsidRPr="00D609C0">
              <w:rPr>
                <w:b/>
                <w:bCs/>
                <w:color w:val="49382A" w:themeColor="accent1" w:themeShade="40"/>
                <w:sz w:val="22"/>
                <w:szCs w:val="22"/>
              </w:rPr>
              <w:t xml:space="preserve">Primary Contact Person </w:t>
            </w:r>
          </w:p>
          <w:p w14:paraId="483710DD" w14:textId="7BEB4C7A" w:rsidR="009A1C3C" w:rsidRPr="00EF17A6" w:rsidRDefault="009A1C3C" w:rsidP="00C17D64">
            <w:pPr>
              <w:rPr>
                <w:i/>
                <w:iCs/>
                <w:sz w:val="22"/>
                <w:szCs w:val="22"/>
              </w:rPr>
            </w:pPr>
            <w:r w:rsidRPr="00EF17A6">
              <w:rPr>
                <w:i/>
                <w:iCs/>
              </w:rPr>
              <w:t>Please provide full name of the person who will be the contact for this application</w:t>
            </w:r>
          </w:p>
        </w:tc>
        <w:sdt>
          <w:sdtPr>
            <w:rPr>
              <w:sz w:val="22"/>
              <w:szCs w:val="22"/>
            </w:rPr>
            <w:id w:val="54975235"/>
            <w:placeholder>
              <w:docPart w:val="DefaultPlaceholder_-1854013440"/>
            </w:placeholder>
            <w:showingPlcHdr/>
          </w:sdtPr>
          <w:sdtEndPr/>
          <w:sdtContent>
            <w:tc>
              <w:tcPr>
                <w:tcW w:w="2500" w:type="pct"/>
              </w:tcPr>
              <w:p w14:paraId="038EC68E" w14:textId="68B396ED" w:rsidR="003409B0" w:rsidRPr="00C17D64" w:rsidRDefault="00EB3548" w:rsidP="00C17D64">
                <w:pPr>
                  <w:rPr>
                    <w:sz w:val="22"/>
                    <w:szCs w:val="22"/>
                  </w:rPr>
                </w:pPr>
                <w:r w:rsidRPr="00D11310">
                  <w:rPr>
                    <w:rStyle w:val="PlaceholderText"/>
                  </w:rPr>
                  <w:t>Click or tap here to enter text.</w:t>
                </w:r>
              </w:p>
            </w:tc>
          </w:sdtContent>
        </w:sdt>
      </w:tr>
      <w:tr w:rsidR="009A1C3C" w:rsidRPr="00C17D64" w14:paraId="6F7204F9" w14:textId="77777777" w:rsidTr="002410CB">
        <w:tc>
          <w:tcPr>
            <w:tcW w:w="2500" w:type="pct"/>
          </w:tcPr>
          <w:p w14:paraId="519E3871" w14:textId="3C32163A" w:rsidR="009A1C3C" w:rsidRPr="00D609C0" w:rsidRDefault="009A1C3C" w:rsidP="00C17D64">
            <w:pPr>
              <w:rPr>
                <w:b/>
                <w:bCs/>
                <w:color w:val="49382A" w:themeColor="accent1" w:themeShade="40"/>
                <w:sz w:val="22"/>
                <w:szCs w:val="22"/>
              </w:rPr>
            </w:pPr>
            <w:r w:rsidRPr="00D609C0">
              <w:rPr>
                <w:b/>
                <w:bCs/>
                <w:color w:val="49382A" w:themeColor="accent1" w:themeShade="40"/>
                <w:sz w:val="22"/>
                <w:szCs w:val="22"/>
              </w:rPr>
              <w:t>Name of Organization</w:t>
            </w:r>
          </w:p>
          <w:p w14:paraId="171099A0" w14:textId="603F6AA6" w:rsidR="009A1C3C" w:rsidRPr="00EF17A6" w:rsidRDefault="009A1C3C" w:rsidP="00C17D64">
            <w:pPr>
              <w:rPr>
                <w:i/>
                <w:iCs/>
                <w:sz w:val="22"/>
                <w:szCs w:val="22"/>
              </w:rPr>
            </w:pPr>
            <w:r w:rsidRPr="00EF17A6">
              <w:rPr>
                <w:i/>
                <w:iCs/>
              </w:rPr>
              <w:t>Please provide full registered name of the organization associated with this application, where relevant</w:t>
            </w:r>
          </w:p>
        </w:tc>
        <w:sdt>
          <w:sdtPr>
            <w:rPr>
              <w:sz w:val="22"/>
              <w:szCs w:val="22"/>
            </w:rPr>
            <w:id w:val="-1097480970"/>
            <w:placeholder>
              <w:docPart w:val="DefaultPlaceholder_-1854013440"/>
            </w:placeholder>
            <w:showingPlcHdr/>
          </w:sdtPr>
          <w:sdtEndPr/>
          <w:sdtContent>
            <w:tc>
              <w:tcPr>
                <w:tcW w:w="2500" w:type="pct"/>
              </w:tcPr>
              <w:p w14:paraId="72E25208" w14:textId="3A9FFA48" w:rsidR="009A1C3C" w:rsidRPr="00C17D64" w:rsidRDefault="009A7E06" w:rsidP="00C17D64">
                <w:pPr>
                  <w:rPr>
                    <w:sz w:val="22"/>
                    <w:szCs w:val="22"/>
                  </w:rPr>
                </w:pPr>
                <w:r w:rsidRPr="00D11310">
                  <w:rPr>
                    <w:rStyle w:val="PlaceholderText"/>
                  </w:rPr>
                  <w:t>Click or tap here to enter text.</w:t>
                </w:r>
              </w:p>
            </w:tc>
          </w:sdtContent>
        </w:sdt>
      </w:tr>
      <w:tr w:rsidR="003409B0" w:rsidRPr="00C17D64" w14:paraId="0338E627" w14:textId="77777777" w:rsidTr="002410CB">
        <w:tc>
          <w:tcPr>
            <w:tcW w:w="2500" w:type="pct"/>
          </w:tcPr>
          <w:p w14:paraId="5DAFC4BE" w14:textId="77777777" w:rsidR="003409B0" w:rsidRPr="00D609C0" w:rsidRDefault="003409B0" w:rsidP="00C17D64">
            <w:pPr>
              <w:rPr>
                <w:b/>
                <w:bCs/>
                <w:color w:val="49382A" w:themeColor="accent1" w:themeShade="40"/>
                <w:sz w:val="22"/>
                <w:szCs w:val="22"/>
              </w:rPr>
            </w:pPr>
            <w:r w:rsidRPr="00D609C0">
              <w:rPr>
                <w:b/>
                <w:bCs/>
                <w:color w:val="49382A" w:themeColor="accent1" w:themeShade="40"/>
                <w:sz w:val="22"/>
                <w:szCs w:val="22"/>
              </w:rPr>
              <w:t>Type of Applicant</w:t>
            </w:r>
          </w:p>
          <w:p w14:paraId="6EC89E4B" w14:textId="2DE90A5D" w:rsidR="009A1C3C" w:rsidRPr="00EF17A6" w:rsidRDefault="009A1C3C" w:rsidP="00C17D64">
            <w:pPr>
              <w:rPr>
                <w:i/>
                <w:iCs/>
                <w:sz w:val="22"/>
                <w:szCs w:val="22"/>
              </w:rPr>
            </w:pPr>
            <w:r w:rsidRPr="00EF17A6">
              <w:rPr>
                <w:i/>
                <w:iCs/>
              </w:rPr>
              <w:t>Check the type that applies – please select only one</w:t>
            </w:r>
          </w:p>
        </w:tc>
        <w:tc>
          <w:tcPr>
            <w:tcW w:w="2500" w:type="pct"/>
          </w:tcPr>
          <w:p w14:paraId="2EFC5D39" w14:textId="0644AC21" w:rsidR="003409B0" w:rsidRPr="00C17D64" w:rsidRDefault="008F4BDC" w:rsidP="00C17D64">
            <w:pPr>
              <w:rPr>
                <w:sz w:val="22"/>
                <w:szCs w:val="22"/>
              </w:rPr>
            </w:pPr>
            <w:sdt>
              <w:sdtPr>
                <w:rPr>
                  <w:sz w:val="22"/>
                  <w:szCs w:val="22"/>
                </w:rPr>
                <w:id w:val="730500959"/>
                <w14:checkbox>
                  <w14:checked w14:val="0"/>
                  <w14:checkedState w14:val="2612" w14:font="MS Gothic"/>
                  <w14:uncheckedState w14:val="2610" w14:font="MS Gothic"/>
                </w14:checkbox>
              </w:sdtPr>
              <w:sdtEndPr/>
              <w:sdtContent>
                <w:r w:rsidR="008518BC" w:rsidRPr="00C17D64">
                  <w:rPr>
                    <w:rFonts w:ascii="MS Gothic" w:eastAsia="MS Gothic" w:hAnsi="MS Gothic" w:hint="eastAsia"/>
                    <w:sz w:val="22"/>
                    <w:szCs w:val="22"/>
                  </w:rPr>
                  <w:t>☐</w:t>
                </w:r>
              </w:sdtContent>
            </w:sdt>
            <w:r w:rsidR="008518BC" w:rsidRPr="00C17D64">
              <w:rPr>
                <w:sz w:val="22"/>
                <w:szCs w:val="22"/>
              </w:rPr>
              <w:t xml:space="preserve"> </w:t>
            </w:r>
            <w:r w:rsidR="003409B0" w:rsidRPr="00C17D64">
              <w:rPr>
                <w:sz w:val="22"/>
                <w:szCs w:val="22"/>
              </w:rPr>
              <w:t>Women-led Organization</w:t>
            </w:r>
          </w:p>
          <w:p w14:paraId="774E08A5" w14:textId="138C1375" w:rsidR="003409B0" w:rsidRPr="00C17D64" w:rsidRDefault="008F4BDC" w:rsidP="00C17D64">
            <w:pPr>
              <w:rPr>
                <w:sz w:val="22"/>
                <w:szCs w:val="22"/>
              </w:rPr>
            </w:pPr>
            <w:sdt>
              <w:sdtPr>
                <w:rPr>
                  <w:sz w:val="22"/>
                  <w:szCs w:val="22"/>
                </w:rPr>
                <w:id w:val="171149878"/>
                <w14:checkbox>
                  <w14:checked w14:val="0"/>
                  <w14:checkedState w14:val="2612" w14:font="MS Gothic"/>
                  <w14:uncheckedState w14:val="2610" w14:font="MS Gothic"/>
                </w14:checkbox>
              </w:sdtPr>
              <w:sdtEndPr/>
              <w:sdtContent>
                <w:r w:rsidR="008518BC" w:rsidRPr="00C17D64">
                  <w:rPr>
                    <w:rFonts w:ascii="MS Gothic" w:eastAsia="MS Gothic" w:hAnsi="MS Gothic" w:hint="eastAsia"/>
                    <w:sz w:val="22"/>
                    <w:szCs w:val="22"/>
                  </w:rPr>
                  <w:t>☐</w:t>
                </w:r>
              </w:sdtContent>
            </w:sdt>
            <w:r w:rsidR="008518BC" w:rsidRPr="00C17D64">
              <w:rPr>
                <w:sz w:val="22"/>
                <w:szCs w:val="22"/>
              </w:rPr>
              <w:t xml:space="preserve"> </w:t>
            </w:r>
            <w:r w:rsidR="003409B0" w:rsidRPr="00C17D64">
              <w:rPr>
                <w:sz w:val="22"/>
                <w:szCs w:val="22"/>
              </w:rPr>
              <w:t>Youth-led Organization</w:t>
            </w:r>
          </w:p>
          <w:p w14:paraId="6BAAF47C" w14:textId="2D3E6CF4" w:rsidR="003409B0" w:rsidRPr="00C17D64" w:rsidRDefault="008F4BDC" w:rsidP="00C17D64">
            <w:pPr>
              <w:rPr>
                <w:sz w:val="22"/>
                <w:szCs w:val="22"/>
              </w:rPr>
            </w:pPr>
            <w:sdt>
              <w:sdtPr>
                <w:rPr>
                  <w:sz w:val="22"/>
                  <w:szCs w:val="22"/>
                </w:rPr>
                <w:id w:val="-1114902367"/>
                <w14:checkbox>
                  <w14:checked w14:val="0"/>
                  <w14:checkedState w14:val="2612" w14:font="MS Gothic"/>
                  <w14:uncheckedState w14:val="2610" w14:font="MS Gothic"/>
                </w14:checkbox>
              </w:sdtPr>
              <w:sdtEndPr/>
              <w:sdtContent>
                <w:r w:rsidR="00A86297">
                  <w:rPr>
                    <w:rFonts w:ascii="MS Gothic" w:eastAsia="MS Gothic" w:hAnsi="MS Gothic" w:hint="eastAsia"/>
                    <w:sz w:val="22"/>
                    <w:szCs w:val="22"/>
                  </w:rPr>
                  <w:t>☐</w:t>
                </w:r>
              </w:sdtContent>
            </w:sdt>
            <w:r w:rsidR="008518BC" w:rsidRPr="00C17D64">
              <w:rPr>
                <w:sz w:val="22"/>
                <w:szCs w:val="22"/>
              </w:rPr>
              <w:t xml:space="preserve"> </w:t>
            </w:r>
            <w:r w:rsidR="003409B0" w:rsidRPr="00C17D64">
              <w:rPr>
                <w:sz w:val="22"/>
                <w:szCs w:val="22"/>
              </w:rPr>
              <w:t>Academic or Research Institution</w:t>
            </w:r>
            <w:r w:rsidR="009A1C3C" w:rsidRPr="00C17D64">
              <w:rPr>
                <w:sz w:val="22"/>
                <w:szCs w:val="22"/>
              </w:rPr>
              <w:t>/ University</w:t>
            </w:r>
          </w:p>
          <w:p w14:paraId="4202419A" w14:textId="65C31CB6" w:rsidR="009A1C3C" w:rsidRPr="00C17D64" w:rsidRDefault="008F4BDC" w:rsidP="00C17D64">
            <w:pPr>
              <w:rPr>
                <w:sz w:val="22"/>
                <w:szCs w:val="22"/>
              </w:rPr>
            </w:pPr>
            <w:sdt>
              <w:sdtPr>
                <w:rPr>
                  <w:sz w:val="22"/>
                  <w:szCs w:val="22"/>
                </w:rPr>
                <w:id w:val="-429123553"/>
                <w14:checkbox>
                  <w14:checked w14:val="0"/>
                  <w14:checkedState w14:val="2612" w14:font="MS Gothic"/>
                  <w14:uncheckedState w14:val="2610" w14:font="MS Gothic"/>
                </w14:checkbox>
              </w:sdtPr>
              <w:sdtEndPr/>
              <w:sdtContent>
                <w:r w:rsidR="008518BC" w:rsidRPr="00C17D64">
                  <w:rPr>
                    <w:rFonts w:ascii="MS Gothic" w:eastAsia="MS Gothic" w:hAnsi="MS Gothic" w:hint="eastAsia"/>
                    <w:sz w:val="22"/>
                    <w:szCs w:val="22"/>
                  </w:rPr>
                  <w:t>☐</w:t>
                </w:r>
              </w:sdtContent>
            </w:sdt>
            <w:r w:rsidR="008518BC" w:rsidRPr="00C17D64">
              <w:rPr>
                <w:sz w:val="22"/>
                <w:szCs w:val="22"/>
              </w:rPr>
              <w:t xml:space="preserve"> </w:t>
            </w:r>
            <w:r w:rsidR="009A1C3C" w:rsidRPr="00C17D64">
              <w:rPr>
                <w:sz w:val="22"/>
                <w:szCs w:val="22"/>
              </w:rPr>
              <w:t>INGO</w:t>
            </w:r>
            <w:r w:rsidR="008518BC" w:rsidRPr="00C17D64">
              <w:rPr>
                <w:sz w:val="22"/>
                <w:szCs w:val="22"/>
              </w:rPr>
              <w:t>/INGO Country Office</w:t>
            </w:r>
          </w:p>
          <w:p w14:paraId="6D7C6E8C" w14:textId="534C815A" w:rsidR="003409B0" w:rsidRPr="00C17D64" w:rsidRDefault="008F4BDC" w:rsidP="00C17D64">
            <w:pPr>
              <w:rPr>
                <w:sz w:val="22"/>
                <w:szCs w:val="22"/>
              </w:rPr>
            </w:pPr>
            <w:sdt>
              <w:sdtPr>
                <w:rPr>
                  <w:sz w:val="22"/>
                  <w:szCs w:val="22"/>
                </w:rPr>
                <w:id w:val="496000463"/>
                <w14:checkbox>
                  <w14:checked w14:val="0"/>
                  <w14:checkedState w14:val="2612" w14:font="MS Gothic"/>
                  <w14:uncheckedState w14:val="2610" w14:font="MS Gothic"/>
                </w14:checkbox>
              </w:sdtPr>
              <w:sdtEndPr/>
              <w:sdtContent>
                <w:r w:rsidR="008518BC" w:rsidRPr="00C17D64">
                  <w:rPr>
                    <w:rFonts w:ascii="MS Gothic" w:eastAsia="MS Gothic" w:hAnsi="MS Gothic" w:hint="eastAsia"/>
                    <w:sz w:val="22"/>
                    <w:szCs w:val="22"/>
                  </w:rPr>
                  <w:t>☐</w:t>
                </w:r>
              </w:sdtContent>
            </w:sdt>
            <w:r w:rsidR="008518BC" w:rsidRPr="00C17D64">
              <w:rPr>
                <w:sz w:val="22"/>
                <w:szCs w:val="22"/>
              </w:rPr>
              <w:t xml:space="preserve"> </w:t>
            </w:r>
            <w:r w:rsidR="003409B0" w:rsidRPr="00C17D64">
              <w:rPr>
                <w:sz w:val="22"/>
                <w:szCs w:val="22"/>
              </w:rPr>
              <w:t>Independent Researcher</w:t>
            </w:r>
          </w:p>
          <w:p w14:paraId="5DF7A88C" w14:textId="594C9C03" w:rsidR="006F7367" w:rsidRPr="00C17D64" w:rsidRDefault="008F4BDC" w:rsidP="00C17D64">
            <w:pPr>
              <w:rPr>
                <w:sz w:val="22"/>
                <w:szCs w:val="22"/>
              </w:rPr>
            </w:pPr>
            <w:sdt>
              <w:sdtPr>
                <w:rPr>
                  <w:sz w:val="22"/>
                  <w:szCs w:val="22"/>
                </w:rPr>
                <w:id w:val="777608506"/>
                <w14:checkbox>
                  <w14:checked w14:val="0"/>
                  <w14:checkedState w14:val="2612" w14:font="MS Gothic"/>
                  <w14:uncheckedState w14:val="2610" w14:font="MS Gothic"/>
                </w14:checkbox>
              </w:sdtPr>
              <w:sdtEndPr/>
              <w:sdtContent>
                <w:r w:rsidR="008B1032" w:rsidRPr="00C17D64">
                  <w:rPr>
                    <w:rFonts w:ascii="MS Gothic" w:eastAsia="MS Gothic" w:hAnsi="MS Gothic" w:hint="eastAsia"/>
                    <w:sz w:val="22"/>
                    <w:szCs w:val="22"/>
                  </w:rPr>
                  <w:t>☐</w:t>
                </w:r>
              </w:sdtContent>
            </w:sdt>
            <w:r w:rsidR="008B1032" w:rsidRPr="00C17D64">
              <w:rPr>
                <w:sz w:val="22"/>
                <w:szCs w:val="22"/>
              </w:rPr>
              <w:t xml:space="preserve"> </w:t>
            </w:r>
            <w:r w:rsidR="006F7367" w:rsidRPr="00C17D64">
              <w:rPr>
                <w:sz w:val="22"/>
                <w:szCs w:val="22"/>
              </w:rPr>
              <w:t>Independent Youth Researcher/Graduate Student</w:t>
            </w:r>
          </w:p>
          <w:p w14:paraId="28345FE2" w14:textId="28546AAB" w:rsidR="009A1C3C" w:rsidRPr="00C17D64" w:rsidRDefault="008F4BDC" w:rsidP="00C17D64">
            <w:pPr>
              <w:rPr>
                <w:sz w:val="22"/>
                <w:szCs w:val="22"/>
              </w:rPr>
            </w:pPr>
            <w:sdt>
              <w:sdtPr>
                <w:rPr>
                  <w:sz w:val="22"/>
                  <w:szCs w:val="22"/>
                </w:rPr>
                <w:id w:val="-1237395530"/>
                <w14:checkbox>
                  <w14:checked w14:val="0"/>
                  <w14:checkedState w14:val="2612" w14:font="MS Gothic"/>
                  <w14:uncheckedState w14:val="2610" w14:font="MS Gothic"/>
                </w14:checkbox>
              </w:sdtPr>
              <w:sdtEndPr/>
              <w:sdtContent>
                <w:r w:rsidR="008518BC" w:rsidRPr="00C17D64">
                  <w:rPr>
                    <w:rFonts w:ascii="MS Gothic" w:eastAsia="MS Gothic" w:hAnsi="MS Gothic" w:hint="eastAsia"/>
                    <w:sz w:val="22"/>
                    <w:szCs w:val="22"/>
                  </w:rPr>
                  <w:t>☐</w:t>
                </w:r>
              </w:sdtContent>
            </w:sdt>
            <w:r w:rsidR="008518BC" w:rsidRPr="00C17D64">
              <w:rPr>
                <w:sz w:val="22"/>
                <w:szCs w:val="22"/>
              </w:rPr>
              <w:t xml:space="preserve"> </w:t>
            </w:r>
            <w:r w:rsidR="009A1C3C" w:rsidRPr="00C17D64">
              <w:rPr>
                <w:sz w:val="22"/>
                <w:szCs w:val="22"/>
              </w:rPr>
              <w:t>Private Sector Actor</w:t>
            </w:r>
          </w:p>
          <w:p w14:paraId="1E3A9C5F" w14:textId="46D2A616" w:rsidR="009A1C3C" w:rsidRPr="00C17D64" w:rsidRDefault="008F4BDC" w:rsidP="00C17D64">
            <w:pPr>
              <w:rPr>
                <w:sz w:val="22"/>
                <w:szCs w:val="22"/>
              </w:rPr>
            </w:pPr>
            <w:sdt>
              <w:sdtPr>
                <w:rPr>
                  <w:sz w:val="22"/>
                  <w:szCs w:val="22"/>
                </w:rPr>
                <w:id w:val="274149429"/>
                <w14:checkbox>
                  <w14:checked w14:val="0"/>
                  <w14:checkedState w14:val="2612" w14:font="MS Gothic"/>
                  <w14:uncheckedState w14:val="2610" w14:font="MS Gothic"/>
                </w14:checkbox>
              </w:sdtPr>
              <w:sdtEndPr/>
              <w:sdtContent>
                <w:r w:rsidR="008518BC" w:rsidRPr="00C17D64">
                  <w:rPr>
                    <w:rFonts w:ascii="MS Gothic" w:eastAsia="MS Gothic" w:hAnsi="MS Gothic" w:hint="eastAsia"/>
                    <w:sz w:val="22"/>
                    <w:szCs w:val="22"/>
                  </w:rPr>
                  <w:t>☐</w:t>
                </w:r>
              </w:sdtContent>
            </w:sdt>
            <w:r w:rsidR="008518BC" w:rsidRPr="00C17D64">
              <w:rPr>
                <w:sz w:val="22"/>
                <w:szCs w:val="22"/>
              </w:rPr>
              <w:t xml:space="preserve"> </w:t>
            </w:r>
            <w:r w:rsidR="009A1C3C" w:rsidRPr="00C17D64">
              <w:rPr>
                <w:sz w:val="22"/>
                <w:szCs w:val="22"/>
              </w:rPr>
              <w:t>Other</w:t>
            </w:r>
            <w:r w:rsidR="008518BC" w:rsidRPr="00C17D64">
              <w:rPr>
                <w:sz w:val="22"/>
                <w:szCs w:val="22"/>
              </w:rPr>
              <w:t xml:space="preserve">, please specify: </w:t>
            </w:r>
          </w:p>
          <w:p w14:paraId="216D8FF8" w14:textId="31A5B999" w:rsidR="008518BC" w:rsidRPr="00C17D64" w:rsidRDefault="008518BC" w:rsidP="00C17D64">
            <w:pPr>
              <w:rPr>
                <w:sz w:val="22"/>
                <w:szCs w:val="22"/>
              </w:rPr>
            </w:pPr>
          </w:p>
        </w:tc>
      </w:tr>
      <w:tr w:rsidR="003409B0" w:rsidRPr="00C17D64" w14:paraId="3F6BAFDA" w14:textId="77777777" w:rsidTr="002410CB">
        <w:tc>
          <w:tcPr>
            <w:tcW w:w="2500" w:type="pct"/>
          </w:tcPr>
          <w:p w14:paraId="38E21D77" w14:textId="3EA8B438" w:rsidR="003409B0" w:rsidRPr="00D609C0" w:rsidRDefault="009A1C3C" w:rsidP="00C17D64">
            <w:pPr>
              <w:rPr>
                <w:b/>
                <w:bCs/>
                <w:color w:val="49382A" w:themeColor="accent1" w:themeShade="40"/>
                <w:sz w:val="22"/>
                <w:szCs w:val="22"/>
              </w:rPr>
            </w:pPr>
            <w:r w:rsidRPr="00D609C0">
              <w:rPr>
                <w:b/>
                <w:bCs/>
                <w:color w:val="49382A" w:themeColor="accent1" w:themeShade="40"/>
                <w:sz w:val="22"/>
                <w:szCs w:val="22"/>
              </w:rPr>
              <w:t>Email</w:t>
            </w:r>
          </w:p>
        </w:tc>
        <w:sdt>
          <w:sdtPr>
            <w:rPr>
              <w:sz w:val="22"/>
              <w:szCs w:val="22"/>
            </w:rPr>
            <w:id w:val="-1957781505"/>
            <w:placeholder>
              <w:docPart w:val="DefaultPlaceholder_-1854013440"/>
            </w:placeholder>
            <w:showingPlcHdr/>
          </w:sdtPr>
          <w:sdtEndPr/>
          <w:sdtContent>
            <w:tc>
              <w:tcPr>
                <w:tcW w:w="2500" w:type="pct"/>
              </w:tcPr>
              <w:p w14:paraId="55913A05" w14:textId="3703A387" w:rsidR="003409B0" w:rsidRPr="00C17D64" w:rsidRDefault="009A7E06" w:rsidP="00C17D64">
                <w:pPr>
                  <w:rPr>
                    <w:sz w:val="22"/>
                    <w:szCs w:val="22"/>
                  </w:rPr>
                </w:pPr>
                <w:r w:rsidRPr="00D11310">
                  <w:rPr>
                    <w:rStyle w:val="PlaceholderText"/>
                  </w:rPr>
                  <w:t>Click or tap here to enter text.</w:t>
                </w:r>
              </w:p>
            </w:tc>
          </w:sdtContent>
        </w:sdt>
      </w:tr>
    </w:tbl>
    <w:p w14:paraId="1E3C5642" w14:textId="77777777" w:rsidR="009A1C3C" w:rsidRDefault="009A1C3C" w:rsidP="003409B0"/>
    <w:p w14:paraId="7E1A7A08" w14:textId="77777777" w:rsidR="00F44B9E" w:rsidRDefault="00F44B9E" w:rsidP="003409B0"/>
    <w:p w14:paraId="1FF4F181" w14:textId="630D076B" w:rsidR="00F44B9E" w:rsidRDefault="00F44B9E" w:rsidP="003409B0"/>
    <w:p w14:paraId="75C2FE66" w14:textId="609317AB" w:rsidR="00F44B9E" w:rsidRDefault="00F44B9E" w:rsidP="003409B0"/>
    <w:p w14:paraId="5AE4F54C" w14:textId="77777777" w:rsidR="00EF17A6" w:rsidRDefault="00EF17A6" w:rsidP="003409B0"/>
    <w:p w14:paraId="15D27D24" w14:textId="3ECAB058" w:rsidR="00F44B9E" w:rsidRDefault="00F44B9E" w:rsidP="003409B0"/>
    <w:p w14:paraId="6E4779EF" w14:textId="58339618" w:rsidR="00F44B9E" w:rsidRDefault="00F44B9E" w:rsidP="003409B0"/>
    <w:p w14:paraId="592C4FC7" w14:textId="77777777" w:rsidR="00F44B9E" w:rsidRDefault="00F44B9E" w:rsidP="003409B0"/>
    <w:p w14:paraId="7D4269F9" w14:textId="5D304166" w:rsidR="00F44B9E" w:rsidRDefault="00F44B9E" w:rsidP="003409B0"/>
    <w:p w14:paraId="2B418E37" w14:textId="2AF61678" w:rsidR="00F44B9E" w:rsidRDefault="00F44B9E" w:rsidP="003409B0"/>
    <w:p w14:paraId="6029B2FF" w14:textId="69BAD752" w:rsidR="00F44B9E" w:rsidRDefault="00F44B9E" w:rsidP="003409B0"/>
    <w:tbl>
      <w:tblPr>
        <w:tblStyle w:val="TableGrid"/>
        <w:tblW w:w="0" w:type="auto"/>
        <w:tblBorders>
          <w:insideH w:val="single" w:sz="4" w:space="0" w:color="auto"/>
        </w:tblBorders>
        <w:tblLook w:val="04A0" w:firstRow="1" w:lastRow="0" w:firstColumn="1" w:lastColumn="0" w:noHBand="0" w:noVBand="1"/>
      </w:tblPr>
      <w:tblGrid>
        <w:gridCol w:w="4428"/>
        <w:gridCol w:w="4428"/>
      </w:tblGrid>
      <w:tr w:rsidR="007F6AB4" w14:paraId="5CB45949" w14:textId="77777777" w:rsidTr="002410CB">
        <w:tc>
          <w:tcPr>
            <w:tcW w:w="8856" w:type="dxa"/>
            <w:gridSpan w:val="2"/>
            <w:shd w:val="clear" w:color="auto" w:fill="DCCEC3" w:themeFill="accent1" w:themeFillShade="E6"/>
          </w:tcPr>
          <w:p w14:paraId="0D4CF735" w14:textId="3C718B88" w:rsidR="007F6AB4" w:rsidRDefault="00F244FB" w:rsidP="003B4617">
            <w:r>
              <w:rPr>
                <w:color w:val="49382A" w:themeColor="accent1" w:themeShade="40"/>
                <w:sz w:val="22"/>
                <w:szCs w:val="22"/>
              </w:rPr>
              <w:lastRenderedPageBreak/>
              <w:t>PROPOSAL OVERVIEW</w:t>
            </w:r>
          </w:p>
        </w:tc>
      </w:tr>
      <w:tr w:rsidR="009A1C3C" w14:paraId="2E66C43A" w14:textId="77777777" w:rsidTr="002410CB">
        <w:tc>
          <w:tcPr>
            <w:tcW w:w="4428" w:type="dxa"/>
          </w:tcPr>
          <w:p w14:paraId="01A5FCDB" w14:textId="4295E6A8" w:rsidR="009A1C3C" w:rsidRPr="003B4617" w:rsidRDefault="007F6AB4" w:rsidP="003409B0">
            <w:pPr>
              <w:rPr>
                <w:b/>
                <w:bCs/>
                <w:color w:val="49382A" w:themeColor="accent1" w:themeShade="40"/>
                <w:sz w:val="22"/>
                <w:szCs w:val="22"/>
              </w:rPr>
            </w:pPr>
            <w:r w:rsidRPr="003B4617">
              <w:rPr>
                <w:b/>
                <w:bCs/>
                <w:color w:val="49382A" w:themeColor="accent1" w:themeShade="40"/>
                <w:sz w:val="22"/>
                <w:szCs w:val="22"/>
              </w:rPr>
              <w:t>Focus Area</w:t>
            </w:r>
          </w:p>
          <w:p w14:paraId="04F259A3" w14:textId="681CD3FC" w:rsidR="007F6AB4" w:rsidRPr="008518BC" w:rsidRDefault="007F6AB4" w:rsidP="003409B0">
            <w:pPr>
              <w:rPr>
                <w:b/>
                <w:bCs/>
                <w:sz w:val="22"/>
                <w:szCs w:val="22"/>
              </w:rPr>
            </w:pPr>
            <w:r w:rsidRPr="00F244FB">
              <w:rPr>
                <w:i/>
                <w:iCs/>
              </w:rPr>
              <w:t xml:space="preserve">Check the </w:t>
            </w:r>
            <w:r w:rsidR="00BD7660" w:rsidRPr="00F244FB">
              <w:rPr>
                <w:i/>
                <w:iCs/>
              </w:rPr>
              <w:t>focus area</w:t>
            </w:r>
            <w:r w:rsidRPr="00F244FB">
              <w:rPr>
                <w:i/>
                <w:iCs/>
              </w:rPr>
              <w:t xml:space="preserve"> that your research will </w:t>
            </w:r>
            <w:r w:rsidR="00BD7660" w:rsidRPr="00F244FB">
              <w:rPr>
                <w:i/>
                <w:iCs/>
              </w:rPr>
              <w:t>addres</w:t>
            </w:r>
            <w:r w:rsidR="00284AB7" w:rsidRPr="00F244FB">
              <w:rPr>
                <w:i/>
                <w:iCs/>
              </w:rPr>
              <w:t>s. P</w:t>
            </w:r>
            <w:r w:rsidRPr="00F244FB">
              <w:rPr>
                <w:i/>
                <w:iCs/>
              </w:rPr>
              <w:t>lease select only one</w:t>
            </w:r>
            <w:r w:rsidR="00BD7660" w:rsidRPr="00F244FB">
              <w:rPr>
                <w:i/>
                <w:iCs/>
              </w:rPr>
              <w:t xml:space="preserve"> focus area from the list given alongside. </w:t>
            </w:r>
            <w:r w:rsidR="00284AB7" w:rsidRPr="00F244FB">
              <w:rPr>
                <w:i/>
                <w:iCs/>
              </w:rPr>
              <w:t xml:space="preserve">More details on each of the focus areas are available in </w:t>
            </w:r>
            <w:r w:rsidR="00F244FB">
              <w:rPr>
                <w:i/>
                <w:iCs/>
              </w:rPr>
              <w:t>the supporting document circulated alongside the CfP</w:t>
            </w:r>
          </w:p>
        </w:tc>
        <w:tc>
          <w:tcPr>
            <w:tcW w:w="4428" w:type="dxa"/>
          </w:tcPr>
          <w:p w14:paraId="074D4FB7" w14:textId="12B179CE" w:rsidR="00BC14D4" w:rsidRDefault="008F4BDC" w:rsidP="00BC14D4">
            <w:pPr>
              <w:rPr>
                <w:sz w:val="22"/>
                <w:szCs w:val="22"/>
              </w:rPr>
            </w:pPr>
            <w:sdt>
              <w:sdtPr>
                <w:rPr>
                  <w:sz w:val="22"/>
                  <w:szCs w:val="22"/>
                </w:rPr>
                <w:id w:val="-1315948866"/>
                <w14:checkbox>
                  <w14:checked w14:val="0"/>
                  <w14:checkedState w14:val="2612" w14:font="MS Gothic"/>
                  <w14:uncheckedState w14:val="2610" w14:font="MS Gothic"/>
                </w14:checkbox>
              </w:sdtPr>
              <w:sdtEndPr/>
              <w:sdtContent>
                <w:r w:rsidR="00AA0240">
                  <w:rPr>
                    <w:rFonts w:ascii="MS Gothic" w:eastAsia="MS Gothic" w:hAnsi="MS Gothic" w:hint="eastAsia"/>
                    <w:sz w:val="22"/>
                    <w:szCs w:val="22"/>
                  </w:rPr>
                  <w:t>☐</w:t>
                </w:r>
              </w:sdtContent>
            </w:sdt>
            <w:r w:rsidR="00AA0240">
              <w:rPr>
                <w:sz w:val="22"/>
                <w:szCs w:val="22"/>
              </w:rPr>
              <w:t xml:space="preserve"> </w:t>
            </w:r>
            <w:r w:rsidR="00F224C3" w:rsidRPr="00F224C3">
              <w:rPr>
                <w:sz w:val="22"/>
                <w:szCs w:val="22"/>
              </w:rPr>
              <w:t>Mapping the Menstrual Product Manufacturing Ecosystem in Ethiopia</w:t>
            </w:r>
          </w:p>
          <w:p w14:paraId="3C18CC14" w14:textId="69BB91FC" w:rsidR="008F19A2" w:rsidRPr="008F19A2" w:rsidRDefault="008F4BDC" w:rsidP="00AA0240">
            <w:pPr>
              <w:rPr>
                <w:sz w:val="22"/>
                <w:szCs w:val="22"/>
                <w:lang w:val="en-IN"/>
              </w:rPr>
            </w:pPr>
            <w:sdt>
              <w:sdtPr>
                <w:rPr>
                  <w:sz w:val="22"/>
                  <w:szCs w:val="22"/>
                  <w:lang w:val="en-IN"/>
                </w:rPr>
                <w:id w:val="-499884898"/>
                <w14:checkbox>
                  <w14:checked w14:val="0"/>
                  <w14:checkedState w14:val="2612" w14:font="MS Gothic"/>
                  <w14:uncheckedState w14:val="2610" w14:font="MS Gothic"/>
                </w14:checkbox>
              </w:sdtPr>
              <w:sdtEndPr/>
              <w:sdtContent>
                <w:r w:rsidR="00AA0240">
                  <w:rPr>
                    <w:rFonts w:ascii="MS Gothic" w:eastAsia="MS Gothic" w:hAnsi="MS Gothic" w:hint="eastAsia"/>
                    <w:sz w:val="22"/>
                    <w:szCs w:val="22"/>
                    <w:lang w:val="en-IN"/>
                  </w:rPr>
                  <w:t>☐</w:t>
                </w:r>
              </w:sdtContent>
            </w:sdt>
            <w:r w:rsidR="00AA0240">
              <w:rPr>
                <w:sz w:val="22"/>
                <w:szCs w:val="22"/>
                <w:lang w:val="en-IN"/>
              </w:rPr>
              <w:t xml:space="preserve"> </w:t>
            </w:r>
            <w:r w:rsidR="004B730B" w:rsidRPr="004B730B">
              <w:rPr>
                <w:sz w:val="22"/>
                <w:szCs w:val="22"/>
              </w:rPr>
              <w:t>Classification and Taxation on Menstrual Products</w:t>
            </w:r>
            <w:r w:rsidR="008F19A2" w:rsidRPr="004B730B">
              <w:rPr>
                <w:sz w:val="24"/>
                <w:szCs w:val="24"/>
                <w:lang w:val="en-IN"/>
              </w:rPr>
              <w:t xml:space="preserve"> </w:t>
            </w:r>
          </w:p>
          <w:p w14:paraId="2A0D6414" w14:textId="4A4CFB23" w:rsidR="00716C5B" w:rsidRPr="008B314E" w:rsidRDefault="008F4BDC" w:rsidP="00AA0240">
            <w:pPr>
              <w:spacing w:line="278" w:lineRule="auto"/>
              <w:rPr>
                <w:sz w:val="22"/>
                <w:szCs w:val="22"/>
                <w:lang w:val="en-IN"/>
              </w:rPr>
            </w:pPr>
            <w:sdt>
              <w:sdtPr>
                <w:rPr>
                  <w:lang w:val="en-IN"/>
                </w:rPr>
                <w:id w:val="2116713459"/>
                <w14:checkbox>
                  <w14:checked w14:val="0"/>
                  <w14:checkedState w14:val="2612" w14:font="MS Gothic"/>
                  <w14:uncheckedState w14:val="2610" w14:font="MS Gothic"/>
                </w14:checkbox>
              </w:sdtPr>
              <w:sdtEndPr/>
              <w:sdtContent>
                <w:r w:rsidR="00AA0240">
                  <w:rPr>
                    <w:rFonts w:ascii="MS Gothic" w:eastAsia="MS Gothic" w:hAnsi="MS Gothic" w:hint="eastAsia"/>
                    <w:lang w:val="en-IN"/>
                  </w:rPr>
                  <w:t>☐</w:t>
                </w:r>
              </w:sdtContent>
            </w:sdt>
            <w:r w:rsidR="00AA0240">
              <w:rPr>
                <w:lang w:val="en-IN"/>
              </w:rPr>
              <w:t xml:space="preserve"> </w:t>
            </w:r>
            <w:r w:rsidR="00716C5B" w:rsidRPr="008B314E">
              <w:rPr>
                <w:sz w:val="22"/>
                <w:szCs w:val="22"/>
                <w:lang w:val="en-IN"/>
              </w:rPr>
              <w:t>Understanding the Menstrual Health (MH) Platform in Ethiopia</w:t>
            </w:r>
          </w:p>
          <w:p w14:paraId="1D054C56" w14:textId="67D4E7B0" w:rsidR="00DD3D97" w:rsidRPr="008B314E" w:rsidRDefault="008F4BDC" w:rsidP="00AA0240">
            <w:pPr>
              <w:spacing w:line="278" w:lineRule="auto"/>
              <w:rPr>
                <w:sz w:val="22"/>
                <w:szCs w:val="22"/>
                <w:lang w:val="en-IN"/>
              </w:rPr>
            </w:pPr>
            <w:sdt>
              <w:sdtPr>
                <w:rPr>
                  <w:sz w:val="22"/>
                  <w:szCs w:val="22"/>
                  <w:lang w:val="en-IN"/>
                </w:rPr>
                <w:id w:val="-2050905168"/>
                <w14:checkbox>
                  <w14:checked w14:val="0"/>
                  <w14:checkedState w14:val="2612" w14:font="MS Gothic"/>
                  <w14:uncheckedState w14:val="2610" w14:font="MS Gothic"/>
                </w14:checkbox>
              </w:sdtPr>
              <w:sdtEndPr/>
              <w:sdtContent>
                <w:r w:rsidR="00AA0240" w:rsidRPr="008B314E">
                  <w:rPr>
                    <w:rFonts w:ascii="Segoe UI Symbol" w:eastAsia="MS Gothic" w:hAnsi="Segoe UI Symbol" w:cs="Segoe UI Symbol"/>
                    <w:sz w:val="22"/>
                    <w:szCs w:val="22"/>
                    <w:lang w:val="en-IN"/>
                  </w:rPr>
                  <w:t>☐</w:t>
                </w:r>
              </w:sdtContent>
            </w:sdt>
            <w:r w:rsidR="00AA0240" w:rsidRPr="008B314E">
              <w:rPr>
                <w:sz w:val="22"/>
                <w:szCs w:val="22"/>
                <w:lang w:val="en-IN"/>
              </w:rPr>
              <w:t xml:space="preserve"> </w:t>
            </w:r>
            <w:r w:rsidR="00DD3D97" w:rsidRPr="008B314E">
              <w:rPr>
                <w:sz w:val="22"/>
                <w:szCs w:val="22"/>
                <w:lang w:val="en-IN"/>
              </w:rPr>
              <w:t xml:space="preserve">Quality </w:t>
            </w:r>
            <w:r w:rsidR="007E2419" w:rsidRPr="008B314E">
              <w:rPr>
                <w:sz w:val="22"/>
                <w:szCs w:val="22"/>
                <w:lang w:val="en-IN"/>
              </w:rPr>
              <w:t>Control</w:t>
            </w:r>
            <w:r w:rsidR="00DD3D97" w:rsidRPr="008B314E">
              <w:rPr>
                <w:sz w:val="22"/>
                <w:szCs w:val="22"/>
                <w:lang w:val="en-IN"/>
              </w:rPr>
              <w:t xml:space="preserve"> and Standardisation for Menstrual Products</w:t>
            </w:r>
          </w:p>
          <w:p w14:paraId="754987DF" w14:textId="4B7F1173" w:rsidR="00D110AE" w:rsidRPr="008B314E" w:rsidRDefault="008F4BDC" w:rsidP="00AA0240">
            <w:pPr>
              <w:spacing w:line="278" w:lineRule="auto"/>
              <w:rPr>
                <w:sz w:val="22"/>
                <w:szCs w:val="22"/>
                <w:lang w:val="en-IN"/>
              </w:rPr>
            </w:pPr>
            <w:sdt>
              <w:sdtPr>
                <w:rPr>
                  <w:sz w:val="22"/>
                  <w:szCs w:val="22"/>
                  <w:lang w:val="en-IN"/>
                </w:rPr>
                <w:id w:val="76571646"/>
                <w14:checkbox>
                  <w14:checked w14:val="0"/>
                  <w14:checkedState w14:val="2612" w14:font="MS Gothic"/>
                  <w14:uncheckedState w14:val="2610" w14:font="MS Gothic"/>
                </w14:checkbox>
              </w:sdtPr>
              <w:sdtEndPr/>
              <w:sdtContent>
                <w:r w:rsidR="00AA0240" w:rsidRPr="008B314E">
                  <w:rPr>
                    <w:rFonts w:ascii="Segoe UI Symbol" w:eastAsia="MS Gothic" w:hAnsi="Segoe UI Symbol" w:cs="Segoe UI Symbol"/>
                    <w:sz w:val="22"/>
                    <w:szCs w:val="22"/>
                    <w:lang w:val="en-IN"/>
                  </w:rPr>
                  <w:t>☐</w:t>
                </w:r>
              </w:sdtContent>
            </w:sdt>
            <w:r w:rsidR="00AA0240" w:rsidRPr="008B314E">
              <w:rPr>
                <w:sz w:val="22"/>
                <w:szCs w:val="22"/>
                <w:lang w:val="en-IN"/>
              </w:rPr>
              <w:t xml:space="preserve"> </w:t>
            </w:r>
            <w:r w:rsidR="00D110AE" w:rsidRPr="008B314E">
              <w:rPr>
                <w:sz w:val="22"/>
                <w:szCs w:val="22"/>
                <w:lang w:val="en-IN"/>
              </w:rPr>
              <w:t xml:space="preserve">Understanding Ethiopia’s Free Pads in School Policy </w:t>
            </w:r>
          </w:p>
          <w:p w14:paraId="459F069F" w14:textId="685CE179" w:rsidR="00D93EC0" w:rsidRPr="008B314E" w:rsidRDefault="008F4BDC" w:rsidP="00AA0240">
            <w:pPr>
              <w:spacing w:line="278" w:lineRule="auto"/>
              <w:rPr>
                <w:sz w:val="22"/>
                <w:szCs w:val="22"/>
                <w:lang w:val="en-IN"/>
              </w:rPr>
            </w:pPr>
            <w:sdt>
              <w:sdtPr>
                <w:rPr>
                  <w:sz w:val="22"/>
                  <w:szCs w:val="22"/>
                  <w:lang w:val="en-IN"/>
                </w:rPr>
                <w:id w:val="-1518764905"/>
                <w14:checkbox>
                  <w14:checked w14:val="0"/>
                  <w14:checkedState w14:val="2612" w14:font="MS Gothic"/>
                  <w14:uncheckedState w14:val="2610" w14:font="MS Gothic"/>
                </w14:checkbox>
              </w:sdtPr>
              <w:sdtEndPr/>
              <w:sdtContent>
                <w:r w:rsidR="00AA0240" w:rsidRPr="008B314E">
                  <w:rPr>
                    <w:rFonts w:ascii="Segoe UI Symbol" w:eastAsia="MS Gothic" w:hAnsi="Segoe UI Symbol" w:cs="Segoe UI Symbol"/>
                    <w:sz w:val="22"/>
                    <w:szCs w:val="22"/>
                    <w:lang w:val="en-IN"/>
                  </w:rPr>
                  <w:t>☐</w:t>
                </w:r>
              </w:sdtContent>
            </w:sdt>
            <w:r w:rsidR="00AA0240" w:rsidRPr="008B314E">
              <w:rPr>
                <w:sz w:val="22"/>
                <w:szCs w:val="22"/>
                <w:lang w:val="en-IN"/>
              </w:rPr>
              <w:t xml:space="preserve"> </w:t>
            </w:r>
            <w:r w:rsidR="00FC79D9" w:rsidRPr="008B314E">
              <w:rPr>
                <w:sz w:val="22"/>
                <w:szCs w:val="22"/>
                <w:lang w:val="en-IN"/>
              </w:rPr>
              <w:t>Women and Girls’ Perceptions and Experiences of Menstrual Health Products</w:t>
            </w:r>
          </w:p>
          <w:p w14:paraId="51CA99F4" w14:textId="11B90811" w:rsidR="008E7AC2" w:rsidRPr="008B314E" w:rsidRDefault="008F4BDC" w:rsidP="00AA0240">
            <w:pPr>
              <w:spacing w:line="278" w:lineRule="auto"/>
              <w:rPr>
                <w:sz w:val="22"/>
                <w:szCs w:val="22"/>
                <w:lang w:val="en-IN"/>
              </w:rPr>
            </w:pPr>
            <w:sdt>
              <w:sdtPr>
                <w:rPr>
                  <w:sz w:val="22"/>
                  <w:szCs w:val="22"/>
                </w:rPr>
                <w:id w:val="865804498"/>
                <w14:checkbox>
                  <w14:checked w14:val="0"/>
                  <w14:checkedState w14:val="2612" w14:font="MS Gothic"/>
                  <w14:uncheckedState w14:val="2610" w14:font="MS Gothic"/>
                </w14:checkbox>
              </w:sdtPr>
              <w:sdtEndPr/>
              <w:sdtContent>
                <w:r w:rsidR="006D7A84" w:rsidRPr="008B314E">
                  <w:rPr>
                    <w:rFonts w:ascii="Segoe UI Symbol" w:eastAsia="MS Gothic" w:hAnsi="Segoe UI Symbol" w:cs="Segoe UI Symbol"/>
                    <w:sz w:val="22"/>
                    <w:szCs w:val="22"/>
                  </w:rPr>
                  <w:t>☐</w:t>
                </w:r>
              </w:sdtContent>
            </w:sdt>
            <w:r w:rsidR="006D7A84" w:rsidRPr="008B314E">
              <w:rPr>
                <w:sz w:val="22"/>
                <w:szCs w:val="22"/>
              </w:rPr>
              <w:t xml:space="preserve"> </w:t>
            </w:r>
            <w:r w:rsidR="0036554C" w:rsidRPr="008B314E">
              <w:rPr>
                <w:sz w:val="22"/>
                <w:szCs w:val="22"/>
              </w:rPr>
              <w:t xml:space="preserve">Economic Decision-Making </w:t>
            </w:r>
            <w:r w:rsidR="0036554C" w:rsidRPr="008B314E">
              <w:rPr>
                <w:sz w:val="22"/>
                <w:szCs w:val="22"/>
                <w:lang w:val="en-IN"/>
              </w:rPr>
              <w:t>among Women and Girls</w:t>
            </w:r>
          </w:p>
          <w:p w14:paraId="60656F2C" w14:textId="550B66F7" w:rsidR="009A1C3C" w:rsidRPr="008B314E" w:rsidRDefault="008F4BDC" w:rsidP="006D7A84">
            <w:pPr>
              <w:spacing w:line="278" w:lineRule="auto"/>
            </w:pPr>
            <w:sdt>
              <w:sdtPr>
                <w:rPr>
                  <w:sz w:val="22"/>
                  <w:szCs w:val="22"/>
                </w:rPr>
                <w:id w:val="648322651"/>
                <w14:checkbox>
                  <w14:checked w14:val="0"/>
                  <w14:checkedState w14:val="2612" w14:font="MS Gothic"/>
                  <w14:uncheckedState w14:val="2610" w14:font="MS Gothic"/>
                </w14:checkbox>
              </w:sdtPr>
              <w:sdtEndPr/>
              <w:sdtContent>
                <w:r w:rsidR="006D7A84" w:rsidRPr="008B314E">
                  <w:rPr>
                    <w:rFonts w:ascii="Segoe UI Symbol" w:eastAsia="MS Gothic" w:hAnsi="Segoe UI Symbol" w:cs="Segoe UI Symbol"/>
                    <w:sz w:val="22"/>
                    <w:szCs w:val="22"/>
                  </w:rPr>
                  <w:t>☐</w:t>
                </w:r>
              </w:sdtContent>
            </w:sdt>
            <w:r w:rsidR="006D7A84" w:rsidRPr="008B314E">
              <w:rPr>
                <w:sz w:val="22"/>
                <w:szCs w:val="22"/>
              </w:rPr>
              <w:t xml:space="preserve"> </w:t>
            </w:r>
            <w:r w:rsidR="008B314E" w:rsidRPr="008B314E">
              <w:rPr>
                <w:sz w:val="22"/>
                <w:szCs w:val="22"/>
              </w:rPr>
              <w:t>Menstrual Health and Dignity Needs of Vulnerable Groups</w:t>
            </w:r>
          </w:p>
        </w:tc>
      </w:tr>
      <w:tr w:rsidR="007F6AB4" w14:paraId="66949174" w14:textId="77777777" w:rsidTr="002410CB">
        <w:tc>
          <w:tcPr>
            <w:tcW w:w="4428" w:type="dxa"/>
          </w:tcPr>
          <w:p w14:paraId="689F345D" w14:textId="77777777" w:rsidR="007F6AB4" w:rsidRPr="00F244FB" w:rsidRDefault="007F6AB4" w:rsidP="003409B0">
            <w:pPr>
              <w:rPr>
                <w:b/>
                <w:bCs/>
                <w:color w:val="49382A" w:themeColor="accent1" w:themeShade="40"/>
                <w:sz w:val="22"/>
                <w:szCs w:val="22"/>
              </w:rPr>
            </w:pPr>
            <w:r w:rsidRPr="00F244FB">
              <w:rPr>
                <w:b/>
                <w:bCs/>
                <w:color w:val="49382A" w:themeColor="accent1" w:themeShade="40"/>
                <w:sz w:val="22"/>
                <w:szCs w:val="22"/>
              </w:rPr>
              <w:t>Project Title</w:t>
            </w:r>
          </w:p>
          <w:p w14:paraId="1E104DC8" w14:textId="09F7F43E" w:rsidR="007F6AB4" w:rsidRPr="008518BC" w:rsidRDefault="007F6AB4" w:rsidP="003409B0">
            <w:pPr>
              <w:rPr>
                <w:b/>
                <w:bCs/>
                <w:sz w:val="22"/>
                <w:szCs w:val="22"/>
              </w:rPr>
            </w:pPr>
          </w:p>
        </w:tc>
        <w:sdt>
          <w:sdtPr>
            <w:rPr>
              <w:sz w:val="22"/>
              <w:szCs w:val="22"/>
            </w:rPr>
            <w:id w:val="1330256714"/>
            <w:placeholder>
              <w:docPart w:val="DefaultPlaceholder_-1854013440"/>
            </w:placeholder>
            <w:showingPlcHdr/>
          </w:sdtPr>
          <w:sdtEndPr/>
          <w:sdtContent>
            <w:tc>
              <w:tcPr>
                <w:tcW w:w="4428" w:type="dxa"/>
              </w:tcPr>
              <w:p w14:paraId="7284AAAD" w14:textId="33A6D695" w:rsidR="007F6AB4" w:rsidRPr="008518BC" w:rsidRDefault="008D441C" w:rsidP="003409B0">
                <w:pPr>
                  <w:rPr>
                    <w:sz w:val="22"/>
                    <w:szCs w:val="22"/>
                  </w:rPr>
                </w:pPr>
                <w:r w:rsidRPr="00D11310">
                  <w:rPr>
                    <w:rStyle w:val="PlaceholderText"/>
                  </w:rPr>
                  <w:t>Click or tap here to enter text.</w:t>
                </w:r>
              </w:p>
            </w:tc>
          </w:sdtContent>
        </w:sdt>
      </w:tr>
      <w:tr w:rsidR="009A1C3C" w14:paraId="0B7A6A1A" w14:textId="77777777" w:rsidTr="002410CB">
        <w:tc>
          <w:tcPr>
            <w:tcW w:w="4428" w:type="dxa"/>
          </w:tcPr>
          <w:p w14:paraId="04C34947" w14:textId="77777777" w:rsidR="009A1C3C" w:rsidRPr="00F244FB" w:rsidRDefault="007F6AB4" w:rsidP="003409B0">
            <w:pPr>
              <w:rPr>
                <w:b/>
                <w:bCs/>
                <w:color w:val="49382A" w:themeColor="accent1" w:themeShade="40"/>
                <w:sz w:val="22"/>
                <w:szCs w:val="22"/>
              </w:rPr>
            </w:pPr>
            <w:r w:rsidRPr="00F244FB">
              <w:rPr>
                <w:b/>
                <w:bCs/>
                <w:color w:val="49382A" w:themeColor="accent1" w:themeShade="40"/>
                <w:sz w:val="22"/>
                <w:szCs w:val="22"/>
              </w:rPr>
              <w:t>Research Questions</w:t>
            </w:r>
          </w:p>
          <w:p w14:paraId="3782A55C" w14:textId="21637B60" w:rsidR="007F6AB4" w:rsidRPr="008518BC" w:rsidRDefault="007F6AB4" w:rsidP="003409B0">
            <w:pPr>
              <w:rPr>
                <w:i/>
                <w:iCs/>
                <w:sz w:val="22"/>
                <w:szCs w:val="22"/>
              </w:rPr>
            </w:pPr>
            <w:r w:rsidRPr="00F244FB">
              <w:rPr>
                <w:i/>
                <w:iCs/>
              </w:rPr>
              <w:t>Please use this space to articulate your research questions demonstrating how they relate to the question listed under your theme of choice. We expect each application to address most of the questions under each theme, if not all</w:t>
            </w:r>
          </w:p>
        </w:tc>
        <w:sdt>
          <w:sdtPr>
            <w:rPr>
              <w:sz w:val="22"/>
              <w:szCs w:val="22"/>
            </w:rPr>
            <w:id w:val="-2014602386"/>
            <w:placeholder>
              <w:docPart w:val="DefaultPlaceholder_-1854013440"/>
            </w:placeholder>
            <w:showingPlcHdr/>
          </w:sdtPr>
          <w:sdtEndPr/>
          <w:sdtContent>
            <w:tc>
              <w:tcPr>
                <w:tcW w:w="4428" w:type="dxa"/>
              </w:tcPr>
              <w:p w14:paraId="2A0E8E6B" w14:textId="14606108" w:rsidR="009A1C3C" w:rsidRPr="008518BC" w:rsidRDefault="00CF0BE1" w:rsidP="003409B0">
                <w:pPr>
                  <w:rPr>
                    <w:sz w:val="22"/>
                    <w:szCs w:val="22"/>
                  </w:rPr>
                </w:pPr>
                <w:r w:rsidRPr="00D11310">
                  <w:rPr>
                    <w:rStyle w:val="PlaceholderText"/>
                  </w:rPr>
                  <w:t>Click or tap here to enter text.</w:t>
                </w:r>
              </w:p>
            </w:tc>
          </w:sdtContent>
        </w:sdt>
      </w:tr>
      <w:tr w:rsidR="009A1C3C" w14:paraId="40C0AFC4" w14:textId="77777777" w:rsidTr="002410CB">
        <w:tc>
          <w:tcPr>
            <w:tcW w:w="4428" w:type="dxa"/>
          </w:tcPr>
          <w:p w14:paraId="24DE1139" w14:textId="77777777" w:rsidR="009A1C3C" w:rsidRPr="00F244FB" w:rsidRDefault="007F6AB4" w:rsidP="003409B0">
            <w:pPr>
              <w:rPr>
                <w:b/>
                <w:bCs/>
                <w:color w:val="49382A" w:themeColor="accent1" w:themeShade="40"/>
                <w:sz w:val="22"/>
                <w:szCs w:val="22"/>
              </w:rPr>
            </w:pPr>
            <w:r w:rsidRPr="00F244FB">
              <w:rPr>
                <w:b/>
                <w:bCs/>
                <w:color w:val="49382A" w:themeColor="accent1" w:themeShade="40"/>
                <w:sz w:val="22"/>
                <w:szCs w:val="22"/>
              </w:rPr>
              <w:t>Brief Summary of Proposal</w:t>
            </w:r>
          </w:p>
          <w:p w14:paraId="72452901" w14:textId="12D11543" w:rsidR="007F6AB4" w:rsidRPr="00F244FB" w:rsidRDefault="00751E8B" w:rsidP="003409B0">
            <w:pPr>
              <w:rPr>
                <w:i/>
                <w:iCs/>
                <w:sz w:val="22"/>
                <w:szCs w:val="22"/>
              </w:rPr>
            </w:pPr>
            <w:r w:rsidRPr="00F244FB">
              <w:rPr>
                <w:i/>
                <w:iCs/>
              </w:rPr>
              <w:t xml:space="preserve">Please provide a 200-word summary of your proposed research. Mention the key </w:t>
            </w:r>
            <w:r w:rsidR="008518BC" w:rsidRPr="00F244FB">
              <w:rPr>
                <w:i/>
                <w:iCs/>
              </w:rPr>
              <w:t>activities and</w:t>
            </w:r>
            <w:r w:rsidRPr="00F244FB">
              <w:rPr>
                <w:i/>
                <w:iCs/>
              </w:rPr>
              <w:t xml:space="preserve"> expected outcomes. This summary should give reviewers a quick understanding of your project and its relevance to the selected theme.</w:t>
            </w:r>
          </w:p>
        </w:tc>
        <w:sdt>
          <w:sdtPr>
            <w:rPr>
              <w:sz w:val="22"/>
              <w:szCs w:val="22"/>
            </w:rPr>
            <w:id w:val="2106147514"/>
            <w:placeholder>
              <w:docPart w:val="DefaultPlaceholder_-1854013440"/>
            </w:placeholder>
            <w:showingPlcHdr/>
          </w:sdtPr>
          <w:sdtEndPr/>
          <w:sdtContent>
            <w:tc>
              <w:tcPr>
                <w:tcW w:w="4428" w:type="dxa"/>
              </w:tcPr>
              <w:p w14:paraId="62430917" w14:textId="1092BA73" w:rsidR="009A1C3C" w:rsidRPr="008518BC" w:rsidRDefault="00CF0BE1" w:rsidP="003409B0">
                <w:pPr>
                  <w:rPr>
                    <w:sz w:val="22"/>
                    <w:szCs w:val="22"/>
                  </w:rPr>
                </w:pPr>
                <w:r w:rsidRPr="00D11310">
                  <w:rPr>
                    <w:rStyle w:val="PlaceholderText"/>
                  </w:rPr>
                  <w:t>Click or tap here to enter text.</w:t>
                </w:r>
              </w:p>
            </w:tc>
          </w:sdtContent>
        </w:sdt>
      </w:tr>
      <w:tr w:rsidR="009A1C3C" w14:paraId="5134F44E" w14:textId="77777777" w:rsidTr="002410CB">
        <w:tc>
          <w:tcPr>
            <w:tcW w:w="4428" w:type="dxa"/>
          </w:tcPr>
          <w:p w14:paraId="0B0D780B" w14:textId="77777777" w:rsidR="007F6AB4" w:rsidRPr="00F244FB" w:rsidRDefault="007F6AB4" w:rsidP="007F6AB4">
            <w:pPr>
              <w:rPr>
                <w:b/>
                <w:bCs/>
                <w:color w:val="49382A" w:themeColor="accent1" w:themeShade="40"/>
                <w:sz w:val="22"/>
                <w:szCs w:val="22"/>
              </w:rPr>
            </w:pPr>
            <w:r w:rsidRPr="00F244FB">
              <w:rPr>
                <w:b/>
                <w:bCs/>
                <w:color w:val="49382A" w:themeColor="accent1" w:themeShade="40"/>
                <w:sz w:val="22"/>
                <w:szCs w:val="22"/>
              </w:rPr>
              <w:t>Proposed Approach and Methodology</w:t>
            </w:r>
          </w:p>
          <w:p w14:paraId="3B23C812" w14:textId="68183DB6" w:rsidR="007F6AB4" w:rsidRPr="008518BC" w:rsidRDefault="007F6AB4" w:rsidP="007F6AB4">
            <w:pPr>
              <w:rPr>
                <w:sz w:val="22"/>
                <w:szCs w:val="22"/>
              </w:rPr>
            </w:pPr>
            <w:r w:rsidRPr="00F244FB">
              <w:rPr>
                <w:i/>
                <w:iCs/>
              </w:rPr>
              <w:t>Please briefly describe the approach or methodology you plan to use in this research. This could include qualitative or quantitative methods, participatory approaches, case studies, surveys, interviews, or other relevant methods. Explain why this approach is appropriate for your research questions and indicate the populations or communities you will work with</w:t>
            </w:r>
          </w:p>
        </w:tc>
        <w:sdt>
          <w:sdtPr>
            <w:rPr>
              <w:sz w:val="22"/>
              <w:szCs w:val="22"/>
            </w:rPr>
            <w:id w:val="-763766076"/>
            <w:placeholder>
              <w:docPart w:val="DefaultPlaceholder_-1854013440"/>
            </w:placeholder>
            <w:showingPlcHdr/>
          </w:sdtPr>
          <w:sdtEndPr/>
          <w:sdtContent>
            <w:tc>
              <w:tcPr>
                <w:tcW w:w="4428" w:type="dxa"/>
              </w:tcPr>
              <w:p w14:paraId="66BF3A85" w14:textId="05901344" w:rsidR="009A1C3C" w:rsidRPr="008518BC" w:rsidRDefault="00CF0BE1" w:rsidP="003409B0">
                <w:pPr>
                  <w:rPr>
                    <w:sz w:val="22"/>
                    <w:szCs w:val="22"/>
                  </w:rPr>
                </w:pPr>
                <w:r w:rsidRPr="00D11310">
                  <w:rPr>
                    <w:rStyle w:val="PlaceholderText"/>
                  </w:rPr>
                  <w:t>Click or tap here to enter text.</w:t>
                </w:r>
              </w:p>
            </w:tc>
          </w:sdtContent>
        </w:sdt>
      </w:tr>
      <w:tr w:rsidR="007F6AB4" w14:paraId="0EE2251C" w14:textId="77777777" w:rsidTr="002410CB">
        <w:tc>
          <w:tcPr>
            <w:tcW w:w="4428" w:type="dxa"/>
          </w:tcPr>
          <w:p w14:paraId="1438855A" w14:textId="77777777" w:rsidR="007F6AB4" w:rsidRPr="00F244FB" w:rsidRDefault="007F6AB4" w:rsidP="007F6AB4">
            <w:pPr>
              <w:rPr>
                <w:b/>
                <w:bCs/>
                <w:color w:val="49382A" w:themeColor="accent1" w:themeShade="40"/>
                <w:sz w:val="22"/>
                <w:szCs w:val="22"/>
              </w:rPr>
            </w:pPr>
            <w:r w:rsidRPr="00F244FB">
              <w:rPr>
                <w:b/>
                <w:bCs/>
                <w:color w:val="49382A" w:themeColor="accent1" w:themeShade="40"/>
                <w:sz w:val="22"/>
                <w:szCs w:val="22"/>
              </w:rPr>
              <w:t>Geographic Focus</w:t>
            </w:r>
          </w:p>
          <w:p w14:paraId="79EC4A3A" w14:textId="4F77A9A6" w:rsidR="007F6AB4" w:rsidRPr="00F244FB" w:rsidRDefault="00751E8B" w:rsidP="007F6AB4">
            <w:pPr>
              <w:rPr>
                <w:i/>
                <w:iCs/>
                <w:sz w:val="22"/>
                <w:szCs w:val="22"/>
              </w:rPr>
            </w:pPr>
            <w:r w:rsidRPr="00F244FB">
              <w:rPr>
                <w:i/>
                <w:iCs/>
              </w:rPr>
              <w:lastRenderedPageBreak/>
              <w:t>In 100 words, please explain the region/s of Ethiopia where your research will take place or focus on. Explain why this location is relevant for your research questions and how it aligns with your chosen theme</w:t>
            </w:r>
          </w:p>
        </w:tc>
        <w:sdt>
          <w:sdtPr>
            <w:rPr>
              <w:sz w:val="22"/>
              <w:szCs w:val="22"/>
            </w:rPr>
            <w:id w:val="-873309890"/>
            <w:placeholder>
              <w:docPart w:val="DefaultPlaceholder_-1854013440"/>
            </w:placeholder>
            <w:showingPlcHdr/>
          </w:sdtPr>
          <w:sdtEndPr/>
          <w:sdtContent>
            <w:tc>
              <w:tcPr>
                <w:tcW w:w="4428" w:type="dxa"/>
              </w:tcPr>
              <w:p w14:paraId="78E89D29" w14:textId="738CFD34" w:rsidR="007F6AB4" w:rsidRPr="008518BC" w:rsidRDefault="00CF0BE1" w:rsidP="003409B0">
                <w:pPr>
                  <w:rPr>
                    <w:sz w:val="22"/>
                    <w:szCs w:val="22"/>
                  </w:rPr>
                </w:pPr>
                <w:r w:rsidRPr="00D11310">
                  <w:rPr>
                    <w:rStyle w:val="PlaceholderText"/>
                  </w:rPr>
                  <w:t>Click or tap here to enter text.</w:t>
                </w:r>
              </w:p>
            </w:tc>
          </w:sdtContent>
        </w:sdt>
      </w:tr>
      <w:tr w:rsidR="00751E8B" w14:paraId="1A876FA8" w14:textId="77777777" w:rsidTr="002410CB">
        <w:tc>
          <w:tcPr>
            <w:tcW w:w="4428" w:type="dxa"/>
          </w:tcPr>
          <w:p w14:paraId="3F9AB628" w14:textId="0A1AADBA" w:rsidR="00751E8B" w:rsidRPr="00F244FB" w:rsidRDefault="00647444" w:rsidP="007F6AB4">
            <w:pPr>
              <w:rPr>
                <w:b/>
                <w:bCs/>
                <w:color w:val="49382A" w:themeColor="accent1" w:themeShade="40"/>
                <w:sz w:val="22"/>
                <w:szCs w:val="22"/>
              </w:rPr>
            </w:pPr>
            <w:r w:rsidRPr="00F244FB">
              <w:rPr>
                <w:b/>
                <w:bCs/>
                <w:color w:val="49382A" w:themeColor="accent1" w:themeShade="40"/>
                <w:sz w:val="22"/>
                <w:szCs w:val="22"/>
              </w:rPr>
              <w:t>Inclusion and Participation of Marginalized Communities</w:t>
            </w:r>
          </w:p>
          <w:p w14:paraId="57791F9D" w14:textId="4E72C507" w:rsidR="00751E8B" w:rsidRPr="008518BC" w:rsidRDefault="00751E8B" w:rsidP="007F6AB4">
            <w:pPr>
              <w:rPr>
                <w:i/>
                <w:iCs/>
                <w:sz w:val="22"/>
                <w:szCs w:val="22"/>
              </w:rPr>
            </w:pPr>
            <w:r w:rsidRPr="00F244FB">
              <w:rPr>
                <w:i/>
                <w:iCs/>
              </w:rPr>
              <w:t>Does your proposal elevate underrepresented voices, contexts, or communities. If yes, describe in 100 words which populations or groups your project will engage with and how your work seeks to amplify their perspectives and experiences</w:t>
            </w:r>
          </w:p>
        </w:tc>
        <w:sdt>
          <w:sdtPr>
            <w:rPr>
              <w:sz w:val="22"/>
              <w:szCs w:val="22"/>
            </w:rPr>
            <w:id w:val="1312981626"/>
            <w:placeholder>
              <w:docPart w:val="DefaultPlaceholder_-1854013440"/>
            </w:placeholder>
            <w:showingPlcHdr/>
          </w:sdtPr>
          <w:sdtEndPr/>
          <w:sdtContent>
            <w:tc>
              <w:tcPr>
                <w:tcW w:w="4428" w:type="dxa"/>
              </w:tcPr>
              <w:p w14:paraId="5CBEB089" w14:textId="68FCB1B2" w:rsidR="00751E8B" w:rsidRPr="008518BC" w:rsidRDefault="00CF0BE1" w:rsidP="003409B0">
                <w:pPr>
                  <w:rPr>
                    <w:sz w:val="22"/>
                    <w:szCs w:val="22"/>
                  </w:rPr>
                </w:pPr>
                <w:r w:rsidRPr="00D11310">
                  <w:rPr>
                    <w:rStyle w:val="PlaceholderText"/>
                  </w:rPr>
                  <w:t>Click or tap here to enter text.</w:t>
                </w:r>
              </w:p>
            </w:tc>
          </w:sdtContent>
        </w:sdt>
      </w:tr>
      <w:tr w:rsidR="008518BC" w14:paraId="4B60FF88" w14:textId="77777777" w:rsidTr="002410CB">
        <w:tc>
          <w:tcPr>
            <w:tcW w:w="4428" w:type="dxa"/>
          </w:tcPr>
          <w:p w14:paraId="08817BB2" w14:textId="77777777" w:rsidR="008518BC" w:rsidRPr="00F244FB" w:rsidRDefault="008518BC" w:rsidP="007F6AB4">
            <w:pPr>
              <w:rPr>
                <w:b/>
                <w:bCs/>
                <w:color w:val="49382A" w:themeColor="accent1" w:themeShade="40"/>
                <w:sz w:val="22"/>
                <w:szCs w:val="22"/>
              </w:rPr>
            </w:pPr>
            <w:r w:rsidRPr="00F244FB">
              <w:rPr>
                <w:b/>
                <w:bCs/>
                <w:color w:val="49382A" w:themeColor="accent1" w:themeShade="40"/>
                <w:sz w:val="22"/>
                <w:szCs w:val="22"/>
              </w:rPr>
              <w:t xml:space="preserve">Dissemination Plan </w:t>
            </w:r>
          </w:p>
          <w:p w14:paraId="5FB2D9C2" w14:textId="2F019C9B" w:rsidR="008518BC" w:rsidRPr="008518BC" w:rsidRDefault="008518BC" w:rsidP="007F6AB4">
            <w:pPr>
              <w:rPr>
                <w:sz w:val="22"/>
                <w:szCs w:val="22"/>
              </w:rPr>
            </w:pPr>
            <w:r w:rsidRPr="00F244FB">
              <w:rPr>
                <w:i/>
                <w:iCs/>
              </w:rPr>
              <w:t>Please describe how you plan to share the findings of your research, in 100 words. Include the intended audience/s and the formats or channels you will use</w:t>
            </w:r>
          </w:p>
        </w:tc>
        <w:sdt>
          <w:sdtPr>
            <w:rPr>
              <w:sz w:val="22"/>
              <w:szCs w:val="22"/>
            </w:rPr>
            <w:id w:val="-512678774"/>
            <w:placeholder>
              <w:docPart w:val="DefaultPlaceholder_-1854013440"/>
            </w:placeholder>
            <w:showingPlcHdr/>
          </w:sdtPr>
          <w:sdtEndPr/>
          <w:sdtContent>
            <w:tc>
              <w:tcPr>
                <w:tcW w:w="4428" w:type="dxa"/>
              </w:tcPr>
              <w:p w14:paraId="6B58DE9C" w14:textId="072B189B" w:rsidR="008518BC" w:rsidRPr="008518BC" w:rsidRDefault="00CF0BE1" w:rsidP="003409B0">
                <w:pPr>
                  <w:rPr>
                    <w:sz w:val="22"/>
                    <w:szCs w:val="22"/>
                  </w:rPr>
                </w:pPr>
                <w:r w:rsidRPr="00D11310">
                  <w:rPr>
                    <w:rStyle w:val="PlaceholderText"/>
                  </w:rPr>
                  <w:t>Click or tap here to enter text.</w:t>
                </w:r>
              </w:p>
            </w:tc>
          </w:sdtContent>
        </w:sdt>
      </w:tr>
    </w:tbl>
    <w:p w14:paraId="7B897317" w14:textId="77777777" w:rsidR="00751E8B" w:rsidRDefault="00751E8B" w:rsidP="003409B0"/>
    <w:tbl>
      <w:tblPr>
        <w:tblStyle w:val="TableGrid"/>
        <w:tblW w:w="0" w:type="auto"/>
        <w:tblLook w:val="04A0" w:firstRow="1" w:lastRow="0" w:firstColumn="1" w:lastColumn="0" w:noHBand="0" w:noVBand="1"/>
      </w:tblPr>
      <w:tblGrid>
        <w:gridCol w:w="4428"/>
        <w:gridCol w:w="4428"/>
      </w:tblGrid>
      <w:tr w:rsidR="00751E8B" w14:paraId="23F1BFF2" w14:textId="77777777" w:rsidTr="00F244FB">
        <w:tc>
          <w:tcPr>
            <w:tcW w:w="8856" w:type="dxa"/>
            <w:gridSpan w:val="2"/>
            <w:shd w:val="clear" w:color="auto" w:fill="DCCEC3" w:themeFill="accent1" w:themeFillShade="E6"/>
          </w:tcPr>
          <w:p w14:paraId="6CB62D38" w14:textId="4449A714" w:rsidR="00F244FB" w:rsidRPr="00F244FB" w:rsidRDefault="00F244FB" w:rsidP="00F244FB">
            <w:pPr>
              <w:rPr>
                <w:color w:val="49382A" w:themeColor="accent1" w:themeShade="40"/>
                <w:sz w:val="22"/>
                <w:szCs w:val="22"/>
              </w:rPr>
            </w:pPr>
            <w:r>
              <w:rPr>
                <w:color w:val="49382A" w:themeColor="accent1" w:themeShade="40"/>
                <w:sz w:val="22"/>
                <w:szCs w:val="22"/>
              </w:rPr>
              <w:t>BUDGET OVERVIEW</w:t>
            </w:r>
          </w:p>
        </w:tc>
      </w:tr>
      <w:tr w:rsidR="007A4D87" w14:paraId="616453B9" w14:textId="77777777" w:rsidTr="00751E8B">
        <w:tc>
          <w:tcPr>
            <w:tcW w:w="4428" w:type="dxa"/>
          </w:tcPr>
          <w:p w14:paraId="52792816" w14:textId="7459A398" w:rsidR="007A4D87" w:rsidRPr="00F244FB" w:rsidRDefault="007A4D87" w:rsidP="003409B0">
            <w:pPr>
              <w:rPr>
                <w:b/>
                <w:bCs/>
                <w:sz w:val="22"/>
                <w:szCs w:val="22"/>
              </w:rPr>
            </w:pPr>
            <w:r>
              <w:rPr>
                <w:b/>
                <w:bCs/>
                <w:sz w:val="22"/>
                <w:szCs w:val="22"/>
              </w:rPr>
              <w:t>Which grant are you applying for?</w:t>
            </w:r>
          </w:p>
        </w:tc>
        <w:tc>
          <w:tcPr>
            <w:tcW w:w="4428" w:type="dxa"/>
          </w:tcPr>
          <w:p w14:paraId="1DF83BE0" w14:textId="77777777" w:rsidR="007A4D87" w:rsidRDefault="008F4BDC" w:rsidP="003409B0">
            <w:pPr>
              <w:rPr>
                <w:sz w:val="22"/>
                <w:szCs w:val="22"/>
              </w:rPr>
            </w:pPr>
            <w:sdt>
              <w:sdtPr>
                <w:id w:val="185419258"/>
                <w14:checkbox>
                  <w14:checked w14:val="0"/>
                  <w14:checkedState w14:val="2612" w14:font="MS Gothic"/>
                  <w14:uncheckedState w14:val="2610" w14:font="MS Gothic"/>
                </w14:checkbox>
              </w:sdtPr>
              <w:sdtEndPr/>
              <w:sdtContent>
                <w:r w:rsidR="007A4D87">
                  <w:rPr>
                    <w:rFonts w:ascii="MS Gothic" w:eastAsia="MS Gothic" w:hAnsi="MS Gothic" w:hint="eastAsia"/>
                  </w:rPr>
                  <w:t>☐</w:t>
                </w:r>
              </w:sdtContent>
            </w:sdt>
            <w:r w:rsidR="007A4D87">
              <w:t xml:space="preserve"> CSO Grant: </w:t>
            </w:r>
            <w:r w:rsidR="007A4D87" w:rsidRPr="196FD633">
              <w:rPr>
                <w:sz w:val="22"/>
                <w:szCs w:val="22"/>
              </w:rPr>
              <w:t>€</w:t>
            </w:r>
            <w:r w:rsidR="007A4D87">
              <w:rPr>
                <w:sz w:val="22"/>
                <w:szCs w:val="22"/>
              </w:rPr>
              <w:t xml:space="preserve"> 30,000</w:t>
            </w:r>
          </w:p>
          <w:p w14:paraId="7FF37353" w14:textId="77777777" w:rsidR="007A4D87" w:rsidRDefault="008F4BDC" w:rsidP="003409B0">
            <w:pPr>
              <w:rPr>
                <w:sz w:val="22"/>
                <w:szCs w:val="22"/>
              </w:rPr>
            </w:pPr>
            <w:sdt>
              <w:sdtPr>
                <w:id w:val="-1266158230"/>
                <w14:checkbox>
                  <w14:checked w14:val="0"/>
                  <w14:checkedState w14:val="2612" w14:font="MS Gothic"/>
                  <w14:uncheckedState w14:val="2610" w14:font="MS Gothic"/>
                </w14:checkbox>
              </w:sdtPr>
              <w:sdtEndPr/>
              <w:sdtContent>
                <w:r w:rsidR="007A4D87">
                  <w:rPr>
                    <w:rFonts w:ascii="MS Gothic" w:eastAsia="MS Gothic" w:hAnsi="MS Gothic" w:hint="eastAsia"/>
                  </w:rPr>
                  <w:t>☐</w:t>
                </w:r>
              </w:sdtContent>
            </w:sdt>
            <w:r w:rsidR="007A4D87">
              <w:t xml:space="preserve"> Individual Grant: </w:t>
            </w:r>
            <w:r w:rsidR="007A4D87" w:rsidRPr="196FD633">
              <w:rPr>
                <w:sz w:val="22"/>
                <w:szCs w:val="22"/>
              </w:rPr>
              <w:t>€</w:t>
            </w:r>
            <w:r w:rsidR="007A4D87">
              <w:rPr>
                <w:sz w:val="22"/>
                <w:szCs w:val="22"/>
              </w:rPr>
              <w:t>20,000</w:t>
            </w:r>
          </w:p>
          <w:p w14:paraId="0D03AF2F" w14:textId="4AAD344B" w:rsidR="007A4D87" w:rsidRDefault="008F4BDC" w:rsidP="003409B0">
            <w:sdt>
              <w:sdtPr>
                <w:id w:val="1731422306"/>
                <w14:checkbox>
                  <w14:checked w14:val="0"/>
                  <w14:checkedState w14:val="2612" w14:font="MS Gothic"/>
                  <w14:uncheckedState w14:val="2610" w14:font="MS Gothic"/>
                </w14:checkbox>
              </w:sdtPr>
              <w:sdtEndPr/>
              <w:sdtContent>
                <w:r w:rsidR="007A4D87">
                  <w:rPr>
                    <w:rFonts w:ascii="MS Gothic" w:eastAsia="MS Gothic" w:hAnsi="MS Gothic" w:hint="eastAsia"/>
                  </w:rPr>
                  <w:t>☐</w:t>
                </w:r>
              </w:sdtContent>
            </w:sdt>
            <w:r w:rsidR="007A4D87">
              <w:t xml:space="preserve"> Youth Grant: </w:t>
            </w:r>
            <w:r w:rsidR="007A4D87" w:rsidRPr="196FD633">
              <w:rPr>
                <w:sz w:val="22"/>
                <w:szCs w:val="22"/>
              </w:rPr>
              <w:t>€</w:t>
            </w:r>
            <w:r w:rsidR="007A4D87">
              <w:rPr>
                <w:sz w:val="22"/>
                <w:szCs w:val="22"/>
              </w:rPr>
              <w:t>10,000</w:t>
            </w:r>
          </w:p>
        </w:tc>
      </w:tr>
      <w:tr w:rsidR="00751E8B" w14:paraId="082FBFB8" w14:textId="77777777" w:rsidTr="00751E8B">
        <w:tc>
          <w:tcPr>
            <w:tcW w:w="4428" w:type="dxa"/>
          </w:tcPr>
          <w:p w14:paraId="0C5D7179" w14:textId="7BFAB607" w:rsidR="00751E8B" w:rsidRDefault="00751E8B" w:rsidP="003409B0"/>
        </w:tc>
        <w:tc>
          <w:tcPr>
            <w:tcW w:w="4428" w:type="dxa"/>
          </w:tcPr>
          <w:p w14:paraId="77D6D82A" w14:textId="19CD33FC" w:rsidR="00751E8B" w:rsidRDefault="00751E8B" w:rsidP="003409B0"/>
        </w:tc>
      </w:tr>
    </w:tbl>
    <w:p w14:paraId="1AC803CE" w14:textId="22FC83E2" w:rsidR="003409B0" w:rsidRDefault="003409B0" w:rsidP="003409B0"/>
    <w:tbl>
      <w:tblPr>
        <w:tblStyle w:val="TableGrid"/>
        <w:tblW w:w="0" w:type="auto"/>
        <w:tblBorders>
          <w:insideH w:val="single" w:sz="4" w:space="0" w:color="auto"/>
        </w:tblBorders>
        <w:tblLook w:val="04A0" w:firstRow="1" w:lastRow="0" w:firstColumn="1" w:lastColumn="0" w:noHBand="0" w:noVBand="1"/>
      </w:tblPr>
      <w:tblGrid>
        <w:gridCol w:w="4428"/>
        <w:gridCol w:w="4428"/>
      </w:tblGrid>
      <w:tr w:rsidR="00F244FB" w14:paraId="3A6E3793" w14:textId="77777777" w:rsidTr="002410CB">
        <w:tc>
          <w:tcPr>
            <w:tcW w:w="8856" w:type="dxa"/>
            <w:gridSpan w:val="2"/>
            <w:shd w:val="clear" w:color="auto" w:fill="DCCEC3" w:themeFill="accent1" w:themeFillShade="E6"/>
          </w:tcPr>
          <w:p w14:paraId="1BF8FF7E" w14:textId="60988EDB" w:rsidR="00F244FB" w:rsidRPr="00F244FB" w:rsidRDefault="00F244FB">
            <w:pPr>
              <w:rPr>
                <w:color w:val="49382A" w:themeColor="accent1" w:themeShade="40"/>
                <w:sz w:val="22"/>
                <w:szCs w:val="22"/>
              </w:rPr>
            </w:pPr>
            <w:r>
              <w:rPr>
                <w:color w:val="49382A" w:themeColor="accent1" w:themeShade="40"/>
                <w:sz w:val="22"/>
                <w:szCs w:val="22"/>
              </w:rPr>
              <w:t>OTHER</w:t>
            </w:r>
          </w:p>
        </w:tc>
      </w:tr>
      <w:tr w:rsidR="00F244FB" w14:paraId="194A68B4" w14:textId="77777777" w:rsidTr="002410CB">
        <w:tc>
          <w:tcPr>
            <w:tcW w:w="4428" w:type="dxa"/>
          </w:tcPr>
          <w:p w14:paraId="6D2C3E1B" w14:textId="46BA8472" w:rsidR="00F244FB" w:rsidRPr="00F244FB" w:rsidRDefault="00F244FB">
            <w:pPr>
              <w:rPr>
                <w:b/>
                <w:bCs/>
                <w:sz w:val="22"/>
                <w:szCs w:val="22"/>
              </w:rPr>
            </w:pPr>
            <w:r w:rsidRPr="00F244FB">
              <w:rPr>
                <w:b/>
                <w:bCs/>
                <w:sz w:val="22"/>
                <w:szCs w:val="22"/>
              </w:rPr>
              <w:t>Did you or a member of your organization participate in the in-person learning workshop held in Addis Ababa on the 16</w:t>
            </w:r>
            <w:r w:rsidRPr="00F244FB">
              <w:rPr>
                <w:b/>
                <w:bCs/>
                <w:sz w:val="22"/>
                <w:szCs w:val="22"/>
                <w:vertAlign w:val="superscript"/>
              </w:rPr>
              <w:t>th</w:t>
            </w:r>
            <w:r w:rsidRPr="00F244FB">
              <w:rPr>
                <w:b/>
                <w:bCs/>
                <w:sz w:val="22"/>
                <w:szCs w:val="22"/>
              </w:rPr>
              <w:t xml:space="preserve"> of October 2025?</w:t>
            </w:r>
          </w:p>
        </w:tc>
        <w:tc>
          <w:tcPr>
            <w:tcW w:w="4428" w:type="dxa"/>
          </w:tcPr>
          <w:p w14:paraId="7CA0984F" w14:textId="4A50B767" w:rsidR="00F244FB" w:rsidRPr="00F244FB" w:rsidRDefault="008F4BDC">
            <w:pPr>
              <w:rPr>
                <w:sz w:val="22"/>
                <w:szCs w:val="22"/>
              </w:rPr>
            </w:pPr>
            <w:sdt>
              <w:sdtPr>
                <w:rPr>
                  <w:sz w:val="22"/>
                  <w:szCs w:val="22"/>
                </w:rPr>
                <w:id w:val="682711801"/>
                <w14:checkbox>
                  <w14:checked w14:val="0"/>
                  <w14:checkedState w14:val="2612" w14:font="MS Gothic"/>
                  <w14:uncheckedState w14:val="2610" w14:font="MS Gothic"/>
                </w14:checkbox>
              </w:sdtPr>
              <w:sdtEndPr/>
              <w:sdtContent>
                <w:r w:rsidR="00F244FB">
                  <w:rPr>
                    <w:rFonts w:ascii="MS Gothic" w:eastAsia="MS Gothic" w:hAnsi="MS Gothic" w:hint="eastAsia"/>
                    <w:sz w:val="22"/>
                    <w:szCs w:val="22"/>
                  </w:rPr>
                  <w:t>☐</w:t>
                </w:r>
              </w:sdtContent>
            </w:sdt>
            <w:r w:rsidR="00F244FB">
              <w:rPr>
                <w:sz w:val="22"/>
                <w:szCs w:val="22"/>
              </w:rPr>
              <w:t xml:space="preserve"> </w:t>
            </w:r>
            <w:r w:rsidR="00F244FB" w:rsidRPr="00F244FB">
              <w:rPr>
                <w:sz w:val="22"/>
                <w:szCs w:val="22"/>
              </w:rPr>
              <w:t>Yes</w:t>
            </w:r>
          </w:p>
          <w:p w14:paraId="55578306" w14:textId="463A6BF0" w:rsidR="00F244FB" w:rsidRDefault="008F4BDC">
            <w:sdt>
              <w:sdtPr>
                <w:rPr>
                  <w:sz w:val="22"/>
                  <w:szCs w:val="22"/>
                </w:rPr>
                <w:id w:val="1439488548"/>
                <w14:checkbox>
                  <w14:checked w14:val="0"/>
                  <w14:checkedState w14:val="2612" w14:font="MS Gothic"/>
                  <w14:uncheckedState w14:val="2610" w14:font="MS Gothic"/>
                </w14:checkbox>
              </w:sdtPr>
              <w:sdtEndPr/>
              <w:sdtContent>
                <w:r w:rsidR="00F244FB">
                  <w:rPr>
                    <w:rFonts w:ascii="MS Gothic" w:eastAsia="MS Gothic" w:hAnsi="MS Gothic" w:hint="eastAsia"/>
                    <w:sz w:val="22"/>
                    <w:szCs w:val="22"/>
                  </w:rPr>
                  <w:t>☐</w:t>
                </w:r>
              </w:sdtContent>
            </w:sdt>
            <w:r w:rsidR="00F244FB">
              <w:rPr>
                <w:sz w:val="22"/>
                <w:szCs w:val="22"/>
              </w:rPr>
              <w:t xml:space="preserve"> </w:t>
            </w:r>
            <w:r w:rsidR="00F244FB" w:rsidRPr="00F244FB">
              <w:rPr>
                <w:sz w:val="22"/>
                <w:szCs w:val="22"/>
              </w:rPr>
              <w:t>No</w:t>
            </w:r>
          </w:p>
        </w:tc>
      </w:tr>
      <w:tr w:rsidR="00EF17A6" w14:paraId="727CD5F0" w14:textId="77777777" w:rsidTr="002410CB">
        <w:tc>
          <w:tcPr>
            <w:tcW w:w="4428" w:type="dxa"/>
          </w:tcPr>
          <w:p w14:paraId="6C597899" w14:textId="1FD4A36C" w:rsidR="00EF17A6" w:rsidRPr="00F244FB" w:rsidRDefault="00EF17A6">
            <w:pPr>
              <w:rPr>
                <w:b/>
                <w:bCs/>
                <w:sz w:val="22"/>
                <w:szCs w:val="22"/>
              </w:rPr>
            </w:pPr>
            <w:r>
              <w:rPr>
                <w:b/>
                <w:bCs/>
                <w:sz w:val="22"/>
                <w:szCs w:val="22"/>
              </w:rPr>
              <w:t>How did you hear about this call for proposals?</w:t>
            </w:r>
          </w:p>
        </w:tc>
        <w:tc>
          <w:tcPr>
            <w:tcW w:w="4428" w:type="dxa"/>
          </w:tcPr>
          <w:p w14:paraId="164F86F0" w14:textId="39C008FF" w:rsidR="00EF17A6" w:rsidRPr="00EF17A6" w:rsidRDefault="008F4BDC" w:rsidP="00EF17A6">
            <w:pPr>
              <w:rPr>
                <w:sz w:val="22"/>
                <w:szCs w:val="22"/>
              </w:rPr>
            </w:pPr>
            <w:sdt>
              <w:sdtPr>
                <w:id w:val="-117379514"/>
                <w14:checkbox>
                  <w14:checked w14:val="0"/>
                  <w14:checkedState w14:val="2612" w14:font="MS Gothic"/>
                  <w14:uncheckedState w14:val="2610" w14:font="MS Gothic"/>
                </w14:checkbox>
              </w:sdtPr>
              <w:sdtEndPr/>
              <w:sdtContent>
                <w:r w:rsidR="001609D6">
                  <w:rPr>
                    <w:rFonts w:ascii="MS Gothic" w:eastAsia="MS Gothic" w:hAnsi="MS Gothic" w:hint="eastAsia"/>
                  </w:rPr>
                  <w:t>☐</w:t>
                </w:r>
              </w:sdtContent>
            </w:sdt>
            <w:r w:rsidR="00EF17A6">
              <w:t xml:space="preserve"> </w:t>
            </w:r>
            <w:r w:rsidR="00EF17A6" w:rsidRPr="00EF17A6">
              <w:rPr>
                <w:sz w:val="22"/>
                <w:szCs w:val="22"/>
              </w:rPr>
              <w:t xml:space="preserve">Partner Organization  </w:t>
            </w:r>
          </w:p>
          <w:p w14:paraId="03F873CB" w14:textId="77777777" w:rsidR="00EF17A6" w:rsidRPr="00EF17A6" w:rsidRDefault="008F4BDC" w:rsidP="00EF17A6">
            <w:pPr>
              <w:rPr>
                <w:sz w:val="22"/>
                <w:szCs w:val="22"/>
              </w:rPr>
            </w:pPr>
            <w:sdt>
              <w:sdtPr>
                <w:rPr>
                  <w:sz w:val="22"/>
                  <w:szCs w:val="22"/>
                </w:rPr>
                <w:id w:val="-1666769244"/>
                <w14:checkbox>
                  <w14:checked w14:val="0"/>
                  <w14:checkedState w14:val="2612" w14:font="MS Gothic"/>
                  <w14:uncheckedState w14:val="2610" w14:font="MS Gothic"/>
                </w14:checkbox>
              </w:sdtPr>
              <w:sdtEndPr/>
              <w:sdtContent>
                <w:r w:rsidR="00EF17A6" w:rsidRPr="00EF17A6">
                  <w:rPr>
                    <w:rFonts w:ascii="Segoe UI Symbol" w:eastAsia="MS Gothic" w:hAnsi="Segoe UI Symbol" w:cs="Segoe UI Symbol"/>
                    <w:sz w:val="22"/>
                    <w:szCs w:val="22"/>
                  </w:rPr>
                  <w:t>☐</w:t>
                </w:r>
              </w:sdtContent>
            </w:sdt>
            <w:r w:rsidR="00EF17A6" w:rsidRPr="00EF17A6">
              <w:rPr>
                <w:sz w:val="22"/>
                <w:szCs w:val="22"/>
              </w:rPr>
              <w:t xml:space="preserve"> Social Media  </w:t>
            </w:r>
          </w:p>
          <w:p w14:paraId="6D7ED49C" w14:textId="77777777" w:rsidR="00EF17A6" w:rsidRPr="00EF17A6" w:rsidRDefault="008F4BDC" w:rsidP="00EF17A6">
            <w:pPr>
              <w:rPr>
                <w:sz w:val="22"/>
                <w:szCs w:val="22"/>
              </w:rPr>
            </w:pPr>
            <w:sdt>
              <w:sdtPr>
                <w:rPr>
                  <w:sz w:val="22"/>
                  <w:szCs w:val="22"/>
                </w:rPr>
                <w:id w:val="1556512205"/>
                <w14:checkbox>
                  <w14:checked w14:val="0"/>
                  <w14:checkedState w14:val="2612" w14:font="MS Gothic"/>
                  <w14:uncheckedState w14:val="2610" w14:font="MS Gothic"/>
                </w14:checkbox>
              </w:sdtPr>
              <w:sdtEndPr/>
              <w:sdtContent>
                <w:r w:rsidR="00EF17A6" w:rsidRPr="00EF17A6">
                  <w:rPr>
                    <w:rFonts w:ascii="Segoe UI Symbol" w:eastAsia="MS Gothic" w:hAnsi="Segoe UI Symbol" w:cs="Segoe UI Symbol"/>
                    <w:sz w:val="22"/>
                    <w:szCs w:val="22"/>
                  </w:rPr>
                  <w:t>☐</w:t>
                </w:r>
              </w:sdtContent>
            </w:sdt>
            <w:r w:rsidR="00EF17A6" w:rsidRPr="00EF17A6">
              <w:rPr>
                <w:sz w:val="22"/>
                <w:szCs w:val="22"/>
              </w:rPr>
              <w:t xml:space="preserve"> Colleague  </w:t>
            </w:r>
          </w:p>
          <w:p w14:paraId="35AF68C5" w14:textId="77777777" w:rsidR="00EF17A6" w:rsidRPr="00EF17A6" w:rsidRDefault="008F4BDC" w:rsidP="00EF17A6">
            <w:pPr>
              <w:rPr>
                <w:sz w:val="22"/>
                <w:szCs w:val="22"/>
              </w:rPr>
            </w:pPr>
            <w:sdt>
              <w:sdtPr>
                <w:rPr>
                  <w:sz w:val="22"/>
                  <w:szCs w:val="22"/>
                </w:rPr>
                <w:id w:val="-1326202865"/>
                <w14:checkbox>
                  <w14:checked w14:val="0"/>
                  <w14:checkedState w14:val="2612" w14:font="MS Gothic"/>
                  <w14:uncheckedState w14:val="2610" w14:font="MS Gothic"/>
                </w14:checkbox>
              </w:sdtPr>
              <w:sdtEndPr/>
              <w:sdtContent>
                <w:r w:rsidR="00EF17A6" w:rsidRPr="00EF17A6">
                  <w:rPr>
                    <w:rFonts w:ascii="Segoe UI Symbol" w:eastAsia="MS Gothic" w:hAnsi="Segoe UI Symbol" w:cs="Segoe UI Symbol"/>
                    <w:sz w:val="22"/>
                    <w:szCs w:val="22"/>
                  </w:rPr>
                  <w:t>☐</w:t>
                </w:r>
              </w:sdtContent>
            </w:sdt>
            <w:r w:rsidR="00EF17A6" w:rsidRPr="00EF17A6">
              <w:rPr>
                <w:sz w:val="22"/>
                <w:szCs w:val="22"/>
              </w:rPr>
              <w:t xml:space="preserve"> Other, please specify</w:t>
            </w:r>
          </w:p>
          <w:sdt>
            <w:sdtPr>
              <w:rPr>
                <w:sz w:val="22"/>
                <w:szCs w:val="22"/>
              </w:rPr>
              <w:id w:val="-1177728050"/>
              <w:placeholder>
                <w:docPart w:val="DefaultPlaceholder_-1854013440"/>
              </w:placeholder>
              <w:showingPlcHdr/>
              <w:text/>
            </w:sdtPr>
            <w:sdtEndPr/>
            <w:sdtContent>
              <w:p w14:paraId="3F747A19" w14:textId="3A715BDE" w:rsidR="00EF17A6" w:rsidRDefault="00EB15A1">
                <w:pPr>
                  <w:rPr>
                    <w:sz w:val="22"/>
                    <w:szCs w:val="22"/>
                  </w:rPr>
                </w:pPr>
                <w:r w:rsidRPr="00D11310">
                  <w:rPr>
                    <w:rStyle w:val="PlaceholderText"/>
                  </w:rPr>
                  <w:t>Click or tap here to enter text.</w:t>
                </w:r>
              </w:p>
            </w:sdtContent>
          </w:sdt>
        </w:tc>
      </w:tr>
    </w:tbl>
    <w:p w14:paraId="57EB252B" w14:textId="77777777" w:rsidR="008518BC" w:rsidRDefault="008518BC" w:rsidP="003409B0">
      <w:pPr>
        <w:sectPr w:rsidR="008518BC" w:rsidSect="00034616">
          <w:headerReference w:type="default" r:id="rId23"/>
          <w:pgSz w:w="12240" w:h="15840"/>
          <w:pgMar w:top="1440" w:right="1800" w:bottom="1440" w:left="1800" w:header="720" w:footer="720" w:gutter="0"/>
          <w:cols w:space="720"/>
          <w:docGrid w:linePitch="360"/>
        </w:sectPr>
      </w:pPr>
    </w:p>
    <w:p w14:paraId="72FDBF14" w14:textId="77777777" w:rsidR="008518BC" w:rsidRDefault="008518BC" w:rsidP="003409B0">
      <w:pPr>
        <w:sectPr w:rsidR="008518BC" w:rsidSect="008518BC">
          <w:headerReference w:type="default" r:id="rId24"/>
          <w:type w:val="continuous"/>
          <w:pgSz w:w="12240" w:h="15840"/>
          <w:pgMar w:top="1440" w:right="1800" w:bottom="1440" w:left="1800" w:header="720" w:footer="720" w:gutter="0"/>
          <w:cols w:num="2" w:space="720"/>
          <w:docGrid w:linePitch="360"/>
        </w:sectPr>
      </w:pPr>
    </w:p>
    <w:p w14:paraId="672E8512" w14:textId="77777777" w:rsidR="00D87C0B" w:rsidRDefault="00D87C0B" w:rsidP="003409B0">
      <w:pPr>
        <w:sectPr w:rsidR="00D87C0B" w:rsidSect="008518BC">
          <w:headerReference w:type="default" r:id="rId25"/>
          <w:type w:val="continuous"/>
          <w:pgSz w:w="12240" w:h="15840"/>
          <w:pgMar w:top="1440" w:right="1800" w:bottom="1440" w:left="1800" w:header="720" w:footer="720" w:gutter="0"/>
          <w:cols w:space="720"/>
          <w:docGrid w:linePitch="360"/>
        </w:sectPr>
      </w:pPr>
    </w:p>
    <w:p w14:paraId="1921A98A" w14:textId="65E23184" w:rsidR="008518BC" w:rsidRDefault="00D87C0B" w:rsidP="00D11A40">
      <w:pPr>
        <w:pStyle w:val="Heading1"/>
        <w:jc w:val="center"/>
        <w:rPr>
          <w:color w:val="49382A" w:themeColor="accent1" w:themeShade="40"/>
        </w:rPr>
      </w:pPr>
      <w:r w:rsidRPr="00D11A40">
        <w:rPr>
          <w:color w:val="49382A" w:themeColor="accent1" w:themeShade="40"/>
        </w:rPr>
        <w:lastRenderedPageBreak/>
        <w:t xml:space="preserve">Section B | </w:t>
      </w:r>
      <w:r w:rsidR="00D11A40" w:rsidRPr="00D11A40">
        <w:rPr>
          <w:color w:val="49382A" w:themeColor="accent1" w:themeShade="40"/>
        </w:rPr>
        <w:t xml:space="preserve">Narrative Proposal </w:t>
      </w:r>
    </w:p>
    <w:tbl>
      <w:tblPr>
        <w:tblStyle w:val="TableGrid"/>
        <w:tblW w:w="0" w:type="auto"/>
        <w:tblBorders>
          <w:insideH w:val="single" w:sz="4" w:space="0" w:color="auto"/>
        </w:tblBorders>
        <w:tblLook w:val="04A0" w:firstRow="1" w:lastRow="0" w:firstColumn="1" w:lastColumn="0" w:noHBand="0" w:noVBand="1"/>
      </w:tblPr>
      <w:tblGrid>
        <w:gridCol w:w="8856"/>
      </w:tblGrid>
      <w:tr w:rsidR="001C1B18" w14:paraId="4A7CB73C" w14:textId="77777777" w:rsidTr="002410CB">
        <w:tc>
          <w:tcPr>
            <w:tcW w:w="8856" w:type="dxa"/>
          </w:tcPr>
          <w:p w14:paraId="54344391" w14:textId="77777777" w:rsidR="00AB37F4" w:rsidRPr="00AB37F4" w:rsidRDefault="00AB37F4" w:rsidP="00AB37F4">
            <w:pPr>
              <w:numPr>
                <w:ilvl w:val="0"/>
                <w:numId w:val="19"/>
              </w:numPr>
            </w:pPr>
            <w:r w:rsidRPr="00AB37F4">
              <w:rPr>
                <w:b/>
                <w:bCs/>
                <w:color w:val="49382A" w:themeColor="accent1" w:themeShade="40"/>
                <w:sz w:val="22"/>
                <w:szCs w:val="22"/>
              </w:rPr>
              <w:t xml:space="preserve"> Research Focus and Objectives</w:t>
            </w:r>
          </w:p>
          <w:p w14:paraId="1E3A3298" w14:textId="6AF162A3" w:rsidR="001C1B18" w:rsidRDefault="00AB37F4" w:rsidP="009C1A9A">
            <w:pPr>
              <w:rPr>
                <w:i/>
                <w:iCs/>
              </w:rPr>
            </w:pPr>
            <w:r w:rsidRPr="00AB37F4">
              <w:rPr>
                <w:i/>
                <w:iCs/>
              </w:rPr>
              <w:t xml:space="preserve">Please indicate the </w:t>
            </w:r>
            <w:r w:rsidRPr="009C1A9A">
              <w:rPr>
                <w:i/>
                <w:iCs/>
              </w:rPr>
              <w:t>research focus area you have selected and specify which sub-question(s) under that theme your proposal will address. Explain why you chose this theme</w:t>
            </w:r>
            <w:r w:rsidR="00EB15A1">
              <w:rPr>
                <w:i/>
                <w:iCs/>
              </w:rPr>
              <w:t>.</w:t>
            </w:r>
            <w:r w:rsidRPr="009C1A9A">
              <w:rPr>
                <w:i/>
                <w:iCs/>
              </w:rPr>
              <w:t xml:space="preserve"> </w:t>
            </w:r>
            <w:r w:rsidR="00A94701">
              <w:rPr>
                <w:i/>
                <w:iCs/>
              </w:rPr>
              <w:t>(300 words)</w:t>
            </w:r>
          </w:p>
          <w:sdt>
            <w:sdtPr>
              <w:id w:val="2005318275"/>
              <w:placeholder>
                <w:docPart w:val="DefaultPlaceholder_-1854013440"/>
              </w:placeholder>
              <w:showingPlcHdr/>
            </w:sdtPr>
            <w:sdtEndPr/>
            <w:sdtContent>
              <w:p w14:paraId="3FDC8DD4" w14:textId="4B801CFF" w:rsidR="00A94701" w:rsidRPr="00AF2D98" w:rsidRDefault="00EB15A1" w:rsidP="009C1A9A">
                <w:r w:rsidRPr="00D11310">
                  <w:rPr>
                    <w:rStyle w:val="PlaceholderText"/>
                  </w:rPr>
                  <w:t>Click or tap here to enter text.</w:t>
                </w:r>
              </w:p>
            </w:sdtContent>
          </w:sdt>
          <w:p w14:paraId="45AA77C4" w14:textId="77777777" w:rsidR="00A94701" w:rsidRPr="00AF2D98" w:rsidRDefault="00A94701" w:rsidP="009C1A9A"/>
          <w:p w14:paraId="115A3505" w14:textId="77777777" w:rsidR="00A94701" w:rsidRPr="00AF2D98" w:rsidRDefault="00A94701" w:rsidP="009C1A9A"/>
          <w:p w14:paraId="34BEE07F" w14:textId="77777777" w:rsidR="00A94701" w:rsidRDefault="00A94701" w:rsidP="009C1A9A"/>
          <w:p w14:paraId="237407A3" w14:textId="77777777" w:rsidR="00AF2D98" w:rsidRDefault="00AF2D98" w:rsidP="009C1A9A"/>
          <w:p w14:paraId="3E2C7476" w14:textId="2CD7D3BC" w:rsidR="00AF2D98" w:rsidRDefault="00AF2D98" w:rsidP="009C1A9A"/>
        </w:tc>
      </w:tr>
      <w:tr w:rsidR="001C1B18" w14:paraId="46E875B1" w14:textId="77777777" w:rsidTr="002410CB">
        <w:tc>
          <w:tcPr>
            <w:tcW w:w="8856" w:type="dxa"/>
          </w:tcPr>
          <w:p w14:paraId="1566C3B8" w14:textId="77777777" w:rsidR="001C1B18" w:rsidRPr="00DD4366" w:rsidRDefault="00DD4366" w:rsidP="00A94701">
            <w:pPr>
              <w:numPr>
                <w:ilvl w:val="0"/>
                <w:numId w:val="19"/>
              </w:numPr>
              <w:rPr>
                <w:b/>
                <w:bCs/>
              </w:rPr>
            </w:pPr>
            <w:r w:rsidRPr="00DD4366">
              <w:rPr>
                <w:b/>
                <w:bCs/>
                <w:sz w:val="22"/>
                <w:szCs w:val="22"/>
              </w:rPr>
              <w:t>Research Questions</w:t>
            </w:r>
          </w:p>
          <w:p w14:paraId="0392B3A1" w14:textId="4AF35FFF" w:rsidR="00DD4366" w:rsidRDefault="00CE70FE" w:rsidP="00DD4366">
            <w:pPr>
              <w:rPr>
                <w:i/>
                <w:iCs/>
              </w:rPr>
            </w:pPr>
            <w:r w:rsidRPr="00CE70FE">
              <w:rPr>
                <w:i/>
                <w:iCs/>
              </w:rPr>
              <w:t>Describe the central research question(s) guiding your proposal. Explain how these questions contribute to advancing learning or generating new evidence on menstrual health.</w:t>
            </w:r>
            <w:r>
              <w:rPr>
                <w:i/>
                <w:iCs/>
              </w:rPr>
              <w:t xml:space="preserve"> (300 words)</w:t>
            </w:r>
          </w:p>
          <w:sdt>
            <w:sdtPr>
              <w:id w:val="2015495755"/>
              <w:placeholder>
                <w:docPart w:val="DefaultPlaceholder_-1854013440"/>
              </w:placeholder>
              <w:showingPlcHdr/>
            </w:sdtPr>
            <w:sdtEndPr/>
            <w:sdtContent>
              <w:p w14:paraId="50A9686B" w14:textId="5FDD82B1" w:rsidR="00AF2D98" w:rsidRDefault="00EB15A1" w:rsidP="00DD4366">
                <w:r w:rsidRPr="00D11310">
                  <w:rPr>
                    <w:rStyle w:val="PlaceholderText"/>
                  </w:rPr>
                  <w:t>Click or tap here to enter text.</w:t>
                </w:r>
              </w:p>
            </w:sdtContent>
          </w:sdt>
          <w:p w14:paraId="3E7288FA" w14:textId="77777777" w:rsidR="00AF2D98" w:rsidRDefault="00AF2D98" w:rsidP="00DD4366"/>
          <w:p w14:paraId="02C47B85" w14:textId="77777777" w:rsidR="00AF2D98" w:rsidRDefault="00AF2D98" w:rsidP="00DD4366"/>
          <w:p w14:paraId="4C44A156" w14:textId="77777777" w:rsidR="00AF2D98" w:rsidRDefault="00AF2D98" w:rsidP="00DD4366"/>
          <w:p w14:paraId="71F7A0A2" w14:textId="77777777" w:rsidR="00AF2D98" w:rsidRDefault="00AF2D98" w:rsidP="00DD4366"/>
          <w:p w14:paraId="2D8E4B38" w14:textId="5448E56C" w:rsidR="00AF2D98" w:rsidRPr="00AF2D98" w:rsidRDefault="00AF2D98" w:rsidP="00DD4366"/>
        </w:tc>
      </w:tr>
      <w:tr w:rsidR="001C1B18" w14:paraId="645A2CB5" w14:textId="77777777" w:rsidTr="002410CB">
        <w:tc>
          <w:tcPr>
            <w:tcW w:w="8856" w:type="dxa"/>
          </w:tcPr>
          <w:p w14:paraId="2A69A2A6" w14:textId="0E454E56" w:rsidR="007620CD" w:rsidRPr="007620CD" w:rsidRDefault="002B65C5" w:rsidP="007620CD">
            <w:pPr>
              <w:numPr>
                <w:ilvl w:val="0"/>
                <w:numId w:val="19"/>
              </w:numPr>
            </w:pPr>
            <w:r>
              <w:rPr>
                <w:b/>
                <w:bCs/>
                <w:sz w:val="22"/>
                <w:szCs w:val="22"/>
              </w:rPr>
              <w:t xml:space="preserve">Research </w:t>
            </w:r>
            <w:r w:rsidR="000E05C0" w:rsidRPr="007620CD">
              <w:rPr>
                <w:b/>
                <w:bCs/>
                <w:sz w:val="22"/>
                <w:szCs w:val="22"/>
              </w:rPr>
              <w:t>Approach</w:t>
            </w:r>
          </w:p>
          <w:p w14:paraId="185973F9" w14:textId="28492A9B" w:rsidR="00142353" w:rsidRDefault="000E05C0" w:rsidP="007620CD">
            <w:pPr>
              <w:rPr>
                <w:i/>
                <w:iCs/>
              </w:rPr>
            </w:pPr>
            <w:r w:rsidRPr="007620CD">
              <w:rPr>
                <w:i/>
                <w:iCs/>
              </w:rPr>
              <w:t xml:space="preserve">Describe the overall approach and methods you plan to use. </w:t>
            </w:r>
            <w:r w:rsidR="00142353">
              <w:rPr>
                <w:i/>
                <w:iCs/>
              </w:rPr>
              <w:t>D</w:t>
            </w:r>
            <w:r w:rsidR="00142353" w:rsidRPr="007620CD">
              <w:rPr>
                <w:i/>
                <w:iCs/>
              </w:rPr>
              <w:t>escribe the lens or perspective informing your approach (for example, a feminist, intersectional, sociological, economic, or public health framework</w:t>
            </w:r>
            <w:r w:rsidR="00142353">
              <w:rPr>
                <w:i/>
                <w:iCs/>
              </w:rPr>
              <w:t xml:space="preserve"> – and how this </w:t>
            </w:r>
            <w:r w:rsidR="002B65C5">
              <w:rPr>
                <w:i/>
                <w:iCs/>
              </w:rPr>
              <w:t>is best suited to advance the conversation on menstrual health.</w:t>
            </w:r>
            <w:r w:rsidR="00280054">
              <w:rPr>
                <w:i/>
                <w:iCs/>
              </w:rPr>
              <w:t xml:space="preserve"> (</w:t>
            </w:r>
            <w:r w:rsidR="005D787A">
              <w:rPr>
                <w:i/>
                <w:iCs/>
              </w:rPr>
              <w:t>4</w:t>
            </w:r>
            <w:r w:rsidR="00280054">
              <w:rPr>
                <w:i/>
                <w:iCs/>
              </w:rPr>
              <w:t>00 words)</w:t>
            </w:r>
          </w:p>
          <w:sdt>
            <w:sdtPr>
              <w:id w:val="-1315719961"/>
              <w:placeholder>
                <w:docPart w:val="DefaultPlaceholder_-1854013440"/>
              </w:placeholder>
              <w:showingPlcHdr/>
            </w:sdtPr>
            <w:sdtEndPr/>
            <w:sdtContent>
              <w:p w14:paraId="5F1CA4B5" w14:textId="3AA2E228" w:rsidR="007620CD" w:rsidRDefault="00EB15A1" w:rsidP="007620CD">
                <w:r w:rsidRPr="00D11310">
                  <w:rPr>
                    <w:rStyle w:val="PlaceholderText"/>
                  </w:rPr>
                  <w:t>Click or tap here to enter text.</w:t>
                </w:r>
              </w:p>
            </w:sdtContent>
          </w:sdt>
          <w:p w14:paraId="17FBBD34" w14:textId="77777777" w:rsidR="00BF5A2B" w:rsidRDefault="00BF5A2B" w:rsidP="007620CD"/>
          <w:p w14:paraId="2D4BE003" w14:textId="77777777" w:rsidR="00BF5A2B" w:rsidRDefault="00BF5A2B" w:rsidP="007620CD"/>
          <w:p w14:paraId="1CEF7BC2" w14:textId="77777777" w:rsidR="00BF5A2B" w:rsidRDefault="00BF5A2B" w:rsidP="007620CD"/>
          <w:p w14:paraId="776CC691" w14:textId="77777777" w:rsidR="00BF5A2B" w:rsidRDefault="00BF5A2B" w:rsidP="007620CD"/>
          <w:p w14:paraId="5EF7D2AD" w14:textId="6DECBEA2" w:rsidR="00BF5A2B" w:rsidRPr="007620CD" w:rsidRDefault="00BF5A2B" w:rsidP="007620CD"/>
        </w:tc>
      </w:tr>
      <w:tr w:rsidR="002B65C5" w14:paraId="11270CEF" w14:textId="77777777" w:rsidTr="002410CB">
        <w:tc>
          <w:tcPr>
            <w:tcW w:w="8856" w:type="dxa"/>
          </w:tcPr>
          <w:p w14:paraId="5BC7C799" w14:textId="77777777" w:rsidR="002B65C5" w:rsidRDefault="00280054" w:rsidP="007620CD">
            <w:pPr>
              <w:numPr>
                <w:ilvl w:val="0"/>
                <w:numId w:val="19"/>
              </w:numPr>
              <w:rPr>
                <w:b/>
                <w:bCs/>
                <w:sz w:val="22"/>
                <w:szCs w:val="22"/>
              </w:rPr>
            </w:pPr>
            <w:r>
              <w:rPr>
                <w:b/>
                <w:bCs/>
                <w:sz w:val="22"/>
                <w:szCs w:val="22"/>
              </w:rPr>
              <w:t>Research Methodology</w:t>
            </w:r>
          </w:p>
          <w:p w14:paraId="16D26E05" w14:textId="13721B09" w:rsidR="00280054" w:rsidRDefault="00280054" w:rsidP="00280054">
            <w:pPr>
              <w:rPr>
                <w:i/>
                <w:iCs/>
              </w:rPr>
            </w:pPr>
            <w:r w:rsidRPr="007620CD">
              <w:rPr>
                <w:i/>
                <w:iCs/>
              </w:rPr>
              <w:t>Specify whether your research will involve primary data collection</w:t>
            </w:r>
            <w:r>
              <w:rPr>
                <w:i/>
                <w:iCs/>
              </w:rPr>
              <w:t xml:space="preserve"> or </w:t>
            </w:r>
            <w:r w:rsidRPr="007620CD">
              <w:rPr>
                <w:i/>
                <w:iCs/>
              </w:rPr>
              <w:t>secondary analysis. Please also clarify the form in which findings will be organized and presented (e.g., report, synthesis brief, case study series, etc.</w:t>
            </w:r>
            <w:r w:rsidR="005D787A">
              <w:rPr>
                <w:i/>
                <w:iCs/>
              </w:rPr>
              <w:t xml:space="preserve"> </w:t>
            </w:r>
            <w:r w:rsidRPr="007620CD">
              <w:rPr>
                <w:i/>
                <w:iCs/>
              </w:rPr>
              <w:t>Finally, highlight the populations your research will engage</w:t>
            </w:r>
            <w:r w:rsidR="005D787A">
              <w:rPr>
                <w:i/>
                <w:iCs/>
              </w:rPr>
              <w:t xml:space="preserve"> and i</w:t>
            </w:r>
            <w:r w:rsidR="005D787A" w:rsidRPr="007620CD">
              <w:rPr>
                <w:i/>
                <w:iCs/>
              </w:rPr>
              <w:t>ndicate how you will identify and reach participants or respondents</w:t>
            </w:r>
            <w:r w:rsidR="005D787A">
              <w:rPr>
                <w:i/>
                <w:iCs/>
              </w:rPr>
              <w:t>. (400 words)</w:t>
            </w:r>
          </w:p>
          <w:sdt>
            <w:sdtPr>
              <w:rPr>
                <w:b/>
                <w:bCs/>
                <w:sz w:val="22"/>
                <w:szCs w:val="22"/>
              </w:rPr>
              <w:id w:val="1374887634"/>
              <w:placeholder>
                <w:docPart w:val="DefaultPlaceholder_-1854013440"/>
              </w:placeholder>
              <w:showingPlcHdr/>
            </w:sdtPr>
            <w:sdtEndPr/>
            <w:sdtContent>
              <w:p w14:paraId="1E5D3D49" w14:textId="51AD7DE2" w:rsidR="00280054" w:rsidRDefault="00EB15A1" w:rsidP="00280054">
                <w:pPr>
                  <w:rPr>
                    <w:b/>
                    <w:bCs/>
                    <w:sz w:val="22"/>
                    <w:szCs w:val="22"/>
                  </w:rPr>
                </w:pPr>
                <w:r w:rsidRPr="00D11310">
                  <w:rPr>
                    <w:rStyle w:val="PlaceholderText"/>
                  </w:rPr>
                  <w:t>Click or tap here to enter text.</w:t>
                </w:r>
              </w:p>
            </w:sdtContent>
          </w:sdt>
          <w:p w14:paraId="282A426D" w14:textId="77777777" w:rsidR="005D787A" w:rsidRDefault="005D787A" w:rsidP="00280054">
            <w:pPr>
              <w:rPr>
                <w:b/>
                <w:bCs/>
                <w:sz w:val="22"/>
                <w:szCs w:val="22"/>
              </w:rPr>
            </w:pPr>
          </w:p>
          <w:p w14:paraId="42B389B5" w14:textId="77777777" w:rsidR="005D787A" w:rsidRDefault="005D787A" w:rsidP="00280054">
            <w:pPr>
              <w:rPr>
                <w:b/>
                <w:bCs/>
                <w:sz w:val="22"/>
                <w:szCs w:val="22"/>
              </w:rPr>
            </w:pPr>
          </w:p>
          <w:p w14:paraId="07593A50" w14:textId="77777777" w:rsidR="005D787A" w:rsidRDefault="005D787A" w:rsidP="00280054">
            <w:pPr>
              <w:rPr>
                <w:b/>
                <w:bCs/>
                <w:sz w:val="22"/>
                <w:szCs w:val="22"/>
              </w:rPr>
            </w:pPr>
          </w:p>
          <w:p w14:paraId="06C10954" w14:textId="77777777" w:rsidR="005D787A" w:rsidRDefault="005D787A" w:rsidP="00280054">
            <w:pPr>
              <w:rPr>
                <w:b/>
                <w:bCs/>
                <w:sz w:val="22"/>
                <w:szCs w:val="22"/>
              </w:rPr>
            </w:pPr>
          </w:p>
          <w:p w14:paraId="53056601" w14:textId="4C298689" w:rsidR="005D787A" w:rsidRDefault="005D787A" w:rsidP="00280054">
            <w:pPr>
              <w:rPr>
                <w:b/>
                <w:bCs/>
                <w:sz w:val="22"/>
                <w:szCs w:val="22"/>
              </w:rPr>
            </w:pPr>
          </w:p>
        </w:tc>
      </w:tr>
      <w:tr w:rsidR="001C1B18" w14:paraId="1D0C4A2C" w14:textId="77777777" w:rsidTr="002410CB">
        <w:tc>
          <w:tcPr>
            <w:tcW w:w="8856" w:type="dxa"/>
          </w:tcPr>
          <w:p w14:paraId="0FBD6DA9" w14:textId="77777777" w:rsidR="005D787A" w:rsidRPr="005D787A" w:rsidRDefault="00E66C53" w:rsidP="005D787A">
            <w:pPr>
              <w:numPr>
                <w:ilvl w:val="0"/>
                <w:numId w:val="19"/>
              </w:numPr>
            </w:pPr>
            <w:r w:rsidRPr="005D787A">
              <w:rPr>
                <w:b/>
                <w:bCs/>
                <w:sz w:val="22"/>
                <w:szCs w:val="22"/>
              </w:rPr>
              <w:lastRenderedPageBreak/>
              <w:t>Geographic Focus</w:t>
            </w:r>
          </w:p>
          <w:p w14:paraId="6856AA97" w14:textId="66BFAB9A" w:rsidR="001C1B18" w:rsidRDefault="00E66C53" w:rsidP="005D787A">
            <w:r w:rsidRPr="00E66C53">
              <w:rPr>
                <w:i/>
                <w:iCs/>
              </w:rPr>
              <w:t>Please specify the primary geographic area(s) your research will cover. Explain why this location is significant to your research questions or approach.</w:t>
            </w:r>
            <w:r w:rsidR="005D787A">
              <w:rPr>
                <w:i/>
                <w:iCs/>
              </w:rPr>
              <w:t xml:space="preserve"> (200 words) </w:t>
            </w:r>
          </w:p>
          <w:sdt>
            <w:sdtPr>
              <w:id w:val="1413582242"/>
              <w:placeholder>
                <w:docPart w:val="DefaultPlaceholder_-1854013440"/>
              </w:placeholder>
              <w:showingPlcHdr/>
            </w:sdtPr>
            <w:sdtEndPr/>
            <w:sdtContent>
              <w:p w14:paraId="7E010D4A" w14:textId="72CBE2E9" w:rsidR="005D787A" w:rsidRDefault="00EB15A1" w:rsidP="005D787A">
                <w:r w:rsidRPr="00D11310">
                  <w:rPr>
                    <w:rStyle w:val="PlaceholderText"/>
                  </w:rPr>
                  <w:t>Click or tap here to enter text.</w:t>
                </w:r>
              </w:p>
            </w:sdtContent>
          </w:sdt>
          <w:p w14:paraId="704A5ADB" w14:textId="77777777" w:rsidR="005D787A" w:rsidRDefault="005D787A" w:rsidP="005D787A"/>
          <w:p w14:paraId="79B3A385" w14:textId="77777777" w:rsidR="005D787A" w:rsidRDefault="005D787A" w:rsidP="005D787A"/>
          <w:p w14:paraId="2531A107" w14:textId="77777777" w:rsidR="005D787A" w:rsidRDefault="005D787A" w:rsidP="005D787A"/>
          <w:p w14:paraId="75460219" w14:textId="77777777" w:rsidR="005D787A" w:rsidRDefault="005D787A" w:rsidP="005D787A"/>
          <w:p w14:paraId="7272113D" w14:textId="03871D2A" w:rsidR="005D787A" w:rsidRPr="005D787A" w:rsidRDefault="005D787A" w:rsidP="005D787A"/>
        </w:tc>
      </w:tr>
      <w:tr w:rsidR="00E66C53" w14:paraId="55CE5D57" w14:textId="77777777" w:rsidTr="002410CB">
        <w:tc>
          <w:tcPr>
            <w:tcW w:w="8856" w:type="dxa"/>
          </w:tcPr>
          <w:p w14:paraId="516E9105" w14:textId="360795A8" w:rsidR="005D787A" w:rsidRPr="00CB6593" w:rsidRDefault="00E66C53" w:rsidP="005D787A">
            <w:pPr>
              <w:numPr>
                <w:ilvl w:val="0"/>
                <w:numId w:val="19"/>
              </w:numPr>
              <w:rPr>
                <w:b/>
                <w:bCs/>
                <w:sz w:val="22"/>
                <w:szCs w:val="22"/>
              </w:rPr>
            </w:pPr>
            <w:r w:rsidRPr="00CB6593">
              <w:rPr>
                <w:b/>
                <w:bCs/>
                <w:sz w:val="22"/>
                <w:szCs w:val="22"/>
              </w:rPr>
              <w:t xml:space="preserve">Inclusion of </w:t>
            </w:r>
            <w:r w:rsidR="005D787A" w:rsidRPr="00CB6593">
              <w:rPr>
                <w:b/>
                <w:bCs/>
                <w:sz w:val="22"/>
                <w:szCs w:val="22"/>
              </w:rPr>
              <w:t>Marginalized</w:t>
            </w:r>
            <w:r w:rsidRPr="00CB6593">
              <w:rPr>
                <w:b/>
                <w:bCs/>
                <w:sz w:val="22"/>
                <w:szCs w:val="22"/>
              </w:rPr>
              <w:t xml:space="preserve"> Communities</w:t>
            </w:r>
          </w:p>
          <w:p w14:paraId="424D34E3" w14:textId="269EC3CC" w:rsidR="00E66C53" w:rsidRDefault="00E66C53" w:rsidP="005D787A">
            <w:pPr>
              <w:rPr>
                <w:i/>
                <w:iCs/>
              </w:rPr>
            </w:pPr>
            <w:r w:rsidRPr="005D787A">
              <w:rPr>
                <w:i/>
                <w:iCs/>
              </w:rPr>
              <w:t>Describe how your proposal will intentionally include or represent</w:t>
            </w:r>
            <w:r w:rsidR="00CB6593">
              <w:rPr>
                <w:i/>
                <w:iCs/>
              </w:rPr>
              <w:t xml:space="preserve"> the voices of</w:t>
            </w:r>
            <w:r w:rsidRPr="005D787A">
              <w:rPr>
                <w:i/>
                <w:iCs/>
              </w:rPr>
              <w:t xml:space="preserve"> </w:t>
            </w:r>
            <w:r w:rsidR="005D787A" w:rsidRPr="005D787A">
              <w:rPr>
                <w:i/>
                <w:iCs/>
              </w:rPr>
              <w:t>marginalized</w:t>
            </w:r>
            <w:r w:rsidRPr="005D787A">
              <w:rPr>
                <w:i/>
                <w:iCs/>
              </w:rPr>
              <w:t xml:space="preserve"> or underrepresented populations. Indicate which groups will be engaged, and how your approach ensures ethical and meaningful participation.</w:t>
            </w:r>
            <w:r w:rsidR="00CB6593">
              <w:rPr>
                <w:i/>
                <w:iCs/>
              </w:rPr>
              <w:t xml:space="preserve"> (250 words)</w:t>
            </w:r>
          </w:p>
          <w:sdt>
            <w:sdtPr>
              <w:rPr>
                <w:b/>
                <w:bCs/>
              </w:rPr>
              <w:id w:val="1906104795"/>
              <w:placeholder>
                <w:docPart w:val="DefaultPlaceholder_-1854013440"/>
              </w:placeholder>
              <w:showingPlcHdr/>
            </w:sdtPr>
            <w:sdtEndPr/>
            <w:sdtContent>
              <w:p w14:paraId="4A823718" w14:textId="0261A21B" w:rsidR="00CB6593" w:rsidRDefault="00EB15A1" w:rsidP="005D787A">
                <w:pPr>
                  <w:rPr>
                    <w:b/>
                    <w:bCs/>
                  </w:rPr>
                </w:pPr>
                <w:r w:rsidRPr="00D11310">
                  <w:rPr>
                    <w:rStyle w:val="PlaceholderText"/>
                  </w:rPr>
                  <w:t>Click or tap here to enter text.</w:t>
                </w:r>
              </w:p>
            </w:sdtContent>
          </w:sdt>
          <w:p w14:paraId="0C55DED5" w14:textId="77777777" w:rsidR="00CB6593" w:rsidRDefault="00CB6593" w:rsidP="005D787A">
            <w:pPr>
              <w:rPr>
                <w:b/>
                <w:bCs/>
              </w:rPr>
            </w:pPr>
          </w:p>
          <w:p w14:paraId="50FD1929" w14:textId="77777777" w:rsidR="00CB6593" w:rsidRDefault="00CB6593" w:rsidP="005D787A">
            <w:pPr>
              <w:rPr>
                <w:b/>
                <w:bCs/>
              </w:rPr>
            </w:pPr>
          </w:p>
          <w:p w14:paraId="5E5AE92A" w14:textId="77777777" w:rsidR="00CB6593" w:rsidRDefault="00CB6593" w:rsidP="005D787A">
            <w:pPr>
              <w:rPr>
                <w:b/>
                <w:bCs/>
              </w:rPr>
            </w:pPr>
          </w:p>
          <w:p w14:paraId="524AD9DE" w14:textId="77777777" w:rsidR="00CB6593" w:rsidRDefault="00CB6593" w:rsidP="005D787A">
            <w:pPr>
              <w:rPr>
                <w:b/>
                <w:bCs/>
              </w:rPr>
            </w:pPr>
          </w:p>
          <w:p w14:paraId="669DFBB6" w14:textId="4845D38E" w:rsidR="00CB6593" w:rsidRPr="00E66C53" w:rsidRDefault="00CB6593" w:rsidP="005D787A">
            <w:pPr>
              <w:rPr>
                <w:b/>
                <w:bCs/>
              </w:rPr>
            </w:pPr>
          </w:p>
        </w:tc>
      </w:tr>
      <w:tr w:rsidR="00E66C53" w14:paraId="0E19BC38" w14:textId="77777777" w:rsidTr="002410CB">
        <w:tc>
          <w:tcPr>
            <w:tcW w:w="8856" w:type="dxa"/>
          </w:tcPr>
          <w:p w14:paraId="6F46CE36" w14:textId="6A893D16" w:rsidR="00AD2C91" w:rsidRPr="00AD2C91" w:rsidRDefault="00310E73" w:rsidP="00AD2C91">
            <w:pPr>
              <w:numPr>
                <w:ilvl w:val="0"/>
                <w:numId w:val="19"/>
              </w:numPr>
              <w:rPr>
                <w:b/>
                <w:bCs/>
                <w:sz w:val="22"/>
                <w:szCs w:val="22"/>
              </w:rPr>
            </w:pPr>
            <w:r w:rsidRPr="00AD2C91">
              <w:rPr>
                <w:b/>
                <w:bCs/>
                <w:sz w:val="22"/>
                <w:szCs w:val="22"/>
              </w:rPr>
              <w:t>Contribution to the Menstrual Health (MHH) Ecosyste</w:t>
            </w:r>
            <w:r w:rsidR="00AD2C91" w:rsidRPr="00AD2C91">
              <w:rPr>
                <w:b/>
                <w:bCs/>
                <w:sz w:val="22"/>
                <w:szCs w:val="22"/>
              </w:rPr>
              <w:t>m</w:t>
            </w:r>
          </w:p>
          <w:p w14:paraId="57C15483" w14:textId="6AADC322" w:rsidR="00AD2C91" w:rsidRDefault="00310E73" w:rsidP="00AD2C91">
            <w:pPr>
              <w:rPr>
                <w:i/>
                <w:iCs/>
              </w:rPr>
            </w:pPr>
            <w:r w:rsidRPr="00AD2C91">
              <w:rPr>
                <w:i/>
                <w:iCs/>
              </w:rPr>
              <w:t>Please explain how your proposed research adds value to the broader MHH ecosystem. Describe how your findings could inform, strengthen, or influence policy, programming, or practice, and how your work complements or builds on existing evidence or initiatives. If your proposal focuses on documenting a unique best practice or experience, please explain why this documentation is important and how it contributes to learning and action in the field.</w:t>
            </w:r>
            <w:r w:rsidR="00AD2C91">
              <w:rPr>
                <w:i/>
                <w:iCs/>
              </w:rPr>
              <w:t xml:space="preserve"> (350 words)</w:t>
            </w:r>
          </w:p>
          <w:sdt>
            <w:sdtPr>
              <w:id w:val="737130823"/>
              <w:placeholder>
                <w:docPart w:val="DefaultPlaceholder_-1854013440"/>
              </w:placeholder>
              <w:showingPlcHdr/>
            </w:sdtPr>
            <w:sdtEndPr/>
            <w:sdtContent>
              <w:p w14:paraId="15F530E5" w14:textId="26802CE7" w:rsidR="00AD2C91" w:rsidRDefault="00EB15A1" w:rsidP="00AD2C91">
                <w:r w:rsidRPr="00D11310">
                  <w:rPr>
                    <w:rStyle w:val="PlaceholderText"/>
                  </w:rPr>
                  <w:t>Click or tap here to enter text.</w:t>
                </w:r>
              </w:p>
            </w:sdtContent>
          </w:sdt>
          <w:p w14:paraId="08F08859" w14:textId="77777777" w:rsidR="00AD2C91" w:rsidRDefault="00AD2C91" w:rsidP="00AD2C91"/>
          <w:p w14:paraId="61316FC4" w14:textId="77777777" w:rsidR="00AD2C91" w:rsidRDefault="00AD2C91" w:rsidP="00AD2C91"/>
          <w:p w14:paraId="62A059FD" w14:textId="77777777" w:rsidR="00AD2C91" w:rsidRDefault="00AD2C91" w:rsidP="00AD2C91"/>
          <w:p w14:paraId="3E9A4A40" w14:textId="77777777" w:rsidR="00AD2C91" w:rsidRDefault="00AD2C91" w:rsidP="00AD2C91"/>
          <w:p w14:paraId="0AFD3F77" w14:textId="77777777" w:rsidR="00AD2C91" w:rsidRDefault="00AD2C91" w:rsidP="00AD2C91"/>
          <w:p w14:paraId="253219EF" w14:textId="40022BB5" w:rsidR="00AD2C91" w:rsidRPr="00AD2C91" w:rsidRDefault="00AD2C91" w:rsidP="00AD2C91"/>
        </w:tc>
      </w:tr>
      <w:tr w:rsidR="00E66C53" w14:paraId="4C0F6A6A" w14:textId="77777777" w:rsidTr="002410CB">
        <w:tc>
          <w:tcPr>
            <w:tcW w:w="8856" w:type="dxa"/>
          </w:tcPr>
          <w:p w14:paraId="370325A9" w14:textId="77777777" w:rsidR="00AD2C91" w:rsidRPr="003C2AA9" w:rsidRDefault="007620CD" w:rsidP="00AD2C91">
            <w:pPr>
              <w:numPr>
                <w:ilvl w:val="0"/>
                <w:numId w:val="19"/>
              </w:numPr>
              <w:rPr>
                <w:b/>
                <w:bCs/>
                <w:sz w:val="22"/>
                <w:szCs w:val="22"/>
              </w:rPr>
            </w:pPr>
            <w:r w:rsidRPr="003C2AA9">
              <w:rPr>
                <w:b/>
                <w:bCs/>
                <w:sz w:val="22"/>
                <w:szCs w:val="22"/>
              </w:rPr>
              <w:t>Dissemination and Use of Findings</w:t>
            </w:r>
          </w:p>
          <w:p w14:paraId="63793516" w14:textId="35904865" w:rsidR="00E66C53" w:rsidRDefault="007620CD" w:rsidP="00AD2C91">
            <w:pPr>
              <w:rPr>
                <w:i/>
                <w:iCs/>
              </w:rPr>
            </w:pPr>
            <w:r w:rsidRPr="00AD2C91">
              <w:rPr>
                <w:i/>
                <w:iCs/>
              </w:rPr>
              <w:t>Outline your plan for sharing, communicating, and using the research findings. Explain how you will disseminate results to relevant stakeholders</w:t>
            </w:r>
            <w:r w:rsidR="00AD2C91">
              <w:rPr>
                <w:i/>
                <w:iCs/>
              </w:rPr>
              <w:t xml:space="preserve"> </w:t>
            </w:r>
            <w:r w:rsidRPr="00AD2C91">
              <w:rPr>
                <w:i/>
                <w:iCs/>
              </w:rPr>
              <w:t xml:space="preserve">and how your dissemination efforts will </w:t>
            </w:r>
            <w:r w:rsidR="00AD2C91">
              <w:rPr>
                <w:i/>
                <w:iCs/>
              </w:rPr>
              <w:t xml:space="preserve">complement the </w:t>
            </w:r>
            <w:r w:rsidR="000B4477">
              <w:rPr>
                <w:i/>
                <w:iCs/>
              </w:rPr>
              <w:t xml:space="preserve">response to </w:t>
            </w:r>
            <w:r w:rsidR="00AD2C91">
              <w:rPr>
                <w:i/>
                <w:iCs/>
              </w:rPr>
              <w:t>question 7</w:t>
            </w:r>
            <w:r w:rsidRPr="00AD2C91">
              <w:rPr>
                <w:i/>
                <w:iCs/>
              </w:rPr>
              <w:t>.</w:t>
            </w:r>
            <w:r w:rsidR="00EB15A1">
              <w:rPr>
                <w:i/>
                <w:iCs/>
              </w:rPr>
              <w:t xml:space="preserve"> (300 words)</w:t>
            </w:r>
          </w:p>
          <w:sdt>
            <w:sdtPr>
              <w:id w:val="-1591995292"/>
              <w:placeholder>
                <w:docPart w:val="DefaultPlaceholder_-1854013440"/>
              </w:placeholder>
              <w:showingPlcHdr/>
            </w:sdtPr>
            <w:sdtEndPr/>
            <w:sdtContent>
              <w:p w14:paraId="7B03FACF" w14:textId="4D8A0F8C" w:rsidR="000B4477" w:rsidRDefault="00EB15A1" w:rsidP="00AD2C91">
                <w:r w:rsidRPr="00D11310">
                  <w:rPr>
                    <w:rStyle w:val="PlaceholderText"/>
                  </w:rPr>
                  <w:t>Click or tap here to enter text.</w:t>
                </w:r>
              </w:p>
            </w:sdtContent>
          </w:sdt>
          <w:p w14:paraId="0E13818C" w14:textId="77777777" w:rsidR="000B4477" w:rsidRDefault="000B4477" w:rsidP="00AD2C91"/>
          <w:p w14:paraId="41F4167C" w14:textId="778B1C73" w:rsidR="000B4477" w:rsidRPr="000B4477" w:rsidRDefault="000B4477" w:rsidP="00AD2C91"/>
        </w:tc>
      </w:tr>
    </w:tbl>
    <w:p w14:paraId="1F45FAB5" w14:textId="77777777" w:rsidR="004E07E5" w:rsidRDefault="004E07E5" w:rsidP="00D11A40">
      <w:pPr>
        <w:sectPr w:rsidR="004E07E5" w:rsidSect="00D87C0B">
          <w:headerReference w:type="default" r:id="rId26"/>
          <w:pgSz w:w="12240" w:h="15840"/>
          <w:pgMar w:top="1440" w:right="1800" w:bottom="1440" w:left="1800" w:header="720" w:footer="720" w:gutter="0"/>
          <w:cols w:space="720"/>
          <w:docGrid w:linePitch="360"/>
        </w:sectPr>
      </w:pPr>
    </w:p>
    <w:p w14:paraId="27D90C00" w14:textId="0F7E790A" w:rsidR="0015180E" w:rsidRPr="004E07E5" w:rsidRDefault="004E07E5" w:rsidP="004E07E5">
      <w:pPr>
        <w:pStyle w:val="Heading1"/>
        <w:jc w:val="center"/>
        <w:rPr>
          <w:color w:val="49382A" w:themeColor="accent1" w:themeShade="40"/>
        </w:rPr>
      </w:pPr>
      <w:r w:rsidRPr="004E07E5">
        <w:rPr>
          <w:color w:val="49382A" w:themeColor="accent1" w:themeShade="40"/>
        </w:rPr>
        <w:lastRenderedPageBreak/>
        <w:t>Section C | Research Timeline</w:t>
      </w:r>
    </w:p>
    <w:p w14:paraId="4D3585C0" w14:textId="0F686E30" w:rsidR="0015180E" w:rsidRDefault="00C828B6" w:rsidP="00D11A40">
      <w:pPr>
        <w:rPr>
          <w:i/>
          <w:iCs/>
        </w:rPr>
      </w:pPr>
      <w:r w:rsidRPr="00C828B6">
        <w:rPr>
          <w:i/>
          <w:iCs/>
        </w:rPr>
        <w:t>(Please outline the key activities and milestones for your proposed research</w:t>
      </w:r>
      <w:r w:rsidR="008970C1">
        <w:rPr>
          <w:i/>
          <w:iCs/>
        </w:rPr>
        <w:t xml:space="preserve"> </w:t>
      </w:r>
      <w:r w:rsidR="003448BB">
        <w:rPr>
          <w:i/>
          <w:iCs/>
        </w:rPr>
        <w:t>using</w:t>
      </w:r>
      <w:r w:rsidR="008970C1">
        <w:rPr>
          <w:i/>
          <w:iCs/>
        </w:rPr>
        <w:t xml:space="preserve"> the table below</w:t>
      </w:r>
      <w:r w:rsidR="003448BB">
        <w:rPr>
          <w:i/>
          <w:iCs/>
        </w:rPr>
        <w:t xml:space="preserve"> as a template</w:t>
      </w:r>
      <w:r w:rsidRPr="00C828B6">
        <w:rPr>
          <w:i/>
          <w:iCs/>
        </w:rPr>
        <w:t xml:space="preserve">, indicating the expected timeline for each. The total duration of the </w:t>
      </w:r>
      <w:r>
        <w:rPr>
          <w:i/>
          <w:iCs/>
        </w:rPr>
        <w:t xml:space="preserve">proposed </w:t>
      </w:r>
      <w:r w:rsidRPr="00C828B6">
        <w:rPr>
          <w:i/>
          <w:iCs/>
        </w:rPr>
        <w:t xml:space="preserve">project should fall within three to five months </w:t>
      </w:r>
      <w:r w:rsidR="008970C1" w:rsidRPr="00C828B6">
        <w:rPr>
          <w:i/>
          <w:iCs/>
        </w:rPr>
        <w:t>following</w:t>
      </w:r>
      <w:r>
        <w:rPr>
          <w:i/>
          <w:iCs/>
        </w:rPr>
        <w:t xml:space="preserve"> December 2025</w:t>
      </w:r>
      <w:r w:rsidRPr="00C828B6">
        <w:rPr>
          <w:i/>
          <w:iCs/>
        </w:rPr>
        <w:t xml:space="preserve">. </w:t>
      </w:r>
      <w:r w:rsidR="008970C1">
        <w:rPr>
          <w:i/>
          <w:iCs/>
        </w:rPr>
        <w:t xml:space="preserve">Feel free to add as many rows as you need or offer additional information </w:t>
      </w:r>
      <w:r w:rsidR="004B2E8A">
        <w:rPr>
          <w:i/>
          <w:iCs/>
        </w:rPr>
        <w:t xml:space="preserve">by adding </w:t>
      </w:r>
      <w:r w:rsidR="008970C1">
        <w:rPr>
          <w:i/>
          <w:iCs/>
        </w:rPr>
        <w:t>columns as well</w:t>
      </w:r>
      <w:r w:rsidRPr="00C828B6">
        <w:rPr>
          <w:i/>
          <w:iCs/>
        </w:rPr>
        <w:t>)</w:t>
      </w:r>
    </w:p>
    <w:tbl>
      <w:tblPr>
        <w:tblStyle w:val="TableGrid"/>
        <w:tblW w:w="4989" w:type="pct"/>
        <w:tblLook w:val="04A0" w:firstRow="1" w:lastRow="0" w:firstColumn="1" w:lastColumn="0" w:noHBand="0" w:noVBand="1"/>
      </w:tblPr>
      <w:tblGrid>
        <w:gridCol w:w="2665"/>
        <w:gridCol w:w="2664"/>
        <w:gridCol w:w="5288"/>
        <w:gridCol w:w="1265"/>
        <w:gridCol w:w="1265"/>
      </w:tblGrid>
      <w:tr w:rsidR="00C1066E" w14:paraId="2A0FB184" w14:textId="77777777" w:rsidTr="00C1066E">
        <w:tc>
          <w:tcPr>
            <w:tcW w:w="1014" w:type="pct"/>
            <w:vAlign w:val="center"/>
          </w:tcPr>
          <w:p w14:paraId="0B38512E" w14:textId="1E4EA8FA" w:rsidR="00C1066E" w:rsidRPr="00C1066E" w:rsidRDefault="00C1066E" w:rsidP="00C1066E">
            <w:pPr>
              <w:jc w:val="center"/>
              <w:rPr>
                <w:b/>
                <w:bCs/>
                <w:color w:val="49382A" w:themeColor="accent1" w:themeShade="40"/>
                <w:sz w:val="22"/>
                <w:szCs w:val="22"/>
              </w:rPr>
            </w:pPr>
            <w:r w:rsidRPr="00C1066E">
              <w:rPr>
                <w:b/>
                <w:bCs/>
                <w:color w:val="49382A" w:themeColor="accent1" w:themeShade="40"/>
                <w:sz w:val="22"/>
                <w:szCs w:val="22"/>
              </w:rPr>
              <w:t>Main Milestone</w:t>
            </w:r>
          </w:p>
        </w:tc>
        <w:tc>
          <w:tcPr>
            <w:tcW w:w="1013" w:type="pct"/>
            <w:vAlign w:val="center"/>
          </w:tcPr>
          <w:p w14:paraId="0A8EF71B" w14:textId="5EC94192" w:rsidR="00C1066E" w:rsidRPr="00C1066E" w:rsidRDefault="00C1066E" w:rsidP="00C1066E">
            <w:pPr>
              <w:jc w:val="center"/>
              <w:rPr>
                <w:b/>
                <w:bCs/>
                <w:color w:val="49382A" w:themeColor="accent1" w:themeShade="40"/>
                <w:sz w:val="22"/>
                <w:szCs w:val="22"/>
              </w:rPr>
            </w:pPr>
            <w:r w:rsidRPr="00C1066E">
              <w:rPr>
                <w:b/>
                <w:bCs/>
                <w:color w:val="49382A" w:themeColor="accent1" w:themeShade="40"/>
                <w:sz w:val="22"/>
                <w:szCs w:val="22"/>
              </w:rPr>
              <w:t>Activities</w:t>
            </w:r>
          </w:p>
        </w:tc>
        <w:tc>
          <w:tcPr>
            <w:tcW w:w="2011" w:type="pct"/>
            <w:vAlign w:val="center"/>
          </w:tcPr>
          <w:p w14:paraId="29AA6C6D" w14:textId="6ADA74EB" w:rsidR="00C1066E" w:rsidRPr="00C1066E" w:rsidRDefault="00C1066E" w:rsidP="00C1066E">
            <w:pPr>
              <w:jc w:val="center"/>
              <w:rPr>
                <w:b/>
                <w:bCs/>
                <w:color w:val="49382A" w:themeColor="accent1" w:themeShade="40"/>
                <w:sz w:val="22"/>
                <w:szCs w:val="22"/>
              </w:rPr>
            </w:pPr>
            <w:r w:rsidRPr="00C1066E">
              <w:rPr>
                <w:b/>
                <w:bCs/>
                <w:color w:val="49382A" w:themeColor="accent1" w:themeShade="40"/>
                <w:sz w:val="22"/>
                <w:szCs w:val="22"/>
              </w:rPr>
              <w:t>Expected Output</w:t>
            </w:r>
          </w:p>
        </w:tc>
        <w:tc>
          <w:tcPr>
            <w:tcW w:w="481" w:type="pct"/>
            <w:vAlign w:val="center"/>
          </w:tcPr>
          <w:p w14:paraId="0A0E4C1F" w14:textId="28443356" w:rsidR="00C1066E" w:rsidRPr="00C1066E" w:rsidRDefault="00C1066E" w:rsidP="00C1066E">
            <w:pPr>
              <w:jc w:val="center"/>
              <w:rPr>
                <w:b/>
                <w:bCs/>
                <w:color w:val="49382A" w:themeColor="accent1" w:themeShade="40"/>
                <w:sz w:val="22"/>
                <w:szCs w:val="22"/>
              </w:rPr>
            </w:pPr>
            <w:r w:rsidRPr="00C1066E">
              <w:rPr>
                <w:b/>
                <w:bCs/>
                <w:color w:val="49382A" w:themeColor="accent1" w:themeShade="40"/>
                <w:sz w:val="22"/>
                <w:szCs w:val="22"/>
              </w:rPr>
              <w:t>Start</w:t>
            </w:r>
          </w:p>
        </w:tc>
        <w:tc>
          <w:tcPr>
            <w:tcW w:w="481" w:type="pct"/>
            <w:vAlign w:val="center"/>
          </w:tcPr>
          <w:p w14:paraId="618AEF6A" w14:textId="74C64599" w:rsidR="00C1066E" w:rsidRPr="00C1066E" w:rsidRDefault="00C1066E" w:rsidP="00C1066E">
            <w:pPr>
              <w:jc w:val="center"/>
              <w:rPr>
                <w:b/>
                <w:bCs/>
                <w:color w:val="49382A" w:themeColor="accent1" w:themeShade="40"/>
                <w:sz w:val="22"/>
                <w:szCs w:val="22"/>
              </w:rPr>
            </w:pPr>
            <w:r w:rsidRPr="00C1066E">
              <w:rPr>
                <w:b/>
                <w:bCs/>
                <w:color w:val="49382A" w:themeColor="accent1" w:themeShade="40"/>
                <w:sz w:val="22"/>
                <w:szCs w:val="22"/>
              </w:rPr>
              <w:t>End</w:t>
            </w:r>
          </w:p>
        </w:tc>
      </w:tr>
      <w:tr w:rsidR="00C1066E" w14:paraId="4FD3CDD9" w14:textId="77777777" w:rsidTr="00C1066E">
        <w:tc>
          <w:tcPr>
            <w:tcW w:w="1014" w:type="pct"/>
          </w:tcPr>
          <w:p w14:paraId="7508E93A" w14:textId="76E58AD2" w:rsidR="00C1066E" w:rsidRDefault="00C1066E" w:rsidP="00D11A40">
            <w:r>
              <w:t>Milestone 1</w:t>
            </w:r>
          </w:p>
        </w:tc>
        <w:tc>
          <w:tcPr>
            <w:tcW w:w="1013" w:type="pct"/>
          </w:tcPr>
          <w:p w14:paraId="71E83FF1" w14:textId="237D11DA" w:rsidR="00C1066E" w:rsidRDefault="00C1066E" w:rsidP="00D11A40">
            <w:r>
              <w:t>Activity 1.1</w:t>
            </w:r>
          </w:p>
        </w:tc>
        <w:tc>
          <w:tcPr>
            <w:tcW w:w="2011" w:type="pct"/>
          </w:tcPr>
          <w:p w14:paraId="75E9F3B6" w14:textId="2D633238" w:rsidR="00C1066E" w:rsidRDefault="00C1066E" w:rsidP="00D11A40">
            <w:r>
              <w:t>Output 1</w:t>
            </w:r>
          </w:p>
        </w:tc>
        <w:tc>
          <w:tcPr>
            <w:tcW w:w="481" w:type="pct"/>
          </w:tcPr>
          <w:p w14:paraId="2B37945D" w14:textId="77777777" w:rsidR="00C1066E" w:rsidRDefault="00C1066E" w:rsidP="00D11A40"/>
        </w:tc>
        <w:tc>
          <w:tcPr>
            <w:tcW w:w="481" w:type="pct"/>
          </w:tcPr>
          <w:p w14:paraId="0E438862" w14:textId="77777777" w:rsidR="00C1066E" w:rsidRDefault="00C1066E" w:rsidP="00D11A40"/>
        </w:tc>
      </w:tr>
      <w:tr w:rsidR="00C1066E" w14:paraId="2F8FC438" w14:textId="77777777" w:rsidTr="00C1066E">
        <w:tc>
          <w:tcPr>
            <w:tcW w:w="1014" w:type="pct"/>
          </w:tcPr>
          <w:p w14:paraId="72EE8CAF" w14:textId="77777777" w:rsidR="00C1066E" w:rsidRDefault="00C1066E" w:rsidP="00D11A40"/>
        </w:tc>
        <w:tc>
          <w:tcPr>
            <w:tcW w:w="1013" w:type="pct"/>
          </w:tcPr>
          <w:p w14:paraId="4497FA94" w14:textId="6A2A0D27" w:rsidR="00C1066E" w:rsidRDefault="00C1066E" w:rsidP="00D11A40">
            <w:r>
              <w:t>Activity 1.2</w:t>
            </w:r>
          </w:p>
        </w:tc>
        <w:tc>
          <w:tcPr>
            <w:tcW w:w="2011" w:type="pct"/>
          </w:tcPr>
          <w:p w14:paraId="1574D3EA" w14:textId="77777777" w:rsidR="00C1066E" w:rsidRDefault="00C1066E" w:rsidP="00D11A40"/>
        </w:tc>
        <w:tc>
          <w:tcPr>
            <w:tcW w:w="481" w:type="pct"/>
          </w:tcPr>
          <w:p w14:paraId="3DF26ACF" w14:textId="77777777" w:rsidR="00C1066E" w:rsidRDefault="00C1066E" w:rsidP="00D11A40"/>
        </w:tc>
        <w:tc>
          <w:tcPr>
            <w:tcW w:w="481" w:type="pct"/>
          </w:tcPr>
          <w:p w14:paraId="17F866E3" w14:textId="77777777" w:rsidR="00C1066E" w:rsidRDefault="00C1066E" w:rsidP="00D11A40"/>
        </w:tc>
      </w:tr>
      <w:tr w:rsidR="00C1066E" w14:paraId="19AC720B" w14:textId="77777777" w:rsidTr="00C1066E">
        <w:tc>
          <w:tcPr>
            <w:tcW w:w="1014" w:type="pct"/>
          </w:tcPr>
          <w:p w14:paraId="0A4E99A5" w14:textId="4288ADEE" w:rsidR="00C1066E" w:rsidRDefault="00C1066E" w:rsidP="00D11A40">
            <w:r>
              <w:t>Milestone 2</w:t>
            </w:r>
          </w:p>
        </w:tc>
        <w:tc>
          <w:tcPr>
            <w:tcW w:w="1013" w:type="pct"/>
          </w:tcPr>
          <w:p w14:paraId="04690B56" w14:textId="0249A9E9" w:rsidR="00C1066E" w:rsidRDefault="00C1066E" w:rsidP="00D11A40">
            <w:r>
              <w:t>Activity 2.1</w:t>
            </w:r>
          </w:p>
        </w:tc>
        <w:tc>
          <w:tcPr>
            <w:tcW w:w="2011" w:type="pct"/>
          </w:tcPr>
          <w:p w14:paraId="4CE4A527" w14:textId="0E1C1AE7" w:rsidR="00C1066E" w:rsidRDefault="00C1066E" w:rsidP="00D11A40">
            <w:r>
              <w:t>Output 2</w:t>
            </w:r>
          </w:p>
        </w:tc>
        <w:tc>
          <w:tcPr>
            <w:tcW w:w="481" w:type="pct"/>
          </w:tcPr>
          <w:p w14:paraId="7AA0AADF" w14:textId="77777777" w:rsidR="00C1066E" w:rsidRDefault="00C1066E" w:rsidP="00D11A40"/>
        </w:tc>
        <w:tc>
          <w:tcPr>
            <w:tcW w:w="481" w:type="pct"/>
          </w:tcPr>
          <w:p w14:paraId="00C827D3" w14:textId="77777777" w:rsidR="00C1066E" w:rsidRDefault="00C1066E" w:rsidP="00D11A40"/>
        </w:tc>
      </w:tr>
      <w:tr w:rsidR="00C1066E" w14:paraId="1ABA1D3A" w14:textId="77777777" w:rsidTr="00C1066E">
        <w:tc>
          <w:tcPr>
            <w:tcW w:w="1014" w:type="pct"/>
          </w:tcPr>
          <w:p w14:paraId="3D0F6EB7" w14:textId="77777777" w:rsidR="00C1066E" w:rsidRDefault="00C1066E" w:rsidP="00D11A40"/>
        </w:tc>
        <w:tc>
          <w:tcPr>
            <w:tcW w:w="1013" w:type="pct"/>
          </w:tcPr>
          <w:p w14:paraId="14172ED6" w14:textId="4BAA4A30" w:rsidR="00C1066E" w:rsidRDefault="00C1066E" w:rsidP="00D11A40">
            <w:r>
              <w:t>Activity 2.2</w:t>
            </w:r>
          </w:p>
        </w:tc>
        <w:tc>
          <w:tcPr>
            <w:tcW w:w="2011" w:type="pct"/>
          </w:tcPr>
          <w:p w14:paraId="586C7EBD" w14:textId="77777777" w:rsidR="00C1066E" w:rsidRDefault="00C1066E" w:rsidP="00D11A40"/>
        </w:tc>
        <w:tc>
          <w:tcPr>
            <w:tcW w:w="481" w:type="pct"/>
          </w:tcPr>
          <w:p w14:paraId="5546FEF0" w14:textId="77777777" w:rsidR="00C1066E" w:rsidRDefault="00C1066E" w:rsidP="00D11A40"/>
        </w:tc>
        <w:tc>
          <w:tcPr>
            <w:tcW w:w="481" w:type="pct"/>
          </w:tcPr>
          <w:p w14:paraId="1FAF14B5" w14:textId="77777777" w:rsidR="00C1066E" w:rsidRDefault="00C1066E" w:rsidP="00D11A40"/>
        </w:tc>
      </w:tr>
    </w:tbl>
    <w:p w14:paraId="2576A790" w14:textId="77777777" w:rsidR="00C1066E" w:rsidRDefault="00C1066E" w:rsidP="00D11A40"/>
    <w:sdt>
      <w:sdtPr>
        <w:id w:val="-858965175"/>
        <w:placeholder>
          <w:docPart w:val="DefaultPlaceholder_-1854013440"/>
        </w:placeholder>
        <w:showingPlcHdr/>
      </w:sdtPr>
      <w:sdtEndPr/>
      <w:sdtContent>
        <w:p w14:paraId="4596E381" w14:textId="5536B067" w:rsidR="003448BB" w:rsidRPr="00C1066E" w:rsidRDefault="003448BB" w:rsidP="00D11A40">
          <w:r w:rsidRPr="00D11310">
            <w:rPr>
              <w:rStyle w:val="PlaceholderText"/>
            </w:rPr>
            <w:t>Click or tap here to enter text.</w:t>
          </w:r>
        </w:p>
      </w:sdtContent>
    </w:sdt>
    <w:p w14:paraId="04F65157" w14:textId="77777777" w:rsidR="004C6B7F" w:rsidRDefault="004C6B7F" w:rsidP="00D11A40"/>
    <w:p w14:paraId="53F109C0" w14:textId="77777777" w:rsidR="00FF6D45" w:rsidRDefault="00FF6D45" w:rsidP="00D11A40">
      <w:pPr>
        <w:sectPr w:rsidR="00FF6D45" w:rsidSect="00FF6D45">
          <w:headerReference w:type="default" r:id="rId27"/>
          <w:pgSz w:w="15840" w:h="12240" w:orient="landscape"/>
          <w:pgMar w:top="1800" w:right="1440" w:bottom="1800" w:left="1440" w:header="720" w:footer="720" w:gutter="0"/>
          <w:cols w:space="720"/>
          <w:docGrid w:linePitch="360"/>
        </w:sectPr>
      </w:pPr>
    </w:p>
    <w:p w14:paraId="0CAC9587" w14:textId="7EE949FF" w:rsidR="00FF6D45" w:rsidRDefault="004B2E8A" w:rsidP="004B2E8A">
      <w:pPr>
        <w:pStyle w:val="Heading1"/>
        <w:jc w:val="center"/>
        <w:rPr>
          <w:color w:val="49382A" w:themeColor="accent1" w:themeShade="40"/>
        </w:rPr>
      </w:pPr>
      <w:r w:rsidRPr="004B2E8A">
        <w:rPr>
          <w:color w:val="49382A" w:themeColor="accent1" w:themeShade="40"/>
        </w:rPr>
        <w:lastRenderedPageBreak/>
        <w:t>Section D | Relevant Experience</w:t>
      </w:r>
    </w:p>
    <w:tbl>
      <w:tblPr>
        <w:tblStyle w:val="TableGrid"/>
        <w:tblW w:w="0" w:type="auto"/>
        <w:tblBorders>
          <w:insideH w:val="single" w:sz="4" w:space="0" w:color="auto"/>
        </w:tblBorders>
        <w:tblLook w:val="04A0" w:firstRow="1" w:lastRow="0" w:firstColumn="1" w:lastColumn="0" w:noHBand="0" w:noVBand="1"/>
      </w:tblPr>
      <w:tblGrid>
        <w:gridCol w:w="8856"/>
      </w:tblGrid>
      <w:tr w:rsidR="005E0D78" w14:paraId="629B628D" w14:textId="77777777" w:rsidTr="002410CB">
        <w:tc>
          <w:tcPr>
            <w:tcW w:w="8856" w:type="dxa"/>
          </w:tcPr>
          <w:p w14:paraId="3F8FC162" w14:textId="53F33C53" w:rsidR="005E0D78" w:rsidRPr="00311060" w:rsidRDefault="00395482" w:rsidP="005E0D78">
            <w:pPr>
              <w:numPr>
                <w:ilvl w:val="0"/>
                <w:numId w:val="20"/>
              </w:numPr>
              <w:rPr>
                <w:b/>
                <w:bCs/>
                <w:color w:val="49382A" w:themeColor="accent1" w:themeShade="40"/>
                <w:sz w:val="22"/>
                <w:szCs w:val="22"/>
              </w:rPr>
            </w:pPr>
            <w:r>
              <w:rPr>
                <w:b/>
                <w:bCs/>
                <w:color w:val="49382A" w:themeColor="accent1" w:themeShade="40"/>
                <w:sz w:val="22"/>
                <w:szCs w:val="22"/>
              </w:rPr>
              <w:t>Proven Track Record</w:t>
            </w:r>
          </w:p>
          <w:p w14:paraId="6A70865E" w14:textId="1BC83E6A" w:rsidR="00E75ECF" w:rsidRDefault="00311060" w:rsidP="00E75ECF">
            <w:r w:rsidRPr="00311060">
              <w:rPr>
                <w:i/>
                <w:iCs/>
              </w:rPr>
              <w:t xml:space="preserve">Please describe any </w:t>
            </w:r>
            <w:r w:rsidR="001A1A36">
              <w:rPr>
                <w:i/>
                <w:iCs/>
              </w:rPr>
              <w:t>relevant</w:t>
            </w:r>
            <w:r w:rsidRPr="00311060">
              <w:rPr>
                <w:i/>
                <w:iCs/>
              </w:rPr>
              <w:t xml:space="preserve"> experience your organization or team has in conducting similar research, documentation, or knowledge-generation work. If you do not have direct research experience, explain the strengths, capacities, or contextual experience that make you well placed to carry out this project and manage the proposed grant.</w:t>
            </w:r>
            <w:r>
              <w:t xml:space="preserve"> </w:t>
            </w:r>
            <w:r>
              <w:rPr>
                <w:i/>
                <w:iCs/>
              </w:rPr>
              <w:t>(</w:t>
            </w:r>
            <w:r w:rsidR="00FE52A4">
              <w:rPr>
                <w:i/>
                <w:iCs/>
              </w:rPr>
              <w:t xml:space="preserve">300 words) </w:t>
            </w:r>
          </w:p>
          <w:sdt>
            <w:sdtPr>
              <w:id w:val="-143581606"/>
              <w:placeholder>
                <w:docPart w:val="DefaultPlaceholder_-1854013440"/>
              </w:placeholder>
              <w:showingPlcHdr/>
            </w:sdtPr>
            <w:sdtEndPr/>
            <w:sdtContent>
              <w:p w14:paraId="152C2C82" w14:textId="5FB6328B" w:rsidR="00FE52A4" w:rsidRDefault="00EB15A1" w:rsidP="00E75ECF">
                <w:r w:rsidRPr="00D11310">
                  <w:rPr>
                    <w:rStyle w:val="PlaceholderText"/>
                  </w:rPr>
                  <w:t>Click or tap here to enter text.</w:t>
                </w:r>
              </w:p>
            </w:sdtContent>
          </w:sdt>
          <w:p w14:paraId="506EE3AD" w14:textId="77777777" w:rsidR="00FE52A4" w:rsidRDefault="00FE52A4" w:rsidP="00E75ECF"/>
          <w:p w14:paraId="1ECEF201" w14:textId="77777777" w:rsidR="00FE52A4" w:rsidRDefault="00FE52A4" w:rsidP="00E75ECF"/>
          <w:p w14:paraId="5FAF4FB4" w14:textId="77777777" w:rsidR="00FE52A4" w:rsidRDefault="00FE52A4" w:rsidP="00E75ECF"/>
          <w:p w14:paraId="657D6190" w14:textId="77777777" w:rsidR="00FE52A4" w:rsidRDefault="00FE52A4" w:rsidP="00E75ECF"/>
          <w:p w14:paraId="0F4EF1B5" w14:textId="01CBFF94" w:rsidR="00FE52A4" w:rsidRPr="00FE52A4" w:rsidRDefault="00FE52A4" w:rsidP="00E75ECF"/>
        </w:tc>
      </w:tr>
      <w:tr w:rsidR="005E0D78" w14:paraId="456A7CCF" w14:textId="77777777" w:rsidTr="002410CB">
        <w:tc>
          <w:tcPr>
            <w:tcW w:w="8856" w:type="dxa"/>
          </w:tcPr>
          <w:p w14:paraId="02540C45" w14:textId="77777777" w:rsidR="00FE52A4" w:rsidRPr="00FE52A4" w:rsidRDefault="00FE52A4" w:rsidP="00FE52A4">
            <w:pPr>
              <w:numPr>
                <w:ilvl w:val="0"/>
                <w:numId w:val="20"/>
              </w:numPr>
              <w:rPr>
                <w:b/>
                <w:bCs/>
                <w:sz w:val="22"/>
                <w:szCs w:val="22"/>
              </w:rPr>
            </w:pPr>
            <w:r w:rsidRPr="00FE52A4">
              <w:rPr>
                <w:b/>
                <w:bCs/>
                <w:sz w:val="22"/>
                <w:szCs w:val="22"/>
              </w:rPr>
              <w:t>Networks, Coalitions, and Partnerships</w:t>
            </w:r>
          </w:p>
          <w:p w14:paraId="1C31D538" w14:textId="7AE6A2F6" w:rsidR="005B66D7" w:rsidRDefault="00FE52A4" w:rsidP="00FE52A4">
            <w:r w:rsidRPr="00FE52A4">
              <w:rPr>
                <w:i/>
                <w:iCs/>
              </w:rPr>
              <w:t>Outline any networks, coalitions, or partnerships you are part of that can strengthen your proposed research. Describe how these relationships can support data collection, validation, dissemination, or policy and advocacy engagement.</w:t>
            </w:r>
            <w:r w:rsidR="005B66D7">
              <w:rPr>
                <w:i/>
                <w:iCs/>
              </w:rPr>
              <w:t xml:space="preserve"> (250 words)</w:t>
            </w:r>
          </w:p>
          <w:sdt>
            <w:sdtPr>
              <w:id w:val="-1078285556"/>
              <w:placeholder>
                <w:docPart w:val="DefaultPlaceholder_-1854013440"/>
              </w:placeholder>
              <w:showingPlcHdr/>
            </w:sdtPr>
            <w:sdtEndPr/>
            <w:sdtContent>
              <w:p w14:paraId="6D10D168" w14:textId="2A0901B3" w:rsidR="005B66D7" w:rsidRDefault="00EB15A1" w:rsidP="00FE52A4">
                <w:r w:rsidRPr="00D11310">
                  <w:rPr>
                    <w:rStyle w:val="PlaceholderText"/>
                  </w:rPr>
                  <w:t>Click or tap here to enter text.</w:t>
                </w:r>
              </w:p>
            </w:sdtContent>
          </w:sdt>
          <w:p w14:paraId="29D2C1BB" w14:textId="77777777" w:rsidR="005B66D7" w:rsidRDefault="005B66D7" w:rsidP="00FE52A4"/>
          <w:p w14:paraId="7872E555" w14:textId="77777777" w:rsidR="005B66D7" w:rsidRDefault="005B66D7" w:rsidP="00FE52A4"/>
          <w:p w14:paraId="028B3250" w14:textId="77777777" w:rsidR="005B66D7" w:rsidRDefault="005B66D7" w:rsidP="00FE52A4"/>
          <w:p w14:paraId="2E3FB3E1" w14:textId="77777777" w:rsidR="005B66D7" w:rsidRDefault="005B66D7" w:rsidP="00FE52A4"/>
          <w:p w14:paraId="7E20A518" w14:textId="751D486E" w:rsidR="005B66D7" w:rsidRPr="005B66D7" w:rsidRDefault="005B66D7" w:rsidP="00FE52A4"/>
        </w:tc>
      </w:tr>
      <w:tr w:rsidR="005E0D78" w14:paraId="1F3FB04F" w14:textId="77777777" w:rsidTr="002410CB">
        <w:tc>
          <w:tcPr>
            <w:tcW w:w="8856" w:type="dxa"/>
          </w:tcPr>
          <w:p w14:paraId="3B5CFC40" w14:textId="77777777" w:rsidR="005B66D7" w:rsidRPr="005B66D7" w:rsidRDefault="005B66D7" w:rsidP="005B66D7">
            <w:pPr>
              <w:numPr>
                <w:ilvl w:val="0"/>
                <w:numId w:val="20"/>
              </w:numPr>
              <w:rPr>
                <w:b/>
                <w:bCs/>
                <w:sz w:val="22"/>
                <w:szCs w:val="22"/>
              </w:rPr>
            </w:pPr>
            <w:r w:rsidRPr="005B66D7">
              <w:rPr>
                <w:b/>
                <w:bCs/>
                <w:sz w:val="22"/>
                <w:szCs w:val="22"/>
              </w:rPr>
              <w:t>Research Team Composition and Roles</w:t>
            </w:r>
          </w:p>
          <w:p w14:paraId="4930FD81" w14:textId="055E5222" w:rsidR="005E0D78" w:rsidRDefault="005B66D7" w:rsidP="005B66D7">
            <w:pPr>
              <w:rPr>
                <w:i/>
                <w:iCs/>
              </w:rPr>
            </w:pPr>
            <w:r w:rsidRPr="005B66D7">
              <w:rPr>
                <w:i/>
                <w:iCs/>
              </w:rPr>
              <w:t>Briefly describe the key members of your research team, their roles, and relevant expertise.</w:t>
            </w:r>
            <w:r>
              <w:rPr>
                <w:i/>
                <w:iCs/>
              </w:rPr>
              <w:t xml:space="preserve"> (200 words)</w:t>
            </w:r>
          </w:p>
          <w:sdt>
            <w:sdtPr>
              <w:id w:val="-37513655"/>
              <w:placeholder>
                <w:docPart w:val="DefaultPlaceholder_-1854013440"/>
              </w:placeholder>
              <w:showingPlcHdr/>
            </w:sdtPr>
            <w:sdtEndPr/>
            <w:sdtContent>
              <w:p w14:paraId="21A4494C" w14:textId="64D8F63D" w:rsidR="005B66D7" w:rsidRDefault="00EB15A1" w:rsidP="005B66D7">
                <w:r w:rsidRPr="00D11310">
                  <w:rPr>
                    <w:rStyle w:val="PlaceholderText"/>
                  </w:rPr>
                  <w:t>Click or tap here to enter text.</w:t>
                </w:r>
              </w:p>
            </w:sdtContent>
          </w:sdt>
          <w:p w14:paraId="34FF5CEB" w14:textId="77777777" w:rsidR="005B66D7" w:rsidRDefault="005B66D7" w:rsidP="005B66D7"/>
          <w:p w14:paraId="6473DE2F" w14:textId="77777777" w:rsidR="005B66D7" w:rsidRDefault="005B66D7" w:rsidP="005B66D7"/>
          <w:p w14:paraId="76230AFF" w14:textId="77777777" w:rsidR="005B66D7" w:rsidRDefault="005B66D7" w:rsidP="005B66D7"/>
          <w:p w14:paraId="2D237CAE" w14:textId="77777777" w:rsidR="005B66D7" w:rsidRDefault="005B66D7" w:rsidP="005B66D7"/>
          <w:p w14:paraId="2142EB0A" w14:textId="72199C45" w:rsidR="005B66D7" w:rsidRDefault="005B66D7" w:rsidP="005B66D7"/>
        </w:tc>
      </w:tr>
    </w:tbl>
    <w:p w14:paraId="6AC19C8B" w14:textId="77777777" w:rsidR="004B2E8A" w:rsidRPr="004C6B7F" w:rsidRDefault="004B2E8A" w:rsidP="00D11A40"/>
    <w:p w14:paraId="623E5007" w14:textId="77777777" w:rsidR="00F51D97" w:rsidRDefault="00F51D97" w:rsidP="00D11A40">
      <w:pPr>
        <w:sectPr w:rsidR="00F51D97" w:rsidSect="00D87C0B">
          <w:headerReference w:type="default" r:id="rId28"/>
          <w:pgSz w:w="12240" w:h="15840"/>
          <w:pgMar w:top="1440" w:right="1800" w:bottom="1440" w:left="1800" w:header="720" w:footer="720" w:gutter="0"/>
          <w:cols w:space="720"/>
          <w:docGrid w:linePitch="360"/>
        </w:sectPr>
      </w:pPr>
    </w:p>
    <w:p w14:paraId="2E876084" w14:textId="6D96F134" w:rsidR="0015180E" w:rsidRPr="00F51D97" w:rsidRDefault="00F51D97" w:rsidP="00F51D97">
      <w:pPr>
        <w:pStyle w:val="Heading1"/>
        <w:jc w:val="center"/>
        <w:rPr>
          <w:color w:val="49382A" w:themeColor="accent1" w:themeShade="40"/>
        </w:rPr>
      </w:pPr>
      <w:r w:rsidRPr="00F51D97">
        <w:rPr>
          <w:color w:val="49382A" w:themeColor="accent1" w:themeShade="40"/>
        </w:rPr>
        <w:lastRenderedPageBreak/>
        <w:t>Section E | Budget Proposal</w:t>
      </w:r>
    </w:p>
    <w:p w14:paraId="4FE5FCD9" w14:textId="77777777" w:rsidR="00F51D97" w:rsidRDefault="00F51D97" w:rsidP="00D11A40"/>
    <w:p w14:paraId="4568CC08" w14:textId="5FB7EC6B" w:rsidR="004E07E5" w:rsidRDefault="00C441E2" w:rsidP="00D11A40">
      <w:r w:rsidRPr="00C441E2">
        <w:rPr>
          <w:b/>
          <w:bCs/>
          <w:color w:val="49382A" w:themeColor="accent1" w:themeShade="40"/>
          <w:sz w:val="22"/>
          <w:szCs w:val="22"/>
        </w:rPr>
        <w:t>Major Budget Heads</w:t>
      </w:r>
      <w:r w:rsidRPr="00C441E2">
        <w:br/>
      </w:r>
      <w:r w:rsidRPr="00C441E2">
        <w:rPr>
          <w:i/>
          <w:iCs/>
        </w:rPr>
        <w:t>(Provide a brief breakdown of your proposed budget across major cost categories</w:t>
      </w:r>
      <w:r w:rsidR="00D93C53">
        <w:rPr>
          <w:i/>
          <w:iCs/>
        </w:rPr>
        <w:t xml:space="preserve"> (</w:t>
      </w:r>
      <w:r w:rsidR="00D93C53" w:rsidRPr="00C441E2">
        <w:rPr>
          <w:i/>
          <w:iCs/>
        </w:rPr>
        <w:t xml:space="preserve">for example, personnel, travel, materials, data collection, analysis, dissemination, </w:t>
      </w:r>
      <w:r w:rsidR="00137ECB" w:rsidRPr="00C441E2">
        <w:rPr>
          <w:i/>
          <w:iCs/>
        </w:rPr>
        <w:t>etc.</w:t>
      </w:r>
      <w:r w:rsidR="00D93C53">
        <w:rPr>
          <w:i/>
          <w:iCs/>
        </w:rPr>
        <w:t>)</w:t>
      </w:r>
      <w:r w:rsidRPr="00C441E2">
        <w:rPr>
          <w:i/>
          <w:iCs/>
        </w:rPr>
        <w:t xml:space="preserve">. You may use a simple table </w:t>
      </w:r>
      <w:r w:rsidR="005C7F54">
        <w:rPr>
          <w:i/>
          <w:iCs/>
        </w:rPr>
        <w:t>for this section</w:t>
      </w:r>
      <w:r w:rsidRPr="00C441E2">
        <w:rPr>
          <w:i/>
          <w:iCs/>
        </w:rPr>
        <w:t>.</w:t>
      </w:r>
      <w:r w:rsidR="005C7F54" w:rsidRPr="005C7F54">
        <w:t xml:space="preserve"> </w:t>
      </w:r>
      <w:r w:rsidR="005C7F54" w:rsidRPr="005C7F54">
        <w:rPr>
          <w:i/>
          <w:iCs/>
        </w:rPr>
        <w:t>Please</w:t>
      </w:r>
      <w:r w:rsidR="005C7F54">
        <w:t xml:space="preserve"> e</w:t>
      </w:r>
      <w:r w:rsidR="005C7F54" w:rsidRPr="005C7F54">
        <w:rPr>
          <w:i/>
          <w:iCs/>
        </w:rPr>
        <w:t xml:space="preserve">nsure that the total matches the amount stated </w:t>
      </w:r>
      <w:r w:rsidR="00D93C53">
        <w:rPr>
          <w:i/>
          <w:iCs/>
        </w:rPr>
        <w:t>in the budget overview in Section A</w:t>
      </w:r>
      <w:r w:rsidR="005C7F54" w:rsidRPr="005C7F54">
        <w:rPr>
          <w:i/>
          <w:iCs/>
        </w:rPr>
        <w:t>. Budgets should be realistic and commensurate with the proposed scope and duration of your research</w:t>
      </w:r>
      <w:r w:rsidRPr="00C441E2">
        <w:rPr>
          <w:i/>
          <w:iCs/>
        </w:rPr>
        <w:t>)</w:t>
      </w:r>
    </w:p>
    <w:sdt>
      <w:sdtPr>
        <w:id w:val="-264772718"/>
        <w:placeholder>
          <w:docPart w:val="DefaultPlaceholder_-1854013440"/>
        </w:placeholder>
        <w:showingPlcHdr/>
      </w:sdtPr>
      <w:sdtEndPr/>
      <w:sdtContent>
        <w:p w14:paraId="18126301" w14:textId="63046DFB" w:rsidR="004E07E5" w:rsidRDefault="0030364A" w:rsidP="00D11A40">
          <w:r w:rsidRPr="00D11310">
            <w:rPr>
              <w:rStyle w:val="PlaceholderText"/>
            </w:rPr>
            <w:t>Click or tap here to enter text.</w:t>
          </w:r>
        </w:p>
      </w:sdtContent>
    </w:sdt>
    <w:p w14:paraId="2D04E03F" w14:textId="77777777" w:rsidR="004E07E5" w:rsidRDefault="004E07E5" w:rsidP="00D11A40"/>
    <w:p w14:paraId="4FC29DA9" w14:textId="77777777" w:rsidR="004E07E5" w:rsidRDefault="004E07E5" w:rsidP="00D11A40"/>
    <w:p w14:paraId="14A01EBB" w14:textId="77777777" w:rsidR="004E07E5" w:rsidRDefault="004E07E5" w:rsidP="00D11A40"/>
    <w:p w14:paraId="4CBFE1E3" w14:textId="77777777" w:rsidR="004E07E5" w:rsidRDefault="004E07E5" w:rsidP="00D11A40"/>
    <w:p w14:paraId="3BCF05E3" w14:textId="77777777" w:rsidR="004E07E5" w:rsidRDefault="004E07E5" w:rsidP="00D11A40"/>
    <w:p w14:paraId="75DF258F" w14:textId="77777777" w:rsidR="004E07E5" w:rsidRDefault="004E07E5" w:rsidP="00D11A40"/>
    <w:p w14:paraId="76EC7E3E" w14:textId="77777777" w:rsidR="004E07E5" w:rsidRDefault="004E07E5" w:rsidP="00D11A40"/>
    <w:p w14:paraId="39717E15" w14:textId="77777777" w:rsidR="004E07E5" w:rsidRDefault="004E07E5" w:rsidP="00D11A40"/>
    <w:p w14:paraId="35970204" w14:textId="77777777" w:rsidR="004E07E5" w:rsidRDefault="004E07E5" w:rsidP="00D11A40"/>
    <w:p w14:paraId="7CAFC10F" w14:textId="77777777" w:rsidR="004E07E5" w:rsidRPr="00D11A40" w:rsidRDefault="004E07E5" w:rsidP="00D11A40"/>
    <w:sectPr w:rsidR="004E07E5" w:rsidRPr="00D11A40" w:rsidSect="00A86297">
      <w:headerReference w:type="default" r:id="rId29"/>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1FC76F" w14:textId="77777777" w:rsidR="00D81A3B" w:rsidRDefault="00D81A3B">
      <w:pPr>
        <w:spacing w:after="0" w:line="240" w:lineRule="auto"/>
      </w:pPr>
      <w:r>
        <w:separator/>
      </w:r>
    </w:p>
  </w:endnote>
  <w:endnote w:type="continuationSeparator" w:id="0">
    <w:p w14:paraId="0AD5EA85" w14:textId="77777777" w:rsidR="00D81A3B" w:rsidRDefault="00D81A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87B17" w14:textId="09218CC4" w:rsidR="001E1342" w:rsidRDefault="001E1342" w:rsidP="00FC2388">
    <w:pPr>
      <w:pStyle w:val="Footer"/>
      <w:tabs>
        <w:tab w:val="left" w:pos="2808"/>
      </w:tabs>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C99C31" w14:textId="77777777" w:rsidR="00D81A3B" w:rsidRDefault="00D81A3B">
      <w:pPr>
        <w:spacing w:after="0" w:line="240" w:lineRule="auto"/>
      </w:pPr>
      <w:r>
        <w:separator/>
      </w:r>
    </w:p>
  </w:footnote>
  <w:footnote w:type="continuationSeparator" w:id="0">
    <w:p w14:paraId="1D901AF1" w14:textId="77777777" w:rsidR="00D81A3B" w:rsidRDefault="00D81A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196FD633" w14:paraId="21FEB905" w14:textId="77777777" w:rsidTr="196FD633">
      <w:trPr>
        <w:trHeight w:val="300"/>
      </w:trPr>
      <w:tc>
        <w:tcPr>
          <w:tcW w:w="2880" w:type="dxa"/>
        </w:tcPr>
        <w:p w14:paraId="7D5365F2" w14:textId="242887F6" w:rsidR="196FD633" w:rsidRDefault="196FD633" w:rsidP="196FD633">
          <w:pPr>
            <w:pStyle w:val="Header"/>
            <w:ind w:left="-115"/>
          </w:pPr>
        </w:p>
      </w:tc>
      <w:tc>
        <w:tcPr>
          <w:tcW w:w="2880" w:type="dxa"/>
        </w:tcPr>
        <w:p w14:paraId="023D9B98" w14:textId="4C9CDA95" w:rsidR="196FD633" w:rsidRDefault="196FD633" w:rsidP="196FD633">
          <w:pPr>
            <w:pStyle w:val="Header"/>
            <w:jc w:val="center"/>
          </w:pPr>
        </w:p>
      </w:tc>
      <w:tc>
        <w:tcPr>
          <w:tcW w:w="2880" w:type="dxa"/>
        </w:tcPr>
        <w:p w14:paraId="543E2D28" w14:textId="26BCA8FA" w:rsidR="196FD633" w:rsidRDefault="196FD633" w:rsidP="196FD633">
          <w:pPr>
            <w:pStyle w:val="Header"/>
            <w:ind w:right="-115"/>
            <w:jc w:val="right"/>
          </w:pPr>
        </w:p>
      </w:tc>
    </w:tr>
  </w:tbl>
  <w:p w14:paraId="7866744F" w14:textId="35D8AE02" w:rsidR="196FD633" w:rsidRDefault="00947E64" w:rsidP="196FD633">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196FD633" w14:paraId="3FAC6F42" w14:textId="77777777" w:rsidTr="196FD633">
      <w:trPr>
        <w:trHeight w:val="300"/>
      </w:trPr>
      <w:tc>
        <w:tcPr>
          <w:tcW w:w="2880" w:type="dxa"/>
        </w:tcPr>
        <w:p w14:paraId="44A2A142" w14:textId="2738F4B9" w:rsidR="196FD633" w:rsidRDefault="196FD633" w:rsidP="196FD633">
          <w:pPr>
            <w:pStyle w:val="Header"/>
            <w:ind w:left="-115"/>
          </w:pPr>
        </w:p>
      </w:tc>
      <w:tc>
        <w:tcPr>
          <w:tcW w:w="2880" w:type="dxa"/>
        </w:tcPr>
        <w:p w14:paraId="416E3857" w14:textId="0620ABE0" w:rsidR="196FD633" w:rsidRDefault="196FD633" w:rsidP="196FD633">
          <w:pPr>
            <w:pStyle w:val="Header"/>
            <w:jc w:val="center"/>
          </w:pPr>
        </w:p>
      </w:tc>
      <w:tc>
        <w:tcPr>
          <w:tcW w:w="2880" w:type="dxa"/>
        </w:tcPr>
        <w:p w14:paraId="1372A9B9" w14:textId="2172A8F8" w:rsidR="196FD633" w:rsidRDefault="196FD633" w:rsidP="196FD633">
          <w:pPr>
            <w:pStyle w:val="Header"/>
            <w:ind w:right="-115"/>
            <w:jc w:val="right"/>
          </w:pPr>
        </w:p>
      </w:tc>
    </w:tr>
  </w:tbl>
  <w:p w14:paraId="73BEA4B3" w14:textId="241331BA" w:rsidR="196FD633" w:rsidRDefault="196FD633" w:rsidP="196FD6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196FD633" w14:paraId="426281F2" w14:textId="77777777" w:rsidTr="196FD633">
      <w:trPr>
        <w:trHeight w:val="300"/>
      </w:trPr>
      <w:tc>
        <w:tcPr>
          <w:tcW w:w="2880" w:type="dxa"/>
        </w:tcPr>
        <w:p w14:paraId="6E743065" w14:textId="11D6927C" w:rsidR="196FD633" w:rsidRDefault="196FD633" w:rsidP="196FD633">
          <w:pPr>
            <w:pStyle w:val="Header"/>
            <w:ind w:left="-115"/>
          </w:pPr>
        </w:p>
      </w:tc>
      <w:tc>
        <w:tcPr>
          <w:tcW w:w="2880" w:type="dxa"/>
        </w:tcPr>
        <w:p w14:paraId="637DABE3" w14:textId="3AB049B5" w:rsidR="196FD633" w:rsidRDefault="196FD633" w:rsidP="196FD633">
          <w:pPr>
            <w:pStyle w:val="Header"/>
            <w:jc w:val="center"/>
          </w:pPr>
        </w:p>
      </w:tc>
      <w:tc>
        <w:tcPr>
          <w:tcW w:w="2880" w:type="dxa"/>
        </w:tcPr>
        <w:p w14:paraId="72332788" w14:textId="289AD3AC" w:rsidR="196FD633" w:rsidRDefault="196FD633" w:rsidP="196FD633">
          <w:pPr>
            <w:pStyle w:val="Header"/>
            <w:ind w:right="-115"/>
            <w:jc w:val="right"/>
          </w:pPr>
        </w:p>
      </w:tc>
    </w:tr>
  </w:tbl>
  <w:p w14:paraId="64F62DC2" w14:textId="79717461" w:rsidR="196FD633" w:rsidRDefault="196FD633" w:rsidP="196FD6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196FD633" w14:paraId="41152DD8" w14:textId="77777777" w:rsidTr="196FD633">
      <w:trPr>
        <w:trHeight w:val="300"/>
      </w:trPr>
      <w:tc>
        <w:tcPr>
          <w:tcW w:w="2880" w:type="dxa"/>
        </w:tcPr>
        <w:p w14:paraId="59326498" w14:textId="3907B442" w:rsidR="196FD633" w:rsidRDefault="196FD633" w:rsidP="196FD633">
          <w:pPr>
            <w:pStyle w:val="Header"/>
            <w:ind w:left="-115"/>
          </w:pPr>
        </w:p>
      </w:tc>
      <w:tc>
        <w:tcPr>
          <w:tcW w:w="2880" w:type="dxa"/>
        </w:tcPr>
        <w:p w14:paraId="2ADA7941" w14:textId="6C2397EA" w:rsidR="196FD633" w:rsidRDefault="196FD633" w:rsidP="196FD633">
          <w:pPr>
            <w:pStyle w:val="Header"/>
            <w:jc w:val="center"/>
          </w:pPr>
        </w:p>
      </w:tc>
      <w:tc>
        <w:tcPr>
          <w:tcW w:w="2880" w:type="dxa"/>
        </w:tcPr>
        <w:p w14:paraId="4584B7C7" w14:textId="7A4FB1EB" w:rsidR="196FD633" w:rsidRDefault="196FD633" w:rsidP="196FD633">
          <w:pPr>
            <w:pStyle w:val="Header"/>
            <w:ind w:right="-115"/>
            <w:jc w:val="right"/>
          </w:pPr>
        </w:p>
      </w:tc>
    </w:tr>
  </w:tbl>
  <w:p w14:paraId="1EA75D7D" w14:textId="78E6167A" w:rsidR="196FD633" w:rsidRDefault="196FD633" w:rsidP="196FD6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196FD633" w14:paraId="54094764" w14:textId="77777777" w:rsidTr="196FD633">
      <w:trPr>
        <w:trHeight w:val="300"/>
      </w:trPr>
      <w:tc>
        <w:tcPr>
          <w:tcW w:w="2880" w:type="dxa"/>
        </w:tcPr>
        <w:p w14:paraId="387D10E3" w14:textId="649D9E12" w:rsidR="196FD633" w:rsidRDefault="196FD633" w:rsidP="196FD633">
          <w:pPr>
            <w:pStyle w:val="Header"/>
            <w:ind w:left="-115"/>
          </w:pPr>
        </w:p>
      </w:tc>
      <w:tc>
        <w:tcPr>
          <w:tcW w:w="2880" w:type="dxa"/>
        </w:tcPr>
        <w:p w14:paraId="69FFE32A" w14:textId="71A8AA00" w:rsidR="196FD633" w:rsidRDefault="196FD633" w:rsidP="196FD633">
          <w:pPr>
            <w:pStyle w:val="Header"/>
            <w:jc w:val="center"/>
          </w:pPr>
        </w:p>
      </w:tc>
      <w:tc>
        <w:tcPr>
          <w:tcW w:w="2880" w:type="dxa"/>
        </w:tcPr>
        <w:p w14:paraId="55F9DCF1" w14:textId="2AE6F948" w:rsidR="196FD633" w:rsidRDefault="196FD633" w:rsidP="196FD633">
          <w:pPr>
            <w:pStyle w:val="Header"/>
            <w:ind w:right="-115"/>
            <w:jc w:val="right"/>
          </w:pPr>
        </w:p>
      </w:tc>
    </w:tr>
  </w:tbl>
  <w:p w14:paraId="0F6FC72A" w14:textId="68A208AD" w:rsidR="196FD633" w:rsidRDefault="196FD633" w:rsidP="196FD63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320"/>
      <w:gridCol w:w="4320"/>
      <w:gridCol w:w="4320"/>
    </w:tblGrid>
    <w:tr w:rsidR="196FD633" w14:paraId="501AA3E5" w14:textId="77777777" w:rsidTr="196FD633">
      <w:trPr>
        <w:trHeight w:val="300"/>
      </w:trPr>
      <w:tc>
        <w:tcPr>
          <w:tcW w:w="4320" w:type="dxa"/>
        </w:tcPr>
        <w:p w14:paraId="232AF272" w14:textId="68EC5137" w:rsidR="196FD633" w:rsidRDefault="196FD633" w:rsidP="196FD633">
          <w:pPr>
            <w:pStyle w:val="Header"/>
            <w:ind w:left="-115"/>
          </w:pPr>
        </w:p>
      </w:tc>
      <w:tc>
        <w:tcPr>
          <w:tcW w:w="4320" w:type="dxa"/>
        </w:tcPr>
        <w:p w14:paraId="75626EFB" w14:textId="5A9D159F" w:rsidR="196FD633" w:rsidRDefault="196FD633" w:rsidP="196FD633">
          <w:pPr>
            <w:pStyle w:val="Header"/>
            <w:jc w:val="center"/>
          </w:pPr>
        </w:p>
      </w:tc>
      <w:tc>
        <w:tcPr>
          <w:tcW w:w="4320" w:type="dxa"/>
        </w:tcPr>
        <w:p w14:paraId="44A6C94B" w14:textId="72CA961B" w:rsidR="196FD633" w:rsidRDefault="196FD633" w:rsidP="196FD633">
          <w:pPr>
            <w:pStyle w:val="Header"/>
            <w:ind w:right="-115"/>
            <w:jc w:val="right"/>
          </w:pPr>
        </w:p>
      </w:tc>
    </w:tr>
  </w:tbl>
  <w:p w14:paraId="430C34C0" w14:textId="14E44874" w:rsidR="196FD633" w:rsidRDefault="196FD633" w:rsidP="196FD63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196FD633" w14:paraId="24643F2E" w14:textId="77777777" w:rsidTr="196FD633">
      <w:trPr>
        <w:trHeight w:val="300"/>
      </w:trPr>
      <w:tc>
        <w:tcPr>
          <w:tcW w:w="2880" w:type="dxa"/>
        </w:tcPr>
        <w:p w14:paraId="43CD1980" w14:textId="56598564" w:rsidR="196FD633" w:rsidRDefault="196FD633" w:rsidP="196FD633">
          <w:pPr>
            <w:pStyle w:val="Header"/>
            <w:ind w:left="-115"/>
          </w:pPr>
        </w:p>
      </w:tc>
      <w:tc>
        <w:tcPr>
          <w:tcW w:w="2880" w:type="dxa"/>
        </w:tcPr>
        <w:p w14:paraId="4E20DEE9" w14:textId="2FEBA2DA" w:rsidR="196FD633" w:rsidRDefault="196FD633" w:rsidP="196FD633">
          <w:pPr>
            <w:pStyle w:val="Header"/>
            <w:jc w:val="center"/>
          </w:pPr>
        </w:p>
      </w:tc>
      <w:tc>
        <w:tcPr>
          <w:tcW w:w="2880" w:type="dxa"/>
        </w:tcPr>
        <w:p w14:paraId="31FD7507" w14:textId="61668C9B" w:rsidR="196FD633" w:rsidRDefault="196FD633" w:rsidP="196FD633">
          <w:pPr>
            <w:pStyle w:val="Header"/>
            <w:ind w:right="-115"/>
            <w:jc w:val="right"/>
          </w:pPr>
        </w:p>
      </w:tc>
    </w:tr>
  </w:tbl>
  <w:p w14:paraId="41005ED2" w14:textId="3A387D67" w:rsidR="196FD633" w:rsidRDefault="196FD633" w:rsidP="196FD63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196FD633" w14:paraId="1FC6AEF7" w14:textId="77777777" w:rsidTr="196FD633">
      <w:trPr>
        <w:trHeight w:val="300"/>
      </w:trPr>
      <w:tc>
        <w:tcPr>
          <w:tcW w:w="2880" w:type="dxa"/>
        </w:tcPr>
        <w:p w14:paraId="4D77861A" w14:textId="0114D1A8" w:rsidR="196FD633" w:rsidRDefault="196FD633" w:rsidP="196FD633">
          <w:pPr>
            <w:pStyle w:val="Header"/>
            <w:ind w:left="-115"/>
          </w:pPr>
        </w:p>
      </w:tc>
      <w:tc>
        <w:tcPr>
          <w:tcW w:w="2880" w:type="dxa"/>
        </w:tcPr>
        <w:p w14:paraId="364DC3FA" w14:textId="73DA561F" w:rsidR="196FD633" w:rsidRDefault="196FD633" w:rsidP="196FD633">
          <w:pPr>
            <w:pStyle w:val="Header"/>
            <w:jc w:val="center"/>
          </w:pPr>
        </w:p>
      </w:tc>
      <w:tc>
        <w:tcPr>
          <w:tcW w:w="2880" w:type="dxa"/>
        </w:tcPr>
        <w:p w14:paraId="6B12ACEC" w14:textId="1F220C36" w:rsidR="196FD633" w:rsidRDefault="196FD633" w:rsidP="196FD633">
          <w:pPr>
            <w:pStyle w:val="Header"/>
            <w:ind w:right="-115"/>
            <w:jc w:val="right"/>
          </w:pPr>
        </w:p>
      </w:tc>
    </w:tr>
  </w:tbl>
  <w:p w14:paraId="697CE296" w14:textId="3FB426D8" w:rsidR="196FD633" w:rsidRDefault="196FD633" w:rsidP="196FD6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8BE0347"/>
    <w:multiLevelType w:val="hybridMultilevel"/>
    <w:tmpl w:val="2D5C9BF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AA67F52"/>
    <w:multiLevelType w:val="hybridMultilevel"/>
    <w:tmpl w:val="7B7A9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4547BF"/>
    <w:multiLevelType w:val="hybridMultilevel"/>
    <w:tmpl w:val="460A5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A21712"/>
    <w:multiLevelType w:val="hybridMultilevel"/>
    <w:tmpl w:val="35460722"/>
    <w:lvl w:ilvl="0" w:tplc="E714907A">
      <w:start w:val="1"/>
      <w:numFmt w:val="upperLetter"/>
      <w:lvlText w:val="%1."/>
      <w:lvlJc w:val="left"/>
      <w:pPr>
        <w:ind w:left="360" w:hanging="360"/>
      </w:pPr>
      <w:rPr>
        <w:rFonts w:hint="default"/>
        <w:b/>
        <w:bCs/>
        <w:color w:val="5C3873" w:themeColor="accent4"/>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5155B90"/>
    <w:multiLevelType w:val="hybridMultilevel"/>
    <w:tmpl w:val="CDB08F22"/>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D9789B"/>
    <w:multiLevelType w:val="hybridMultilevel"/>
    <w:tmpl w:val="4ACA7F5C"/>
    <w:lvl w:ilvl="0" w:tplc="15AA6A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8354131"/>
    <w:multiLevelType w:val="hybridMultilevel"/>
    <w:tmpl w:val="84B6A26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D2F6311"/>
    <w:multiLevelType w:val="hybridMultilevel"/>
    <w:tmpl w:val="BBCCF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667099"/>
    <w:multiLevelType w:val="hybridMultilevel"/>
    <w:tmpl w:val="CC5C7500"/>
    <w:lvl w:ilvl="0" w:tplc="40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22A02B2"/>
    <w:multiLevelType w:val="hybridMultilevel"/>
    <w:tmpl w:val="01E86224"/>
    <w:lvl w:ilvl="0" w:tplc="88CEA610">
      <w:start w:val="1"/>
      <w:numFmt w:val="upperLetter"/>
      <w:lvlText w:val="%1."/>
      <w:lvlJc w:val="left"/>
      <w:pPr>
        <w:ind w:left="360" w:hanging="360"/>
      </w:pPr>
      <w:rPr>
        <w:rFonts w:hint="default"/>
        <w:b/>
        <w:bCs/>
        <w:color w:val="5C3873" w:themeColor="accent4"/>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2DD688C"/>
    <w:multiLevelType w:val="hybridMultilevel"/>
    <w:tmpl w:val="A7CE06B6"/>
    <w:lvl w:ilvl="0" w:tplc="9A4618B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6445222"/>
    <w:multiLevelType w:val="hybridMultilevel"/>
    <w:tmpl w:val="589015BA"/>
    <w:lvl w:ilvl="0" w:tplc="FBBAA09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FF52BD8"/>
    <w:multiLevelType w:val="hybridMultilevel"/>
    <w:tmpl w:val="76D07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B1117D"/>
    <w:multiLevelType w:val="hybridMultilevel"/>
    <w:tmpl w:val="5DF60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C41189"/>
    <w:multiLevelType w:val="hybridMultilevel"/>
    <w:tmpl w:val="E5BAB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402492"/>
    <w:multiLevelType w:val="hybridMultilevel"/>
    <w:tmpl w:val="74E84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1E61BA"/>
    <w:multiLevelType w:val="hybridMultilevel"/>
    <w:tmpl w:val="AD94A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174EDD"/>
    <w:multiLevelType w:val="hybridMultilevel"/>
    <w:tmpl w:val="9E802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F438E2"/>
    <w:multiLevelType w:val="hybridMultilevel"/>
    <w:tmpl w:val="9DE83B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F762133"/>
    <w:multiLevelType w:val="hybridMultilevel"/>
    <w:tmpl w:val="90405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1297399">
    <w:abstractNumId w:val="8"/>
  </w:num>
  <w:num w:numId="2" w16cid:durableId="314340867">
    <w:abstractNumId w:val="6"/>
  </w:num>
  <w:num w:numId="3" w16cid:durableId="1953899457">
    <w:abstractNumId w:val="5"/>
  </w:num>
  <w:num w:numId="4" w16cid:durableId="43992424">
    <w:abstractNumId w:val="4"/>
  </w:num>
  <w:num w:numId="5" w16cid:durableId="1716198791">
    <w:abstractNumId w:val="7"/>
  </w:num>
  <w:num w:numId="6" w16cid:durableId="1118448924">
    <w:abstractNumId w:val="3"/>
  </w:num>
  <w:num w:numId="7" w16cid:durableId="769394661">
    <w:abstractNumId w:val="2"/>
  </w:num>
  <w:num w:numId="8" w16cid:durableId="133061376">
    <w:abstractNumId w:val="1"/>
  </w:num>
  <w:num w:numId="9" w16cid:durableId="518544538">
    <w:abstractNumId w:val="0"/>
  </w:num>
  <w:num w:numId="10" w16cid:durableId="1859076457">
    <w:abstractNumId w:val="9"/>
  </w:num>
  <w:num w:numId="11" w16cid:durableId="521825011">
    <w:abstractNumId w:val="15"/>
  </w:num>
  <w:num w:numId="12" w16cid:durableId="1157188701">
    <w:abstractNumId w:val="17"/>
  </w:num>
  <w:num w:numId="13" w16cid:durableId="1918897213">
    <w:abstractNumId w:val="14"/>
  </w:num>
  <w:num w:numId="14" w16cid:durableId="241179240">
    <w:abstractNumId w:val="12"/>
  </w:num>
  <w:num w:numId="15" w16cid:durableId="8334420">
    <w:abstractNumId w:val="18"/>
  </w:num>
  <w:num w:numId="16" w16cid:durableId="539586988">
    <w:abstractNumId w:val="13"/>
  </w:num>
  <w:num w:numId="17" w16cid:durableId="2139445530">
    <w:abstractNumId w:val="20"/>
  </w:num>
  <w:num w:numId="18" w16cid:durableId="1461919103">
    <w:abstractNumId w:val="16"/>
  </w:num>
  <w:num w:numId="19" w16cid:durableId="75515193">
    <w:abstractNumId w:val="19"/>
  </w:num>
  <w:num w:numId="20" w16cid:durableId="726075450">
    <w:abstractNumId w:val="27"/>
  </w:num>
  <w:num w:numId="21" w16cid:durableId="95366279">
    <w:abstractNumId w:val="28"/>
  </w:num>
  <w:num w:numId="22" w16cid:durableId="961037439">
    <w:abstractNumId w:val="24"/>
  </w:num>
  <w:num w:numId="23" w16cid:durableId="158280264">
    <w:abstractNumId w:val="21"/>
  </w:num>
  <w:num w:numId="24" w16cid:durableId="855771403">
    <w:abstractNumId w:val="10"/>
  </w:num>
  <w:num w:numId="25" w16cid:durableId="596401171">
    <w:abstractNumId w:val="11"/>
  </w:num>
  <w:num w:numId="26" w16cid:durableId="1248347640">
    <w:abstractNumId w:val="26"/>
  </w:num>
  <w:num w:numId="27" w16cid:durableId="396783615">
    <w:abstractNumId w:val="23"/>
  </w:num>
  <w:num w:numId="28" w16cid:durableId="1313827669">
    <w:abstractNumId w:val="22"/>
  </w:num>
  <w:num w:numId="29" w16cid:durableId="203885208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03F06"/>
    <w:rsid w:val="00010648"/>
    <w:rsid w:val="00012575"/>
    <w:rsid w:val="00034616"/>
    <w:rsid w:val="00044D09"/>
    <w:rsid w:val="00053564"/>
    <w:rsid w:val="0006063C"/>
    <w:rsid w:val="000644D4"/>
    <w:rsid w:val="00070B51"/>
    <w:rsid w:val="000B4477"/>
    <w:rsid w:val="000B452C"/>
    <w:rsid w:val="000D1E5E"/>
    <w:rsid w:val="000E05C0"/>
    <w:rsid w:val="000E6B7E"/>
    <w:rsid w:val="00135A82"/>
    <w:rsid w:val="00137ECB"/>
    <w:rsid w:val="001403F0"/>
    <w:rsid w:val="00142353"/>
    <w:rsid w:val="001502E0"/>
    <w:rsid w:val="0015074B"/>
    <w:rsid w:val="0015180E"/>
    <w:rsid w:val="001609D6"/>
    <w:rsid w:val="00160AA9"/>
    <w:rsid w:val="001A1A36"/>
    <w:rsid w:val="001B4230"/>
    <w:rsid w:val="001C1B18"/>
    <w:rsid w:val="001C1E65"/>
    <w:rsid w:val="001E1342"/>
    <w:rsid w:val="001F1CA8"/>
    <w:rsid w:val="0020239A"/>
    <w:rsid w:val="0022396C"/>
    <w:rsid w:val="00226CB8"/>
    <w:rsid w:val="00233EAC"/>
    <w:rsid w:val="002410CB"/>
    <w:rsid w:val="00273927"/>
    <w:rsid w:val="00280054"/>
    <w:rsid w:val="00284AB7"/>
    <w:rsid w:val="0029639D"/>
    <w:rsid w:val="002A13C3"/>
    <w:rsid w:val="002B65C5"/>
    <w:rsid w:val="002B700C"/>
    <w:rsid w:val="002E6E9F"/>
    <w:rsid w:val="00301016"/>
    <w:rsid w:val="0030364A"/>
    <w:rsid w:val="00310E73"/>
    <w:rsid w:val="00311060"/>
    <w:rsid w:val="0031309A"/>
    <w:rsid w:val="003204C2"/>
    <w:rsid w:val="00326F90"/>
    <w:rsid w:val="003409B0"/>
    <w:rsid w:val="003448BB"/>
    <w:rsid w:val="00354644"/>
    <w:rsid w:val="003620EE"/>
    <w:rsid w:val="0036554C"/>
    <w:rsid w:val="003677EF"/>
    <w:rsid w:val="00395482"/>
    <w:rsid w:val="003B4617"/>
    <w:rsid w:val="003C2AA9"/>
    <w:rsid w:val="003C7507"/>
    <w:rsid w:val="003D09FA"/>
    <w:rsid w:val="003E7DEA"/>
    <w:rsid w:val="00452B3D"/>
    <w:rsid w:val="00456D54"/>
    <w:rsid w:val="00495E91"/>
    <w:rsid w:val="00497E0B"/>
    <w:rsid w:val="004A2763"/>
    <w:rsid w:val="004B2E8A"/>
    <w:rsid w:val="004B730B"/>
    <w:rsid w:val="004C6B7F"/>
    <w:rsid w:val="004D5261"/>
    <w:rsid w:val="004E07E5"/>
    <w:rsid w:val="004E24A7"/>
    <w:rsid w:val="004F57BA"/>
    <w:rsid w:val="0051720E"/>
    <w:rsid w:val="0053417D"/>
    <w:rsid w:val="00535210"/>
    <w:rsid w:val="00594A6E"/>
    <w:rsid w:val="005A0081"/>
    <w:rsid w:val="005A12CD"/>
    <w:rsid w:val="005A3362"/>
    <w:rsid w:val="005A4EAB"/>
    <w:rsid w:val="005A6935"/>
    <w:rsid w:val="005A74CA"/>
    <w:rsid w:val="005B4BB3"/>
    <w:rsid w:val="005B66D7"/>
    <w:rsid w:val="005C1E80"/>
    <w:rsid w:val="005C7F54"/>
    <w:rsid w:val="005D787A"/>
    <w:rsid w:val="005E0D78"/>
    <w:rsid w:val="00620F3B"/>
    <w:rsid w:val="0063355C"/>
    <w:rsid w:val="00634575"/>
    <w:rsid w:val="00647444"/>
    <w:rsid w:val="00662BCD"/>
    <w:rsid w:val="00680521"/>
    <w:rsid w:val="006D170C"/>
    <w:rsid w:val="006D7A84"/>
    <w:rsid w:val="006F1986"/>
    <w:rsid w:val="006F3948"/>
    <w:rsid w:val="006F7367"/>
    <w:rsid w:val="007143B0"/>
    <w:rsid w:val="00716C5B"/>
    <w:rsid w:val="00720408"/>
    <w:rsid w:val="007349FD"/>
    <w:rsid w:val="00734FAD"/>
    <w:rsid w:val="00751744"/>
    <w:rsid w:val="00751E8B"/>
    <w:rsid w:val="007620CD"/>
    <w:rsid w:val="0077353F"/>
    <w:rsid w:val="0077684C"/>
    <w:rsid w:val="00785816"/>
    <w:rsid w:val="007A4D87"/>
    <w:rsid w:val="007E2419"/>
    <w:rsid w:val="007E2A85"/>
    <w:rsid w:val="007E2C95"/>
    <w:rsid w:val="007F6AB4"/>
    <w:rsid w:val="00801997"/>
    <w:rsid w:val="00826110"/>
    <w:rsid w:val="008273B2"/>
    <w:rsid w:val="0083205F"/>
    <w:rsid w:val="00843DBE"/>
    <w:rsid w:val="00846585"/>
    <w:rsid w:val="008518BC"/>
    <w:rsid w:val="00862080"/>
    <w:rsid w:val="0087639E"/>
    <w:rsid w:val="008970C1"/>
    <w:rsid w:val="008A77FF"/>
    <w:rsid w:val="008B1032"/>
    <w:rsid w:val="008B314E"/>
    <w:rsid w:val="008D441C"/>
    <w:rsid w:val="008D66DE"/>
    <w:rsid w:val="008E756D"/>
    <w:rsid w:val="008E7AC2"/>
    <w:rsid w:val="008F19A2"/>
    <w:rsid w:val="008F20FC"/>
    <w:rsid w:val="008F4BDC"/>
    <w:rsid w:val="008F7A2E"/>
    <w:rsid w:val="0090388C"/>
    <w:rsid w:val="00905974"/>
    <w:rsid w:val="00906C93"/>
    <w:rsid w:val="0091658D"/>
    <w:rsid w:val="00932D2C"/>
    <w:rsid w:val="0094585B"/>
    <w:rsid w:val="00947E64"/>
    <w:rsid w:val="00961286"/>
    <w:rsid w:val="00981733"/>
    <w:rsid w:val="0098347D"/>
    <w:rsid w:val="00986B05"/>
    <w:rsid w:val="009A1C3C"/>
    <w:rsid w:val="009A6F60"/>
    <w:rsid w:val="009A7E06"/>
    <w:rsid w:val="009B30C8"/>
    <w:rsid w:val="009B3BA5"/>
    <w:rsid w:val="009C1A9A"/>
    <w:rsid w:val="009C76E3"/>
    <w:rsid w:val="009E0982"/>
    <w:rsid w:val="009E388C"/>
    <w:rsid w:val="009F4D43"/>
    <w:rsid w:val="009F7071"/>
    <w:rsid w:val="00A44816"/>
    <w:rsid w:val="00A4638B"/>
    <w:rsid w:val="00A66552"/>
    <w:rsid w:val="00A82B73"/>
    <w:rsid w:val="00A86297"/>
    <w:rsid w:val="00A94701"/>
    <w:rsid w:val="00A96492"/>
    <w:rsid w:val="00AA0240"/>
    <w:rsid w:val="00AA1D8D"/>
    <w:rsid w:val="00AB1C21"/>
    <w:rsid w:val="00AB3555"/>
    <w:rsid w:val="00AB37F4"/>
    <w:rsid w:val="00AC49EF"/>
    <w:rsid w:val="00AD2C91"/>
    <w:rsid w:val="00AD7C02"/>
    <w:rsid w:val="00AE0ACF"/>
    <w:rsid w:val="00AF1A1B"/>
    <w:rsid w:val="00AF2D98"/>
    <w:rsid w:val="00B04B1D"/>
    <w:rsid w:val="00B14086"/>
    <w:rsid w:val="00B34374"/>
    <w:rsid w:val="00B468A0"/>
    <w:rsid w:val="00B47730"/>
    <w:rsid w:val="00B63FE4"/>
    <w:rsid w:val="00B72A7E"/>
    <w:rsid w:val="00B841A7"/>
    <w:rsid w:val="00BC14D4"/>
    <w:rsid w:val="00BC7963"/>
    <w:rsid w:val="00BD7660"/>
    <w:rsid w:val="00BE4F0B"/>
    <w:rsid w:val="00BE7E15"/>
    <w:rsid w:val="00BF5A2B"/>
    <w:rsid w:val="00C04FC0"/>
    <w:rsid w:val="00C0503C"/>
    <w:rsid w:val="00C1066E"/>
    <w:rsid w:val="00C17D64"/>
    <w:rsid w:val="00C441E2"/>
    <w:rsid w:val="00C524C9"/>
    <w:rsid w:val="00C56DF7"/>
    <w:rsid w:val="00C60DD3"/>
    <w:rsid w:val="00C745F1"/>
    <w:rsid w:val="00C80D57"/>
    <w:rsid w:val="00C828B6"/>
    <w:rsid w:val="00CB0664"/>
    <w:rsid w:val="00CB21DA"/>
    <w:rsid w:val="00CB6593"/>
    <w:rsid w:val="00CC0924"/>
    <w:rsid w:val="00CC1A73"/>
    <w:rsid w:val="00CE0778"/>
    <w:rsid w:val="00CE13D6"/>
    <w:rsid w:val="00CE70FE"/>
    <w:rsid w:val="00CF0A30"/>
    <w:rsid w:val="00CF0BE1"/>
    <w:rsid w:val="00CF1FD9"/>
    <w:rsid w:val="00D043AA"/>
    <w:rsid w:val="00D110AE"/>
    <w:rsid w:val="00D11A40"/>
    <w:rsid w:val="00D25585"/>
    <w:rsid w:val="00D25B03"/>
    <w:rsid w:val="00D54154"/>
    <w:rsid w:val="00D54C69"/>
    <w:rsid w:val="00D609C0"/>
    <w:rsid w:val="00D60D8A"/>
    <w:rsid w:val="00D62BCC"/>
    <w:rsid w:val="00D709CB"/>
    <w:rsid w:val="00D81A3B"/>
    <w:rsid w:val="00D8293C"/>
    <w:rsid w:val="00D87C0B"/>
    <w:rsid w:val="00D93C53"/>
    <w:rsid w:val="00D93EC0"/>
    <w:rsid w:val="00D942F1"/>
    <w:rsid w:val="00DD3D97"/>
    <w:rsid w:val="00DD4366"/>
    <w:rsid w:val="00DE06CD"/>
    <w:rsid w:val="00DF392B"/>
    <w:rsid w:val="00DF39A1"/>
    <w:rsid w:val="00E0174A"/>
    <w:rsid w:val="00E17278"/>
    <w:rsid w:val="00E23308"/>
    <w:rsid w:val="00E4515C"/>
    <w:rsid w:val="00E51811"/>
    <w:rsid w:val="00E66C53"/>
    <w:rsid w:val="00E75ECF"/>
    <w:rsid w:val="00E82D02"/>
    <w:rsid w:val="00EA4A29"/>
    <w:rsid w:val="00EB15A1"/>
    <w:rsid w:val="00EB3118"/>
    <w:rsid w:val="00EB3548"/>
    <w:rsid w:val="00EC0FB3"/>
    <w:rsid w:val="00ED05BE"/>
    <w:rsid w:val="00EF0999"/>
    <w:rsid w:val="00EF17A6"/>
    <w:rsid w:val="00EF71C8"/>
    <w:rsid w:val="00F224C3"/>
    <w:rsid w:val="00F244FB"/>
    <w:rsid w:val="00F43A00"/>
    <w:rsid w:val="00F44B9E"/>
    <w:rsid w:val="00F51D97"/>
    <w:rsid w:val="00F544E2"/>
    <w:rsid w:val="00F546C0"/>
    <w:rsid w:val="00F64DB9"/>
    <w:rsid w:val="00F67021"/>
    <w:rsid w:val="00F75B17"/>
    <w:rsid w:val="00F912B9"/>
    <w:rsid w:val="00FA7212"/>
    <w:rsid w:val="00FA7C27"/>
    <w:rsid w:val="00FC2388"/>
    <w:rsid w:val="00FC693F"/>
    <w:rsid w:val="00FC79D9"/>
    <w:rsid w:val="00FE52A4"/>
    <w:rsid w:val="00FF5D41"/>
    <w:rsid w:val="00FF6D45"/>
    <w:rsid w:val="01B762C7"/>
    <w:rsid w:val="0242EE52"/>
    <w:rsid w:val="02970D26"/>
    <w:rsid w:val="047EBBA6"/>
    <w:rsid w:val="08D917F1"/>
    <w:rsid w:val="0DD14E57"/>
    <w:rsid w:val="196FD633"/>
    <w:rsid w:val="21B04064"/>
    <w:rsid w:val="21B0E070"/>
    <w:rsid w:val="229D2D96"/>
    <w:rsid w:val="2B813817"/>
    <w:rsid w:val="2C38E948"/>
    <w:rsid w:val="2F055DF2"/>
    <w:rsid w:val="2F216FCA"/>
    <w:rsid w:val="303874A1"/>
    <w:rsid w:val="3316FFDA"/>
    <w:rsid w:val="331E2303"/>
    <w:rsid w:val="34BC8190"/>
    <w:rsid w:val="3692EAB2"/>
    <w:rsid w:val="38E69087"/>
    <w:rsid w:val="3918319A"/>
    <w:rsid w:val="3B0ABAD8"/>
    <w:rsid w:val="3BEC76E1"/>
    <w:rsid w:val="3E939E82"/>
    <w:rsid w:val="41FA4E2D"/>
    <w:rsid w:val="42EDD47A"/>
    <w:rsid w:val="4435431E"/>
    <w:rsid w:val="4765078D"/>
    <w:rsid w:val="49F03444"/>
    <w:rsid w:val="4FE54BA4"/>
    <w:rsid w:val="50CC0627"/>
    <w:rsid w:val="54594F0C"/>
    <w:rsid w:val="56060AF8"/>
    <w:rsid w:val="6069584B"/>
    <w:rsid w:val="634FC714"/>
    <w:rsid w:val="66510902"/>
    <w:rsid w:val="68234B5F"/>
    <w:rsid w:val="6D245894"/>
    <w:rsid w:val="71796E53"/>
    <w:rsid w:val="73895725"/>
    <w:rsid w:val="75723E21"/>
    <w:rsid w:val="77ECA3DD"/>
    <w:rsid w:val="7AC35CA4"/>
    <w:rsid w:val="7FF6B4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0D1094"/>
  <w14:defaultImageDpi w14:val="330"/>
  <w15:docId w15:val="{1D8FA6D9-325D-4E32-B24E-310EC6CA4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3362"/>
  </w:style>
  <w:style w:type="paragraph" w:styleId="Heading1">
    <w:name w:val="heading 1"/>
    <w:basedOn w:val="Normal"/>
    <w:next w:val="Normal"/>
    <w:link w:val="Heading1Char"/>
    <w:uiPriority w:val="9"/>
    <w:qFormat/>
    <w:rsid w:val="005A3362"/>
    <w:pPr>
      <w:pBdr>
        <w:top w:val="single" w:sz="24" w:space="0" w:color="EDE6E0" w:themeColor="accent1"/>
        <w:left w:val="single" w:sz="24" w:space="0" w:color="EDE6E0" w:themeColor="accent1"/>
        <w:bottom w:val="single" w:sz="24" w:space="0" w:color="EDE6E0" w:themeColor="accent1"/>
        <w:right w:val="single" w:sz="24" w:space="0" w:color="EDE6E0" w:themeColor="accent1"/>
      </w:pBdr>
      <w:shd w:val="clear" w:color="auto" w:fill="EDE6E0"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5A3362"/>
    <w:pPr>
      <w:pBdr>
        <w:top w:val="single" w:sz="24" w:space="0" w:color="FBF9F8" w:themeColor="accent1" w:themeTint="33"/>
        <w:left w:val="single" w:sz="24" w:space="0" w:color="FBF9F8" w:themeColor="accent1" w:themeTint="33"/>
        <w:bottom w:val="single" w:sz="24" w:space="0" w:color="FBF9F8" w:themeColor="accent1" w:themeTint="33"/>
        <w:right w:val="single" w:sz="24" w:space="0" w:color="FBF9F8" w:themeColor="accent1" w:themeTint="33"/>
      </w:pBdr>
      <w:shd w:val="clear" w:color="auto" w:fill="FBF9F8"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5A3362"/>
    <w:pPr>
      <w:pBdr>
        <w:top w:val="single" w:sz="6" w:space="2" w:color="EDE6E0" w:themeColor="accent1"/>
      </w:pBdr>
      <w:spacing w:before="300" w:after="0"/>
      <w:outlineLvl w:val="2"/>
    </w:pPr>
    <w:rPr>
      <w:caps/>
      <w:color w:val="917054" w:themeColor="accent1" w:themeShade="7F"/>
      <w:spacing w:val="15"/>
    </w:rPr>
  </w:style>
  <w:style w:type="paragraph" w:styleId="Heading4">
    <w:name w:val="heading 4"/>
    <w:basedOn w:val="Normal"/>
    <w:next w:val="Normal"/>
    <w:link w:val="Heading4Char"/>
    <w:uiPriority w:val="9"/>
    <w:semiHidden/>
    <w:unhideWhenUsed/>
    <w:qFormat/>
    <w:rsid w:val="005A3362"/>
    <w:pPr>
      <w:pBdr>
        <w:top w:val="dotted" w:sz="6" w:space="2" w:color="EDE6E0" w:themeColor="accent1"/>
      </w:pBdr>
      <w:spacing w:before="200" w:after="0"/>
      <w:outlineLvl w:val="3"/>
    </w:pPr>
    <w:rPr>
      <w:caps/>
      <w:color w:val="C2AA96" w:themeColor="accent1" w:themeShade="BF"/>
      <w:spacing w:val="10"/>
    </w:rPr>
  </w:style>
  <w:style w:type="paragraph" w:styleId="Heading5">
    <w:name w:val="heading 5"/>
    <w:basedOn w:val="Normal"/>
    <w:next w:val="Normal"/>
    <w:link w:val="Heading5Char"/>
    <w:uiPriority w:val="9"/>
    <w:semiHidden/>
    <w:unhideWhenUsed/>
    <w:qFormat/>
    <w:rsid w:val="005A3362"/>
    <w:pPr>
      <w:pBdr>
        <w:bottom w:val="single" w:sz="6" w:space="1" w:color="EDE6E0" w:themeColor="accent1"/>
      </w:pBdr>
      <w:spacing w:before="200" w:after="0"/>
      <w:outlineLvl w:val="4"/>
    </w:pPr>
    <w:rPr>
      <w:caps/>
      <w:color w:val="C2AA96" w:themeColor="accent1" w:themeShade="BF"/>
      <w:spacing w:val="10"/>
    </w:rPr>
  </w:style>
  <w:style w:type="paragraph" w:styleId="Heading6">
    <w:name w:val="heading 6"/>
    <w:basedOn w:val="Normal"/>
    <w:next w:val="Normal"/>
    <w:link w:val="Heading6Char"/>
    <w:uiPriority w:val="9"/>
    <w:semiHidden/>
    <w:unhideWhenUsed/>
    <w:qFormat/>
    <w:rsid w:val="005A3362"/>
    <w:pPr>
      <w:pBdr>
        <w:bottom w:val="dotted" w:sz="6" w:space="1" w:color="EDE6E0" w:themeColor="accent1"/>
      </w:pBdr>
      <w:spacing w:before="200" w:after="0"/>
      <w:outlineLvl w:val="5"/>
    </w:pPr>
    <w:rPr>
      <w:caps/>
      <w:color w:val="C2AA96" w:themeColor="accent1" w:themeShade="BF"/>
      <w:spacing w:val="10"/>
    </w:rPr>
  </w:style>
  <w:style w:type="paragraph" w:styleId="Heading7">
    <w:name w:val="heading 7"/>
    <w:basedOn w:val="Normal"/>
    <w:next w:val="Normal"/>
    <w:link w:val="Heading7Char"/>
    <w:uiPriority w:val="9"/>
    <w:semiHidden/>
    <w:unhideWhenUsed/>
    <w:qFormat/>
    <w:rsid w:val="005A3362"/>
    <w:pPr>
      <w:spacing w:before="200" w:after="0"/>
      <w:outlineLvl w:val="6"/>
    </w:pPr>
    <w:rPr>
      <w:caps/>
      <w:color w:val="C2AA96" w:themeColor="accent1" w:themeShade="BF"/>
      <w:spacing w:val="10"/>
    </w:rPr>
  </w:style>
  <w:style w:type="paragraph" w:styleId="Heading8">
    <w:name w:val="heading 8"/>
    <w:basedOn w:val="Normal"/>
    <w:next w:val="Normal"/>
    <w:link w:val="Heading8Char"/>
    <w:uiPriority w:val="9"/>
    <w:semiHidden/>
    <w:unhideWhenUsed/>
    <w:qFormat/>
    <w:rsid w:val="005A3362"/>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A3362"/>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5A3362"/>
    <w:pPr>
      <w:spacing w:after="0" w:line="240" w:lineRule="auto"/>
    </w:pPr>
  </w:style>
  <w:style w:type="character" w:customStyle="1" w:styleId="Heading1Char">
    <w:name w:val="Heading 1 Char"/>
    <w:basedOn w:val="DefaultParagraphFont"/>
    <w:link w:val="Heading1"/>
    <w:uiPriority w:val="9"/>
    <w:rsid w:val="005A3362"/>
    <w:rPr>
      <w:caps/>
      <w:color w:val="FFFFFF" w:themeColor="background1"/>
      <w:spacing w:val="15"/>
      <w:sz w:val="22"/>
      <w:szCs w:val="22"/>
      <w:shd w:val="clear" w:color="auto" w:fill="EDE6E0" w:themeFill="accent1"/>
    </w:rPr>
  </w:style>
  <w:style w:type="character" w:customStyle="1" w:styleId="Heading2Char">
    <w:name w:val="Heading 2 Char"/>
    <w:basedOn w:val="DefaultParagraphFont"/>
    <w:link w:val="Heading2"/>
    <w:uiPriority w:val="9"/>
    <w:rsid w:val="005A3362"/>
    <w:rPr>
      <w:caps/>
      <w:spacing w:val="15"/>
      <w:shd w:val="clear" w:color="auto" w:fill="FBF9F8" w:themeFill="accent1" w:themeFillTint="33"/>
    </w:rPr>
  </w:style>
  <w:style w:type="character" w:customStyle="1" w:styleId="Heading3Char">
    <w:name w:val="Heading 3 Char"/>
    <w:basedOn w:val="DefaultParagraphFont"/>
    <w:link w:val="Heading3"/>
    <w:uiPriority w:val="9"/>
    <w:rsid w:val="005A3362"/>
    <w:rPr>
      <w:caps/>
      <w:color w:val="917054" w:themeColor="accent1" w:themeShade="7F"/>
      <w:spacing w:val="15"/>
    </w:rPr>
  </w:style>
  <w:style w:type="paragraph" w:styleId="Title">
    <w:name w:val="Title"/>
    <w:basedOn w:val="Normal"/>
    <w:next w:val="Normal"/>
    <w:link w:val="TitleChar"/>
    <w:uiPriority w:val="10"/>
    <w:qFormat/>
    <w:rsid w:val="005A3362"/>
    <w:pPr>
      <w:spacing w:before="0" w:after="0"/>
    </w:pPr>
    <w:rPr>
      <w:rFonts w:asciiTheme="majorHAnsi" w:eastAsiaTheme="majorEastAsia" w:hAnsiTheme="majorHAnsi" w:cstheme="majorBidi"/>
      <w:caps/>
      <w:color w:val="EDE6E0" w:themeColor="accent1"/>
      <w:spacing w:val="10"/>
      <w:sz w:val="52"/>
      <w:szCs w:val="52"/>
    </w:rPr>
  </w:style>
  <w:style w:type="character" w:customStyle="1" w:styleId="TitleChar">
    <w:name w:val="Title Char"/>
    <w:basedOn w:val="DefaultParagraphFont"/>
    <w:link w:val="Title"/>
    <w:uiPriority w:val="10"/>
    <w:rsid w:val="005A3362"/>
    <w:rPr>
      <w:rFonts w:asciiTheme="majorHAnsi" w:eastAsiaTheme="majorEastAsia" w:hAnsiTheme="majorHAnsi" w:cstheme="majorBidi"/>
      <w:caps/>
      <w:color w:val="EDE6E0" w:themeColor="accent1"/>
      <w:spacing w:val="10"/>
      <w:sz w:val="52"/>
      <w:szCs w:val="52"/>
    </w:rPr>
  </w:style>
  <w:style w:type="paragraph" w:styleId="Subtitle">
    <w:name w:val="Subtitle"/>
    <w:basedOn w:val="Normal"/>
    <w:next w:val="Normal"/>
    <w:link w:val="SubtitleChar"/>
    <w:uiPriority w:val="11"/>
    <w:qFormat/>
    <w:rsid w:val="005A3362"/>
    <w:pPr>
      <w:spacing w:before="0" w:after="500" w:line="240" w:lineRule="auto"/>
    </w:pPr>
    <w:rPr>
      <w:caps/>
      <w:color w:val="796D83" w:themeColor="text1" w:themeTint="A6"/>
      <w:spacing w:val="10"/>
      <w:sz w:val="21"/>
      <w:szCs w:val="21"/>
    </w:rPr>
  </w:style>
  <w:style w:type="character" w:customStyle="1" w:styleId="SubtitleChar">
    <w:name w:val="Subtitle Char"/>
    <w:basedOn w:val="DefaultParagraphFont"/>
    <w:link w:val="Subtitle"/>
    <w:uiPriority w:val="11"/>
    <w:rsid w:val="005A3362"/>
    <w:rPr>
      <w:caps/>
      <w:color w:val="796D83" w:themeColor="text1" w:themeTint="A6"/>
      <w:spacing w:val="10"/>
      <w:sz w:val="21"/>
      <w:szCs w:val="21"/>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5A3362"/>
    <w:rPr>
      <w:i/>
      <w:iCs/>
      <w:sz w:val="24"/>
      <w:szCs w:val="24"/>
    </w:rPr>
  </w:style>
  <w:style w:type="character" w:customStyle="1" w:styleId="QuoteChar">
    <w:name w:val="Quote Char"/>
    <w:basedOn w:val="DefaultParagraphFont"/>
    <w:link w:val="Quote"/>
    <w:uiPriority w:val="29"/>
    <w:rsid w:val="005A3362"/>
    <w:rPr>
      <w:i/>
      <w:iCs/>
      <w:sz w:val="24"/>
      <w:szCs w:val="24"/>
    </w:rPr>
  </w:style>
  <w:style w:type="character" w:customStyle="1" w:styleId="Heading4Char">
    <w:name w:val="Heading 4 Char"/>
    <w:basedOn w:val="DefaultParagraphFont"/>
    <w:link w:val="Heading4"/>
    <w:uiPriority w:val="9"/>
    <w:semiHidden/>
    <w:rsid w:val="005A3362"/>
    <w:rPr>
      <w:caps/>
      <w:color w:val="C2AA96" w:themeColor="accent1" w:themeShade="BF"/>
      <w:spacing w:val="10"/>
    </w:rPr>
  </w:style>
  <w:style w:type="character" w:customStyle="1" w:styleId="Heading5Char">
    <w:name w:val="Heading 5 Char"/>
    <w:basedOn w:val="DefaultParagraphFont"/>
    <w:link w:val="Heading5"/>
    <w:uiPriority w:val="9"/>
    <w:semiHidden/>
    <w:rsid w:val="005A3362"/>
    <w:rPr>
      <w:caps/>
      <w:color w:val="C2AA96" w:themeColor="accent1" w:themeShade="BF"/>
      <w:spacing w:val="10"/>
    </w:rPr>
  </w:style>
  <w:style w:type="character" w:customStyle="1" w:styleId="Heading6Char">
    <w:name w:val="Heading 6 Char"/>
    <w:basedOn w:val="DefaultParagraphFont"/>
    <w:link w:val="Heading6"/>
    <w:uiPriority w:val="9"/>
    <w:semiHidden/>
    <w:rsid w:val="005A3362"/>
    <w:rPr>
      <w:caps/>
      <w:color w:val="C2AA96" w:themeColor="accent1" w:themeShade="BF"/>
      <w:spacing w:val="10"/>
    </w:rPr>
  </w:style>
  <w:style w:type="character" w:customStyle="1" w:styleId="Heading7Char">
    <w:name w:val="Heading 7 Char"/>
    <w:basedOn w:val="DefaultParagraphFont"/>
    <w:link w:val="Heading7"/>
    <w:uiPriority w:val="9"/>
    <w:semiHidden/>
    <w:rsid w:val="005A3362"/>
    <w:rPr>
      <w:caps/>
      <w:color w:val="C2AA96" w:themeColor="accent1" w:themeShade="BF"/>
      <w:spacing w:val="10"/>
    </w:rPr>
  </w:style>
  <w:style w:type="character" w:customStyle="1" w:styleId="Heading8Char">
    <w:name w:val="Heading 8 Char"/>
    <w:basedOn w:val="DefaultParagraphFont"/>
    <w:link w:val="Heading8"/>
    <w:uiPriority w:val="9"/>
    <w:semiHidden/>
    <w:rsid w:val="005A3362"/>
    <w:rPr>
      <w:caps/>
      <w:spacing w:val="10"/>
      <w:sz w:val="18"/>
      <w:szCs w:val="18"/>
    </w:rPr>
  </w:style>
  <w:style w:type="character" w:customStyle="1" w:styleId="Heading9Char">
    <w:name w:val="Heading 9 Char"/>
    <w:basedOn w:val="DefaultParagraphFont"/>
    <w:link w:val="Heading9"/>
    <w:uiPriority w:val="9"/>
    <w:semiHidden/>
    <w:rsid w:val="005A3362"/>
    <w:rPr>
      <w:i/>
      <w:iCs/>
      <w:caps/>
      <w:spacing w:val="10"/>
      <w:sz w:val="18"/>
      <w:szCs w:val="18"/>
    </w:rPr>
  </w:style>
  <w:style w:type="paragraph" w:styleId="Caption">
    <w:name w:val="caption"/>
    <w:basedOn w:val="Normal"/>
    <w:next w:val="Normal"/>
    <w:uiPriority w:val="35"/>
    <w:semiHidden/>
    <w:unhideWhenUsed/>
    <w:qFormat/>
    <w:rsid w:val="005A3362"/>
    <w:rPr>
      <w:b/>
      <w:bCs/>
      <w:color w:val="C2AA96" w:themeColor="accent1" w:themeShade="BF"/>
      <w:sz w:val="16"/>
      <w:szCs w:val="16"/>
    </w:rPr>
  </w:style>
  <w:style w:type="character" w:styleId="Strong">
    <w:name w:val="Strong"/>
    <w:uiPriority w:val="22"/>
    <w:qFormat/>
    <w:rsid w:val="005A3362"/>
    <w:rPr>
      <w:b/>
      <w:bCs/>
    </w:rPr>
  </w:style>
  <w:style w:type="character" w:styleId="Emphasis">
    <w:name w:val="Emphasis"/>
    <w:uiPriority w:val="20"/>
    <w:qFormat/>
    <w:rsid w:val="005A3362"/>
    <w:rPr>
      <w:caps/>
      <w:color w:val="917054" w:themeColor="accent1" w:themeShade="7F"/>
      <w:spacing w:val="5"/>
    </w:rPr>
  </w:style>
  <w:style w:type="paragraph" w:styleId="IntenseQuote">
    <w:name w:val="Intense Quote"/>
    <w:basedOn w:val="Normal"/>
    <w:next w:val="Normal"/>
    <w:link w:val="IntenseQuoteChar"/>
    <w:uiPriority w:val="30"/>
    <w:qFormat/>
    <w:rsid w:val="005A3362"/>
    <w:pPr>
      <w:spacing w:before="240" w:after="240" w:line="240" w:lineRule="auto"/>
      <w:ind w:left="1080" w:right="1080"/>
      <w:jc w:val="center"/>
    </w:pPr>
    <w:rPr>
      <w:color w:val="EDE6E0" w:themeColor="accent1"/>
      <w:sz w:val="24"/>
      <w:szCs w:val="24"/>
    </w:rPr>
  </w:style>
  <w:style w:type="character" w:customStyle="1" w:styleId="IntenseQuoteChar">
    <w:name w:val="Intense Quote Char"/>
    <w:basedOn w:val="DefaultParagraphFont"/>
    <w:link w:val="IntenseQuote"/>
    <w:uiPriority w:val="30"/>
    <w:rsid w:val="005A3362"/>
    <w:rPr>
      <w:color w:val="EDE6E0" w:themeColor="accent1"/>
      <w:sz w:val="24"/>
      <w:szCs w:val="24"/>
    </w:rPr>
  </w:style>
  <w:style w:type="character" w:styleId="SubtleEmphasis">
    <w:name w:val="Subtle Emphasis"/>
    <w:uiPriority w:val="19"/>
    <w:qFormat/>
    <w:rsid w:val="005A3362"/>
    <w:rPr>
      <w:i/>
      <w:iCs/>
      <w:color w:val="917054" w:themeColor="accent1" w:themeShade="7F"/>
    </w:rPr>
  </w:style>
  <w:style w:type="character" w:styleId="IntenseEmphasis">
    <w:name w:val="Intense Emphasis"/>
    <w:uiPriority w:val="21"/>
    <w:qFormat/>
    <w:rsid w:val="005A3362"/>
    <w:rPr>
      <w:b/>
      <w:bCs/>
      <w:caps/>
      <w:color w:val="917054" w:themeColor="accent1" w:themeShade="7F"/>
      <w:spacing w:val="10"/>
    </w:rPr>
  </w:style>
  <w:style w:type="character" w:styleId="SubtleReference">
    <w:name w:val="Subtle Reference"/>
    <w:uiPriority w:val="31"/>
    <w:qFormat/>
    <w:rsid w:val="005A3362"/>
    <w:rPr>
      <w:b/>
      <w:bCs/>
      <w:color w:val="EDE6E0" w:themeColor="accent1"/>
    </w:rPr>
  </w:style>
  <w:style w:type="character" w:styleId="IntenseReference">
    <w:name w:val="Intense Reference"/>
    <w:uiPriority w:val="32"/>
    <w:qFormat/>
    <w:rsid w:val="005A3362"/>
    <w:rPr>
      <w:b/>
      <w:bCs/>
      <w:i/>
      <w:iCs/>
      <w:caps/>
      <w:color w:val="EDE6E0" w:themeColor="accent1"/>
    </w:rPr>
  </w:style>
  <w:style w:type="character" w:styleId="BookTitle">
    <w:name w:val="Book Title"/>
    <w:uiPriority w:val="33"/>
    <w:qFormat/>
    <w:rsid w:val="005A3362"/>
    <w:rPr>
      <w:b/>
      <w:bCs/>
      <w:i/>
      <w:iCs/>
      <w:spacing w:val="0"/>
    </w:rPr>
  </w:style>
  <w:style w:type="paragraph" w:styleId="TOCHeading">
    <w:name w:val="TOC Heading"/>
    <w:basedOn w:val="Heading1"/>
    <w:next w:val="Normal"/>
    <w:uiPriority w:val="39"/>
    <w:semiHidden/>
    <w:unhideWhenUsed/>
    <w:qFormat/>
    <w:rsid w:val="005A3362"/>
    <w:pPr>
      <w:outlineLvl w:val="9"/>
    </w:pPr>
  </w:style>
  <w:style w:type="table" w:styleId="TableGrid">
    <w:name w:val="Table Grid"/>
    <w:basedOn w:val="TableNormal"/>
    <w:uiPriority w:val="59"/>
    <w:rsid w:val="00FC693F"/>
    <w:pPr>
      <w:spacing w:after="0" w:line="240" w:lineRule="auto"/>
    </w:pPr>
    <w:tblPr/>
  </w:style>
  <w:style w:type="table" w:styleId="LightShading">
    <w:name w:val="Light Shading"/>
    <w:basedOn w:val="TableNormal"/>
    <w:uiPriority w:val="60"/>
    <w:rsid w:val="00FC693F"/>
    <w:pPr>
      <w:spacing w:after="0" w:line="240" w:lineRule="auto"/>
    </w:pPr>
    <w:rPr>
      <w:color w:val="242127" w:themeColor="text1" w:themeShade="BF"/>
    </w:rPr>
    <w:tblPr>
      <w:tblStyleRowBandSize w:val="1"/>
      <w:tblStyleColBandSize w:val="1"/>
    </w:tblPr>
    <w:tblStylePr w:type="firstRow">
      <w:pPr>
        <w:spacing w:before="0" w:after="0" w:line="240" w:lineRule="auto"/>
      </w:pPr>
      <w:rPr>
        <w:b/>
        <w:bCs/>
      </w:rPr>
      <w:tblPr/>
      <w:tcPr>
        <w:tcBorders>
          <w:top w:val="single" w:sz="8" w:space="0" w:color="312C35" w:themeColor="text1"/>
          <w:left w:val="nil"/>
          <w:bottom w:val="single" w:sz="8" w:space="0" w:color="312C35" w:themeColor="text1"/>
          <w:right w:val="nil"/>
          <w:insideH w:val="nil"/>
          <w:insideV w:val="nil"/>
        </w:tcBorders>
      </w:tcPr>
    </w:tblStylePr>
    <w:tblStylePr w:type="lastRow">
      <w:pPr>
        <w:spacing w:before="0" w:after="0" w:line="240" w:lineRule="auto"/>
      </w:pPr>
      <w:rPr>
        <w:b/>
        <w:bCs/>
      </w:rPr>
      <w:tblPr/>
      <w:tcPr>
        <w:tcBorders>
          <w:top w:val="single" w:sz="8" w:space="0" w:color="312C35" w:themeColor="text1"/>
          <w:left w:val="nil"/>
          <w:bottom w:val="single" w:sz="8" w:space="0" w:color="312C35"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7D0" w:themeFill="text1" w:themeFillTint="3F"/>
      </w:tcPr>
    </w:tblStylePr>
    <w:tblStylePr w:type="band1Horz">
      <w:tblPr/>
      <w:tcPr>
        <w:tcBorders>
          <w:left w:val="nil"/>
          <w:right w:val="nil"/>
          <w:insideH w:val="nil"/>
          <w:insideV w:val="nil"/>
        </w:tcBorders>
        <w:shd w:val="clear" w:color="auto" w:fill="CCC7D0" w:themeFill="text1" w:themeFillTint="3F"/>
      </w:tcPr>
    </w:tblStylePr>
  </w:style>
  <w:style w:type="table" w:styleId="LightShading-Accent1">
    <w:name w:val="Light Shading Accent 1"/>
    <w:basedOn w:val="TableNormal"/>
    <w:uiPriority w:val="60"/>
    <w:rsid w:val="00FC693F"/>
    <w:pPr>
      <w:spacing w:after="0" w:line="240" w:lineRule="auto"/>
    </w:pPr>
    <w:rPr>
      <w:color w:val="C2AA96" w:themeColor="accent1" w:themeShade="BF"/>
    </w:rPr>
    <w:tblPr>
      <w:tblStyleRowBandSize w:val="1"/>
      <w:tblStyleColBandSize w:val="1"/>
    </w:tblPr>
    <w:tblStylePr w:type="firstRow">
      <w:pPr>
        <w:spacing w:before="0" w:after="0" w:line="240" w:lineRule="auto"/>
      </w:pPr>
      <w:rPr>
        <w:b/>
        <w:bCs/>
      </w:rPr>
      <w:tblPr/>
      <w:tcPr>
        <w:tcBorders>
          <w:top w:val="single" w:sz="8" w:space="0" w:color="EDE6E0" w:themeColor="accent1"/>
          <w:left w:val="nil"/>
          <w:bottom w:val="single" w:sz="8" w:space="0" w:color="EDE6E0" w:themeColor="accent1"/>
          <w:right w:val="nil"/>
          <w:insideH w:val="nil"/>
          <w:insideV w:val="nil"/>
        </w:tcBorders>
      </w:tcPr>
    </w:tblStylePr>
    <w:tblStylePr w:type="lastRow">
      <w:pPr>
        <w:spacing w:before="0" w:after="0" w:line="240" w:lineRule="auto"/>
      </w:pPr>
      <w:rPr>
        <w:b/>
        <w:bCs/>
      </w:rPr>
      <w:tblPr/>
      <w:tcPr>
        <w:tcBorders>
          <w:top w:val="single" w:sz="8" w:space="0" w:color="EDE6E0" w:themeColor="accent1"/>
          <w:left w:val="nil"/>
          <w:bottom w:val="single" w:sz="8" w:space="0" w:color="EDE6E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8F7" w:themeFill="accent1" w:themeFillTint="3F"/>
      </w:tcPr>
    </w:tblStylePr>
    <w:tblStylePr w:type="band1Horz">
      <w:tblPr/>
      <w:tcPr>
        <w:tcBorders>
          <w:left w:val="nil"/>
          <w:right w:val="nil"/>
          <w:insideH w:val="nil"/>
          <w:insideV w:val="nil"/>
        </w:tcBorders>
        <w:shd w:val="clear" w:color="auto" w:fill="FAF8F7" w:themeFill="accent1" w:themeFillTint="3F"/>
      </w:tcPr>
    </w:tblStylePr>
  </w:style>
  <w:style w:type="table" w:styleId="LightShading-Accent2">
    <w:name w:val="Light Shading Accent 2"/>
    <w:basedOn w:val="TableNormal"/>
    <w:uiPriority w:val="60"/>
    <w:rsid w:val="00FC693F"/>
    <w:pPr>
      <w:spacing w:after="0" w:line="240" w:lineRule="auto"/>
    </w:pPr>
    <w:rPr>
      <w:color w:val="C07F13" w:themeColor="accent2" w:themeShade="BF"/>
    </w:rPr>
    <w:tblPr>
      <w:tblStyleRowBandSize w:val="1"/>
      <w:tblStyleColBandSize w:val="1"/>
    </w:tblPr>
    <w:tblStylePr w:type="firstRow">
      <w:pPr>
        <w:spacing w:before="0" w:after="0" w:line="240" w:lineRule="auto"/>
      </w:pPr>
      <w:rPr>
        <w:b/>
        <w:bCs/>
      </w:rPr>
      <w:tblPr/>
      <w:tcPr>
        <w:tcBorders>
          <w:top w:val="single" w:sz="8" w:space="0" w:color="EAA532" w:themeColor="accent2"/>
          <w:left w:val="nil"/>
          <w:bottom w:val="single" w:sz="8" w:space="0" w:color="EAA532" w:themeColor="accent2"/>
          <w:right w:val="nil"/>
          <w:insideH w:val="nil"/>
          <w:insideV w:val="nil"/>
        </w:tcBorders>
      </w:tcPr>
    </w:tblStylePr>
    <w:tblStylePr w:type="lastRow">
      <w:pPr>
        <w:spacing w:before="0" w:after="0" w:line="240" w:lineRule="auto"/>
      </w:pPr>
      <w:rPr>
        <w:b/>
        <w:bCs/>
      </w:rPr>
      <w:tblPr/>
      <w:tcPr>
        <w:tcBorders>
          <w:top w:val="single" w:sz="8" w:space="0" w:color="EAA532" w:themeColor="accent2"/>
          <w:left w:val="nil"/>
          <w:bottom w:val="single" w:sz="8" w:space="0" w:color="EAA5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8CC" w:themeFill="accent2" w:themeFillTint="3F"/>
      </w:tcPr>
    </w:tblStylePr>
    <w:tblStylePr w:type="band1Horz">
      <w:tblPr/>
      <w:tcPr>
        <w:tcBorders>
          <w:left w:val="nil"/>
          <w:right w:val="nil"/>
          <w:insideH w:val="nil"/>
          <w:insideV w:val="nil"/>
        </w:tcBorders>
        <w:shd w:val="clear" w:color="auto" w:fill="F9E8CC" w:themeFill="accent2" w:themeFillTint="3F"/>
      </w:tcPr>
    </w:tblStylePr>
  </w:style>
  <w:style w:type="table" w:styleId="LightShading-Accent3">
    <w:name w:val="Light Shading Accent 3"/>
    <w:basedOn w:val="TableNormal"/>
    <w:uiPriority w:val="60"/>
    <w:rsid w:val="00FC693F"/>
    <w:pPr>
      <w:spacing w:after="0" w:line="240" w:lineRule="auto"/>
    </w:pPr>
    <w:rPr>
      <w:color w:val="994A76" w:themeColor="accent3" w:themeShade="BF"/>
    </w:rPr>
    <w:tblPr>
      <w:tblStyleRowBandSize w:val="1"/>
      <w:tblStyleColBandSize w:val="1"/>
    </w:tblPr>
    <w:tblStylePr w:type="firstRow">
      <w:pPr>
        <w:spacing w:before="0" w:after="0" w:line="240" w:lineRule="auto"/>
      </w:pPr>
      <w:rPr>
        <w:b/>
        <w:bCs/>
      </w:rPr>
      <w:tblPr/>
      <w:tcPr>
        <w:tcBorders>
          <w:top w:val="single" w:sz="8" w:space="0" w:color="BC749C" w:themeColor="accent3"/>
          <w:left w:val="nil"/>
          <w:bottom w:val="single" w:sz="8" w:space="0" w:color="BC749C" w:themeColor="accent3"/>
          <w:right w:val="nil"/>
          <w:insideH w:val="nil"/>
          <w:insideV w:val="nil"/>
        </w:tcBorders>
      </w:tcPr>
    </w:tblStylePr>
    <w:tblStylePr w:type="lastRow">
      <w:pPr>
        <w:spacing w:before="0" w:after="0" w:line="240" w:lineRule="auto"/>
      </w:pPr>
      <w:rPr>
        <w:b/>
        <w:bCs/>
      </w:rPr>
      <w:tblPr/>
      <w:tcPr>
        <w:tcBorders>
          <w:top w:val="single" w:sz="8" w:space="0" w:color="BC749C" w:themeColor="accent3"/>
          <w:left w:val="nil"/>
          <w:bottom w:val="single" w:sz="8" w:space="0" w:color="BC749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DCE6" w:themeFill="accent3" w:themeFillTint="3F"/>
      </w:tcPr>
    </w:tblStylePr>
    <w:tblStylePr w:type="band1Horz">
      <w:tblPr/>
      <w:tcPr>
        <w:tcBorders>
          <w:left w:val="nil"/>
          <w:right w:val="nil"/>
          <w:insideH w:val="nil"/>
          <w:insideV w:val="nil"/>
        </w:tcBorders>
        <w:shd w:val="clear" w:color="auto" w:fill="EEDCE6" w:themeFill="accent3" w:themeFillTint="3F"/>
      </w:tcPr>
    </w:tblStylePr>
  </w:style>
  <w:style w:type="table" w:styleId="LightShading-Accent4">
    <w:name w:val="Light Shading Accent 4"/>
    <w:basedOn w:val="TableNormal"/>
    <w:uiPriority w:val="60"/>
    <w:rsid w:val="00FC693F"/>
    <w:pPr>
      <w:spacing w:after="0" w:line="240" w:lineRule="auto"/>
    </w:pPr>
    <w:rPr>
      <w:color w:val="442A56" w:themeColor="accent4" w:themeShade="BF"/>
    </w:rPr>
    <w:tblPr>
      <w:tblStyleRowBandSize w:val="1"/>
      <w:tblStyleColBandSize w:val="1"/>
    </w:tblPr>
    <w:tblStylePr w:type="firstRow">
      <w:pPr>
        <w:spacing w:before="0" w:after="0" w:line="240" w:lineRule="auto"/>
      </w:pPr>
      <w:rPr>
        <w:b/>
        <w:bCs/>
      </w:rPr>
      <w:tblPr/>
      <w:tcPr>
        <w:tcBorders>
          <w:top w:val="single" w:sz="8" w:space="0" w:color="5C3873" w:themeColor="accent4"/>
          <w:left w:val="nil"/>
          <w:bottom w:val="single" w:sz="8" w:space="0" w:color="5C3873" w:themeColor="accent4"/>
          <w:right w:val="nil"/>
          <w:insideH w:val="nil"/>
          <w:insideV w:val="nil"/>
        </w:tcBorders>
      </w:tcPr>
    </w:tblStylePr>
    <w:tblStylePr w:type="lastRow">
      <w:pPr>
        <w:spacing w:before="0" w:after="0" w:line="240" w:lineRule="auto"/>
      </w:pPr>
      <w:rPr>
        <w:b/>
        <w:bCs/>
      </w:rPr>
      <w:tblPr/>
      <w:tcPr>
        <w:tcBorders>
          <w:top w:val="single" w:sz="8" w:space="0" w:color="5C3873" w:themeColor="accent4"/>
          <w:left w:val="nil"/>
          <w:bottom w:val="single" w:sz="8" w:space="0" w:color="5C387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C6E3" w:themeFill="accent4" w:themeFillTint="3F"/>
      </w:tcPr>
    </w:tblStylePr>
    <w:tblStylePr w:type="band1Horz">
      <w:tblPr/>
      <w:tcPr>
        <w:tcBorders>
          <w:left w:val="nil"/>
          <w:right w:val="nil"/>
          <w:insideH w:val="nil"/>
          <w:insideV w:val="nil"/>
        </w:tcBorders>
        <w:shd w:val="clear" w:color="auto" w:fill="D8C6E3"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Pr>
    <w:tcPr>
      <w:tcBorders>
        <w:top w:val="single" w:sz="8" w:space="0" w:color="312C35" w:themeColor="text1"/>
        <w:left w:val="single" w:sz="8" w:space="0" w:color="312C35" w:themeColor="text1"/>
        <w:bottom w:val="single" w:sz="8" w:space="0" w:color="312C35" w:themeColor="text1"/>
        <w:right w:val="single" w:sz="8" w:space="0" w:color="312C35" w:themeColor="text1"/>
      </w:tcBorders>
    </w:tcPr>
    <w:tblStylePr w:type="firstRow">
      <w:pPr>
        <w:spacing w:before="0" w:after="0" w:line="240" w:lineRule="auto"/>
      </w:pPr>
      <w:rPr>
        <w:b/>
        <w:bCs/>
        <w:color w:val="FFFFFF" w:themeColor="background1"/>
      </w:rPr>
      <w:tblPr/>
      <w:tcPr>
        <w:shd w:val="clear" w:color="auto" w:fill="312C35" w:themeFill="text1"/>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1">
    <w:name w:val="Light List Accent 1"/>
    <w:basedOn w:val="TableNormal"/>
    <w:uiPriority w:val="61"/>
    <w:rsid w:val="00FC693F"/>
    <w:pPr>
      <w:spacing w:after="0" w:line="240" w:lineRule="auto"/>
    </w:pPr>
    <w:tblPr>
      <w:tblStyleRowBandSize w:val="1"/>
      <w:tblStyleColBandSize w:val="1"/>
    </w:tblPr>
    <w:tcPr>
      <w:tcBorders>
        <w:top w:val="single" w:sz="8" w:space="0" w:color="EDE6E0" w:themeColor="accent1"/>
        <w:left w:val="single" w:sz="8" w:space="0" w:color="EDE6E0" w:themeColor="accent1"/>
        <w:bottom w:val="single" w:sz="8" w:space="0" w:color="EDE6E0" w:themeColor="accent1"/>
        <w:right w:val="single" w:sz="8" w:space="0" w:color="EDE6E0" w:themeColor="accent1"/>
      </w:tcBorders>
    </w:tcPr>
    <w:tblStylePr w:type="firstRow">
      <w:pPr>
        <w:spacing w:before="0" w:after="0" w:line="240" w:lineRule="auto"/>
      </w:pPr>
      <w:rPr>
        <w:b/>
        <w:bCs/>
        <w:color w:val="FFFFFF" w:themeColor="background1"/>
      </w:rPr>
      <w:tblPr/>
      <w:tcPr>
        <w:shd w:val="clear" w:color="auto" w:fill="EDE6E0" w:themeFill="accent1"/>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2">
    <w:name w:val="Light List Accent 2"/>
    <w:basedOn w:val="TableNormal"/>
    <w:uiPriority w:val="61"/>
    <w:rsid w:val="00CB0664"/>
    <w:pPr>
      <w:spacing w:after="0" w:line="240" w:lineRule="auto"/>
    </w:pPr>
    <w:tblPr>
      <w:tblStyleRowBandSize w:val="1"/>
      <w:tblStyleColBandSize w:val="1"/>
    </w:tblPr>
    <w:tcPr>
      <w:tcBorders>
        <w:top w:val="single" w:sz="8" w:space="0" w:color="EAA532" w:themeColor="accent2"/>
        <w:left w:val="single" w:sz="8" w:space="0" w:color="EAA532" w:themeColor="accent2"/>
        <w:bottom w:val="single" w:sz="8" w:space="0" w:color="EAA532" w:themeColor="accent2"/>
        <w:right w:val="single" w:sz="8" w:space="0" w:color="EAA532" w:themeColor="accent2"/>
      </w:tcBorders>
    </w:tcPr>
    <w:tblStylePr w:type="firstRow">
      <w:pPr>
        <w:spacing w:before="0" w:after="0" w:line="240" w:lineRule="auto"/>
      </w:pPr>
      <w:rPr>
        <w:b/>
        <w:bCs/>
        <w:color w:val="FFFFFF" w:themeColor="background1"/>
      </w:rPr>
      <w:tblPr/>
      <w:tcPr>
        <w:shd w:val="clear" w:color="auto" w:fill="EAA532" w:themeFill="accent2"/>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3">
    <w:name w:val="Light List Accent 3"/>
    <w:basedOn w:val="TableNormal"/>
    <w:uiPriority w:val="61"/>
    <w:rsid w:val="00CB0664"/>
    <w:pPr>
      <w:spacing w:after="0" w:line="240" w:lineRule="auto"/>
    </w:pPr>
    <w:tblPr>
      <w:tblStyleRowBandSize w:val="1"/>
      <w:tblStyleColBandSize w:val="1"/>
    </w:tblPr>
    <w:tcPr>
      <w:tcBorders>
        <w:top w:val="single" w:sz="8" w:space="0" w:color="BC749C" w:themeColor="accent3"/>
        <w:left w:val="single" w:sz="8" w:space="0" w:color="BC749C" w:themeColor="accent3"/>
        <w:bottom w:val="single" w:sz="8" w:space="0" w:color="BC749C" w:themeColor="accent3"/>
        <w:right w:val="single" w:sz="8" w:space="0" w:color="BC749C" w:themeColor="accent3"/>
      </w:tcBorders>
    </w:tcPr>
    <w:tblStylePr w:type="firstRow">
      <w:pPr>
        <w:spacing w:before="0" w:after="0" w:line="240" w:lineRule="auto"/>
      </w:pPr>
      <w:rPr>
        <w:b/>
        <w:bCs/>
        <w:color w:val="FFFFFF" w:themeColor="background1"/>
      </w:rPr>
      <w:tblPr/>
      <w:tcPr>
        <w:shd w:val="clear" w:color="auto" w:fill="BC749C" w:themeFill="accent3"/>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4">
    <w:name w:val="Light List Accent 4"/>
    <w:basedOn w:val="TableNormal"/>
    <w:uiPriority w:val="61"/>
    <w:rsid w:val="00CB0664"/>
    <w:pPr>
      <w:spacing w:after="0" w:line="240" w:lineRule="auto"/>
    </w:pPr>
    <w:tblPr>
      <w:tblStyleRowBandSize w:val="1"/>
      <w:tblStyleColBandSize w:val="1"/>
    </w:tblPr>
    <w:tcPr>
      <w:tcBorders>
        <w:top w:val="single" w:sz="8" w:space="0" w:color="5C3873" w:themeColor="accent4"/>
        <w:left w:val="single" w:sz="8" w:space="0" w:color="5C3873" w:themeColor="accent4"/>
        <w:bottom w:val="single" w:sz="8" w:space="0" w:color="5C3873" w:themeColor="accent4"/>
        <w:right w:val="single" w:sz="8" w:space="0" w:color="5C3873" w:themeColor="accent4"/>
      </w:tcBorders>
    </w:tcPr>
    <w:tblStylePr w:type="firstRow">
      <w:pPr>
        <w:spacing w:before="0" w:after="0" w:line="240" w:lineRule="auto"/>
      </w:pPr>
      <w:rPr>
        <w:b/>
        <w:bCs/>
        <w:color w:val="FFFFFF" w:themeColor="background1"/>
      </w:rPr>
      <w:tblPr/>
      <w:tcPr>
        <w:shd w:val="clear" w:color="auto" w:fill="5C3873" w:themeFill="accent4"/>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5">
    <w:name w:val="Light List Accent 5"/>
    <w:basedOn w:val="TableNormal"/>
    <w:uiPriority w:val="61"/>
    <w:rsid w:val="00CB0664"/>
    <w:pPr>
      <w:spacing w:after="0" w:line="240" w:lineRule="auto"/>
    </w:pPr>
    <w:tblPr>
      <w:tblStyleRowBandSize w:val="1"/>
      <w:tblStyleColBandSize w:val="1"/>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6">
    <w:name w:val="Light List Accent 6"/>
    <w:basedOn w:val="TableNormal"/>
    <w:uiPriority w:val="61"/>
    <w:rsid w:val="00CB0664"/>
    <w:pPr>
      <w:spacing w:after="0" w:line="240" w:lineRule="auto"/>
    </w:pPr>
    <w:tblPr>
      <w:tblStyleRowBandSize w:val="1"/>
      <w:tblStyleColBandSize w:val="1"/>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Grid">
    <w:name w:val="Light Grid"/>
    <w:basedOn w:val="TableNormal"/>
    <w:uiPriority w:val="62"/>
    <w:rsid w:val="00CB0664"/>
    <w:pPr>
      <w:spacing w:after="0" w:line="240" w:lineRule="auto"/>
    </w:pPr>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312C35" w:themeColor="text1"/>
          <w:left w:val="single" w:sz="8" w:space="0" w:color="312C35" w:themeColor="text1"/>
          <w:bottom w:val="single" w:sz="18" w:space="0" w:color="312C35" w:themeColor="text1"/>
          <w:right w:val="single" w:sz="8" w:space="0" w:color="312C35" w:themeColor="text1"/>
          <w:insideH w:val="nil"/>
          <w:insideV w:val="single" w:sz="8" w:space="0" w:color="312C35"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12C35" w:themeColor="text1"/>
          <w:left w:val="single" w:sz="8" w:space="0" w:color="312C35" w:themeColor="text1"/>
          <w:bottom w:val="single" w:sz="8" w:space="0" w:color="312C35" w:themeColor="text1"/>
          <w:right w:val="single" w:sz="8" w:space="0" w:color="312C35" w:themeColor="text1"/>
          <w:insideH w:val="nil"/>
          <w:insideV w:val="single" w:sz="8" w:space="0" w:color="312C35"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12C35" w:themeColor="text1"/>
          <w:left w:val="single" w:sz="8" w:space="0" w:color="312C35" w:themeColor="text1"/>
          <w:bottom w:val="single" w:sz="8" w:space="0" w:color="312C35" w:themeColor="text1"/>
          <w:right w:val="single" w:sz="8" w:space="0" w:color="312C35" w:themeColor="text1"/>
        </w:tcBorders>
      </w:tcPr>
    </w:tblStylePr>
    <w:tblStylePr w:type="band1Vert">
      <w:tblPr/>
      <w:tcPr>
        <w:tcBorders>
          <w:top w:val="single" w:sz="8" w:space="0" w:color="312C35" w:themeColor="text1"/>
          <w:left w:val="single" w:sz="8" w:space="0" w:color="312C35" w:themeColor="text1"/>
          <w:bottom w:val="single" w:sz="8" w:space="0" w:color="312C35" w:themeColor="text1"/>
          <w:right w:val="single" w:sz="8" w:space="0" w:color="312C35" w:themeColor="text1"/>
        </w:tcBorders>
        <w:shd w:val="clear" w:color="auto" w:fill="CCC7D0" w:themeFill="text1" w:themeFillTint="3F"/>
      </w:tcPr>
    </w:tblStylePr>
    <w:tblStylePr w:type="band1Horz">
      <w:tblPr/>
      <w:tcPr>
        <w:tcBorders>
          <w:top w:val="single" w:sz="8" w:space="0" w:color="312C35" w:themeColor="text1"/>
          <w:left w:val="single" w:sz="8" w:space="0" w:color="312C35" w:themeColor="text1"/>
          <w:bottom w:val="single" w:sz="8" w:space="0" w:color="312C35" w:themeColor="text1"/>
          <w:right w:val="single" w:sz="8" w:space="0" w:color="312C35" w:themeColor="text1"/>
          <w:insideV w:val="single" w:sz="8" w:space="0" w:color="312C35" w:themeColor="text1"/>
        </w:tcBorders>
        <w:shd w:val="clear" w:color="auto" w:fill="CCC7D0" w:themeFill="text1" w:themeFillTint="3F"/>
      </w:tcPr>
    </w:tblStylePr>
    <w:tblStylePr w:type="band2Horz">
      <w:tblPr/>
      <w:tcPr>
        <w:tcBorders>
          <w:top w:val="single" w:sz="8" w:space="0" w:color="312C35" w:themeColor="text1"/>
          <w:left w:val="single" w:sz="8" w:space="0" w:color="312C35" w:themeColor="text1"/>
          <w:bottom w:val="single" w:sz="8" w:space="0" w:color="312C35" w:themeColor="text1"/>
          <w:right w:val="single" w:sz="8" w:space="0" w:color="312C35" w:themeColor="text1"/>
          <w:insideV w:val="single" w:sz="8" w:space="0" w:color="312C35"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EDE6E0" w:themeColor="accent1"/>
          <w:left w:val="single" w:sz="8" w:space="0" w:color="EDE6E0" w:themeColor="accent1"/>
          <w:bottom w:val="single" w:sz="18" w:space="0" w:color="EDE6E0" w:themeColor="accent1"/>
          <w:right w:val="single" w:sz="8" w:space="0" w:color="EDE6E0" w:themeColor="accent1"/>
          <w:insideH w:val="nil"/>
          <w:insideV w:val="single" w:sz="8" w:space="0" w:color="EDE6E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E6E0" w:themeColor="accent1"/>
          <w:left w:val="single" w:sz="8" w:space="0" w:color="EDE6E0" w:themeColor="accent1"/>
          <w:bottom w:val="single" w:sz="8" w:space="0" w:color="EDE6E0" w:themeColor="accent1"/>
          <w:right w:val="single" w:sz="8" w:space="0" w:color="EDE6E0" w:themeColor="accent1"/>
          <w:insideH w:val="nil"/>
          <w:insideV w:val="single" w:sz="8" w:space="0" w:color="EDE6E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E6E0" w:themeColor="accent1"/>
          <w:left w:val="single" w:sz="8" w:space="0" w:color="EDE6E0" w:themeColor="accent1"/>
          <w:bottom w:val="single" w:sz="8" w:space="0" w:color="EDE6E0" w:themeColor="accent1"/>
          <w:right w:val="single" w:sz="8" w:space="0" w:color="EDE6E0" w:themeColor="accent1"/>
        </w:tcBorders>
      </w:tcPr>
    </w:tblStylePr>
    <w:tblStylePr w:type="band1Vert">
      <w:tblPr/>
      <w:tcPr>
        <w:tcBorders>
          <w:top w:val="single" w:sz="8" w:space="0" w:color="EDE6E0" w:themeColor="accent1"/>
          <w:left w:val="single" w:sz="8" w:space="0" w:color="EDE6E0" w:themeColor="accent1"/>
          <w:bottom w:val="single" w:sz="8" w:space="0" w:color="EDE6E0" w:themeColor="accent1"/>
          <w:right w:val="single" w:sz="8" w:space="0" w:color="EDE6E0" w:themeColor="accent1"/>
        </w:tcBorders>
        <w:shd w:val="clear" w:color="auto" w:fill="FAF8F7" w:themeFill="accent1" w:themeFillTint="3F"/>
      </w:tcPr>
    </w:tblStylePr>
    <w:tblStylePr w:type="band1Horz">
      <w:tblPr/>
      <w:tcPr>
        <w:tcBorders>
          <w:top w:val="single" w:sz="8" w:space="0" w:color="EDE6E0" w:themeColor="accent1"/>
          <w:left w:val="single" w:sz="8" w:space="0" w:color="EDE6E0" w:themeColor="accent1"/>
          <w:bottom w:val="single" w:sz="8" w:space="0" w:color="EDE6E0" w:themeColor="accent1"/>
          <w:right w:val="single" w:sz="8" w:space="0" w:color="EDE6E0" w:themeColor="accent1"/>
          <w:insideV w:val="single" w:sz="8" w:space="0" w:color="EDE6E0" w:themeColor="accent1"/>
        </w:tcBorders>
        <w:shd w:val="clear" w:color="auto" w:fill="FAF8F7" w:themeFill="accent1" w:themeFillTint="3F"/>
      </w:tcPr>
    </w:tblStylePr>
    <w:tblStylePr w:type="band2Horz">
      <w:tblPr/>
      <w:tcPr>
        <w:tcBorders>
          <w:top w:val="single" w:sz="8" w:space="0" w:color="EDE6E0" w:themeColor="accent1"/>
          <w:left w:val="single" w:sz="8" w:space="0" w:color="EDE6E0" w:themeColor="accent1"/>
          <w:bottom w:val="single" w:sz="8" w:space="0" w:color="EDE6E0" w:themeColor="accent1"/>
          <w:right w:val="single" w:sz="8" w:space="0" w:color="EDE6E0" w:themeColor="accent1"/>
          <w:insideV w:val="single" w:sz="8" w:space="0" w:color="EDE6E0"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EAA532" w:themeColor="accent2"/>
          <w:left w:val="single" w:sz="8" w:space="0" w:color="EAA532" w:themeColor="accent2"/>
          <w:bottom w:val="single" w:sz="18" w:space="0" w:color="EAA532" w:themeColor="accent2"/>
          <w:right w:val="single" w:sz="8" w:space="0" w:color="EAA532" w:themeColor="accent2"/>
          <w:insideH w:val="nil"/>
          <w:insideV w:val="single" w:sz="8" w:space="0" w:color="EAA5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A532" w:themeColor="accent2"/>
          <w:left w:val="single" w:sz="8" w:space="0" w:color="EAA532" w:themeColor="accent2"/>
          <w:bottom w:val="single" w:sz="8" w:space="0" w:color="EAA532" w:themeColor="accent2"/>
          <w:right w:val="single" w:sz="8" w:space="0" w:color="EAA532" w:themeColor="accent2"/>
          <w:insideH w:val="nil"/>
          <w:insideV w:val="single" w:sz="8" w:space="0" w:color="EAA5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A532" w:themeColor="accent2"/>
          <w:left w:val="single" w:sz="8" w:space="0" w:color="EAA532" w:themeColor="accent2"/>
          <w:bottom w:val="single" w:sz="8" w:space="0" w:color="EAA532" w:themeColor="accent2"/>
          <w:right w:val="single" w:sz="8" w:space="0" w:color="EAA532" w:themeColor="accent2"/>
        </w:tcBorders>
      </w:tcPr>
    </w:tblStylePr>
    <w:tblStylePr w:type="band1Vert">
      <w:tblPr/>
      <w:tcPr>
        <w:tcBorders>
          <w:top w:val="single" w:sz="8" w:space="0" w:color="EAA532" w:themeColor="accent2"/>
          <w:left w:val="single" w:sz="8" w:space="0" w:color="EAA532" w:themeColor="accent2"/>
          <w:bottom w:val="single" w:sz="8" w:space="0" w:color="EAA532" w:themeColor="accent2"/>
          <w:right w:val="single" w:sz="8" w:space="0" w:color="EAA532" w:themeColor="accent2"/>
        </w:tcBorders>
        <w:shd w:val="clear" w:color="auto" w:fill="F9E8CC" w:themeFill="accent2" w:themeFillTint="3F"/>
      </w:tcPr>
    </w:tblStylePr>
    <w:tblStylePr w:type="band1Horz">
      <w:tblPr/>
      <w:tcPr>
        <w:tcBorders>
          <w:top w:val="single" w:sz="8" w:space="0" w:color="EAA532" w:themeColor="accent2"/>
          <w:left w:val="single" w:sz="8" w:space="0" w:color="EAA532" w:themeColor="accent2"/>
          <w:bottom w:val="single" w:sz="8" w:space="0" w:color="EAA532" w:themeColor="accent2"/>
          <w:right w:val="single" w:sz="8" w:space="0" w:color="EAA532" w:themeColor="accent2"/>
          <w:insideV w:val="single" w:sz="8" w:space="0" w:color="EAA532" w:themeColor="accent2"/>
        </w:tcBorders>
        <w:shd w:val="clear" w:color="auto" w:fill="F9E8CC" w:themeFill="accent2" w:themeFillTint="3F"/>
      </w:tcPr>
    </w:tblStylePr>
    <w:tblStylePr w:type="band2Horz">
      <w:tblPr/>
      <w:tcPr>
        <w:tcBorders>
          <w:top w:val="single" w:sz="8" w:space="0" w:color="EAA532" w:themeColor="accent2"/>
          <w:left w:val="single" w:sz="8" w:space="0" w:color="EAA532" w:themeColor="accent2"/>
          <w:bottom w:val="single" w:sz="8" w:space="0" w:color="EAA532" w:themeColor="accent2"/>
          <w:right w:val="single" w:sz="8" w:space="0" w:color="EAA532" w:themeColor="accent2"/>
          <w:insideV w:val="single" w:sz="8" w:space="0" w:color="EAA5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BC749C" w:themeColor="accent3"/>
          <w:left w:val="single" w:sz="8" w:space="0" w:color="BC749C" w:themeColor="accent3"/>
          <w:bottom w:val="single" w:sz="18" w:space="0" w:color="BC749C" w:themeColor="accent3"/>
          <w:right w:val="single" w:sz="8" w:space="0" w:color="BC749C" w:themeColor="accent3"/>
          <w:insideH w:val="nil"/>
          <w:insideV w:val="single" w:sz="8" w:space="0" w:color="BC749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749C" w:themeColor="accent3"/>
          <w:left w:val="single" w:sz="8" w:space="0" w:color="BC749C" w:themeColor="accent3"/>
          <w:bottom w:val="single" w:sz="8" w:space="0" w:color="BC749C" w:themeColor="accent3"/>
          <w:right w:val="single" w:sz="8" w:space="0" w:color="BC749C" w:themeColor="accent3"/>
          <w:insideH w:val="nil"/>
          <w:insideV w:val="single" w:sz="8" w:space="0" w:color="BC749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749C" w:themeColor="accent3"/>
          <w:left w:val="single" w:sz="8" w:space="0" w:color="BC749C" w:themeColor="accent3"/>
          <w:bottom w:val="single" w:sz="8" w:space="0" w:color="BC749C" w:themeColor="accent3"/>
          <w:right w:val="single" w:sz="8" w:space="0" w:color="BC749C" w:themeColor="accent3"/>
        </w:tcBorders>
      </w:tcPr>
    </w:tblStylePr>
    <w:tblStylePr w:type="band1Vert">
      <w:tblPr/>
      <w:tcPr>
        <w:tcBorders>
          <w:top w:val="single" w:sz="8" w:space="0" w:color="BC749C" w:themeColor="accent3"/>
          <w:left w:val="single" w:sz="8" w:space="0" w:color="BC749C" w:themeColor="accent3"/>
          <w:bottom w:val="single" w:sz="8" w:space="0" w:color="BC749C" w:themeColor="accent3"/>
          <w:right w:val="single" w:sz="8" w:space="0" w:color="BC749C" w:themeColor="accent3"/>
        </w:tcBorders>
        <w:shd w:val="clear" w:color="auto" w:fill="EEDCE6" w:themeFill="accent3" w:themeFillTint="3F"/>
      </w:tcPr>
    </w:tblStylePr>
    <w:tblStylePr w:type="band1Horz">
      <w:tblPr/>
      <w:tcPr>
        <w:tcBorders>
          <w:top w:val="single" w:sz="8" w:space="0" w:color="BC749C" w:themeColor="accent3"/>
          <w:left w:val="single" w:sz="8" w:space="0" w:color="BC749C" w:themeColor="accent3"/>
          <w:bottom w:val="single" w:sz="8" w:space="0" w:color="BC749C" w:themeColor="accent3"/>
          <w:right w:val="single" w:sz="8" w:space="0" w:color="BC749C" w:themeColor="accent3"/>
          <w:insideV w:val="single" w:sz="8" w:space="0" w:color="BC749C" w:themeColor="accent3"/>
        </w:tcBorders>
        <w:shd w:val="clear" w:color="auto" w:fill="EEDCE6" w:themeFill="accent3" w:themeFillTint="3F"/>
      </w:tcPr>
    </w:tblStylePr>
    <w:tblStylePr w:type="band2Horz">
      <w:tblPr/>
      <w:tcPr>
        <w:tcBorders>
          <w:top w:val="single" w:sz="8" w:space="0" w:color="BC749C" w:themeColor="accent3"/>
          <w:left w:val="single" w:sz="8" w:space="0" w:color="BC749C" w:themeColor="accent3"/>
          <w:bottom w:val="single" w:sz="8" w:space="0" w:color="BC749C" w:themeColor="accent3"/>
          <w:right w:val="single" w:sz="8" w:space="0" w:color="BC749C" w:themeColor="accent3"/>
          <w:insideV w:val="single" w:sz="8" w:space="0" w:color="BC749C"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5C3873" w:themeColor="accent4"/>
          <w:left w:val="single" w:sz="8" w:space="0" w:color="5C3873" w:themeColor="accent4"/>
          <w:bottom w:val="single" w:sz="18" w:space="0" w:color="5C3873" w:themeColor="accent4"/>
          <w:right w:val="single" w:sz="8" w:space="0" w:color="5C3873" w:themeColor="accent4"/>
          <w:insideH w:val="nil"/>
          <w:insideV w:val="single" w:sz="8" w:space="0" w:color="5C387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C3873" w:themeColor="accent4"/>
          <w:left w:val="single" w:sz="8" w:space="0" w:color="5C3873" w:themeColor="accent4"/>
          <w:bottom w:val="single" w:sz="8" w:space="0" w:color="5C3873" w:themeColor="accent4"/>
          <w:right w:val="single" w:sz="8" w:space="0" w:color="5C3873" w:themeColor="accent4"/>
          <w:insideH w:val="nil"/>
          <w:insideV w:val="single" w:sz="8" w:space="0" w:color="5C387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C3873" w:themeColor="accent4"/>
          <w:left w:val="single" w:sz="8" w:space="0" w:color="5C3873" w:themeColor="accent4"/>
          <w:bottom w:val="single" w:sz="8" w:space="0" w:color="5C3873" w:themeColor="accent4"/>
          <w:right w:val="single" w:sz="8" w:space="0" w:color="5C3873" w:themeColor="accent4"/>
        </w:tcBorders>
      </w:tcPr>
    </w:tblStylePr>
    <w:tblStylePr w:type="band1Vert">
      <w:tblPr/>
      <w:tcPr>
        <w:tcBorders>
          <w:top w:val="single" w:sz="8" w:space="0" w:color="5C3873" w:themeColor="accent4"/>
          <w:left w:val="single" w:sz="8" w:space="0" w:color="5C3873" w:themeColor="accent4"/>
          <w:bottom w:val="single" w:sz="8" w:space="0" w:color="5C3873" w:themeColor="accent4"/>
          <w:right w:val="single" w:sz="8" w:space="0" w:color="5C3873" w:themeColor="accent4"/>
        </w:tcBorders>
        <w:shd w:val="clear" w:color="auto" w:fill="D8C6E3" w:themeFill="accent4" w:themeFillTint="3F"/>
      </w:tcPr>
    </w:tblStylePr>
    <w:tblStylePr w:type="band1Horz">
      <w:tblPr/>
      <w:tcPr>
        <w:tcBorders>
          <w:top w:val="single" w:sz="8" w:space="0" w:color="5C3873" w:themeColor="accent4"/>
          <w:left w:val="single" w:sz="8" w:space="0" w:color="5C3873" w:themeColor="accent4"/>
          <w:bottom w:val="single" w:sz="8" w:space="0" w:color="5C3873" w:themeColor="accent4"/>
          <w:right w:val="single" w:sz="8" w:space="0" w:color="5C3873" w:themeColor="accent4"/>
          <w:insideV w:val="single" w:sz="8" w:space="0" w:color="5C3873" w:themeColor="accent4"/>
        </w:tcBorders>
        <w:shd w:val="clear" w:color="auto" w:fill="D8C6E3" w:themeFill="accent4" w:themeFillTint="3F"/>
      </w:tcPr>
    </w:tblStylePr>
    <w:tblStylePr w:type="band2Horz">
      <w:tblPr/>
      <w:tcPr>
        <w:tcBorders>
          <w:top w:val="single" w:sz="8" w:space="0" w:color="5C3873" w:themeColor="accent4"/>
          <w:left w:val="single" w:sz="8" w:space="0" w:color="5C3873" w:themeColor="accent4"/>
          <w:bottom w:val="single" w:sz="8" w:space="0" w:color="5C3873" w:themeColor="accent4"/>
          <w:right w:val="single" w:sz="8" w:space="0" w:color="5C3873" w:themeColor="accent4"/>
          <w:insideV w:val="single" w:sz="8" w:space="0" w:color="5C3873"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Pr>
    <w:tcPr>
      <w:tcBorders>
        <w:top w:val="double" w:sz="6" w:space="0" w:color="655B6D" w:themeColor="text1" w:themeTint="BF"/>
        <w:left w:val="single" w:sz="8" w:space="0" w:color="655B6D" w:themeColor="text1" w:themeTint="BF"/>
        <w:bottom w:val="single" w:sz="8" w:space="0" w:color="655B6D" w:themeColor="text1" w:themeTint="BF"/>
        <w:right w:val="single" w:sz="8" w:space="0" w:color="655B6D" w:themeColor="text1" w:themeTint="BF"/>
      </w:tcBorders>
      <w:shd w:val="clear" w:color="auto" w:fill="CCC7D0" w:themeFill="text1" w:themeFillTint="3F"/>
    </w:tcPr>
    <w:tblStylePr w:type="firstRow">
      <w:pPr>
        <w:spacing w:before="0" w:after="0" w:line="240" w:lineRule="auto"/>
      </w:pPr>
      <w:rPr>
        <w:b/>
        <w:bCs/>
        <w:color w:val="FFFFFF" w:themeColor="background1"/>
      </w:rPr>
      <w:tblPr/>
      <w:tcPr>
        <w:tcBorders>
          <w:top w:val="single" w:sz="8" w:space="0" w:color="655B6D" w:themeColor="text1" w:themeTint="BF"/>
          <w:left w:val="single" w:sz="8" w:space="0" w:color="655B6D" w:themeColor="text1" w:themeTint="BF"/>
          <w:bottom w:val="single" w:sz="8" w:space="0" w:color="655B6D" w:themeColor="text1" w:themeTint="BF"/>
          <w:right w:val="single" w:sz="8" w:space="0" w:color="655B6D" w:themeColor="text1" w:themeTint="BF"/>
          <w:insideH w:val="nil"/>
          <w:insideV w:val="nil"/>
        </w:tcBorders>
        <w:shd w:val="clear" w:color="auto" w:fill="312C35" w:themeFill="text1"/>
      </w:tc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Pr>
    <w:tcPr>
      <w:tcBorders>
        <w:top w:val="double" w:sz="6" w:space="0" w:color="F1ECE7" w:themeColor="accent1" w:themeTint="BF"/>
        <w:left w:val="single" w:sz="8" w:space="0" w:color="F1ECE7" w:themeColor="accent1" w:themeTint="BF"/>
        <w:bottom w:val="single" w:sz="8" w:space="0" w:color="F1ECE7" w:themeColor="accent1" w:themeTint="BF"/>
        <w:right w:val="single" w:sz="8" w:space="0" w:color="F1ECE7" w:themeColor="accent1" w:themeTint="BF"/>
      </w:tcBorders>
      <w:shd w:val="clear" w:color="auto" w:fill="FAF8F7" w:themeFill="accent1" w:themeFillTint="3F"/>
    </w:tcPr>
    <w:tblStylePr w:type="firstRow">
      <w:pPr>
        <w:spacing w:before="0" w:after="0" w:line="240" w:lineRule="auto"/>
      </w:pPr>
      <w:rPr>
        <w:b/>
        <w:bCs/>
        <w:color w:val="FFFFFF" w:themeColor="background1"/>
      </w:rPr>
      <w:tblPr/>
      <w:tcPr>
        <w:tcBorders>
          <w:top w:val="single" w:sz="8" w:space="0" w:color="F1ECE7" w:themeColor="accent1" w:themeTint="BF"/>
          <w:left w:val="single" w:sz="8" w:space="0" w:color="F1ECE7" w:themeColor="accent1" w:themeTint="BF"/>
          <w:bottom w:val="single" w:sz="8" w:space="0" w:color="F1ECE7" w:themeColor="accent1" w:themeTint="BF"/>
          <w:right w:val="single" w:sz="8" w:space="0" w:color="F1ECE7" w:themeColor="accent1" w:themeTint="BF"/>
          <w:insideH w:val="nil"/>
          <w:insideV w:val="nil"/>
        </w:tcBorders>
        <w:shd w:val="clear" w:color="auto" w:fill="EDE6E0" w:themeFill="accent1"/>
      </w:tc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Pr>
    <w:tcPr>
      <w:tcBorders>
        <w:top w:val="double" w:sz="6" w:space="0" w:color="EFBB65" w:themeColor="accent2" w:themeTint="BF"/>
        <w:left w:val="single" w:sz="8" w:space="0" w:color="EFBB65" w:themeColor="accent2" w:themeTint="BF"/>
        <w:bottom w:val="single" w:sz="8" w:space="0" w:color="EFBB65" w:themeColor="accent2" w:themeTint="BF"/>
        <w:right w:val="single" w:sz="8" w:space="0" w:color="EFBB65" w:themeColor="accent2" w:themeTint="BF"/>
      </w:tcBorders>
      <w:shd w:val="clear" w:color="auto" w:fill="F9E8CC" w:themeFill="accent2" w:themeFillTint="3F"/>
    </w:tcPr>
    <w:tblStylePr w:type="firstRow">
      <w:pPr>
        <w:spacing w:before="0" w:after="0" w:line="240" w:lineRule="auto"/>
      </w:pPr>
      <w:rPr>
        <w:b/>
        <w:bCs/>
        <w:color w:val="FFFFFF" w:themeColor="background1"/>
      </w:rPr>
      <w:tblPr/>
      <w:tcPr>
        <w:tcBorders>
          <w:top w:val="single" w:sz="8" w:space="0" w:color="EFBB65" w:themeColor="accent2" w:themeTint="BF"/>
          <w:left w:val="single" w:sz="8" w:space="0" w:color="EFBB65" w:themeColor="accent2" w:themeTint="BF"/>
          <w:bottom w:val="single" w:sz="8" w:space="0" w:color="EFBB65" w:themeColor="accent2" w:themeTint="BF"/>
          <w:right w:val="single" w:sz="8" w:space="0" w:color="EFBB65" w:themeColor="accent2" w:themeTint="BF"/>
          <w:insideH w:val="nil"/>
          <w:insideV w:val="nil"/>
        </w:tcBorders>
        <w:shd w:val="clear" w:color="auto" w:fill="EAA532" w:themeFill="accent2"/>
      </w:tc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Pr>
    <w:tcPr>
      <w:tcBorders>
        <w:top w:val="double" w:sz="6" w:space="0" w:color="CC96B4" w:themeColor="accent3" w:themeTint="BF"/>
        <w:left w:val="single" w:sz="8" w:space="0" w:color="CC96B4" w:themeColor="accent3" w:themeTint="BF"/>
        <w:bottom w:val="single" w:sz="8" w:space="0" w:color="CC96B4" w:themeColor="accent3" w:themeTint="BF"/>
        <w:right w:val="single" w:sz="8" w:space="0" w:color="CC96B4" w:themeColor="accent3" w:themeTint="BF"/>
      </w:tcBorders>
      <w:shd w:val="clear" w:color="auto" w:fill="EEDCE6" w:themeFill="accent3" w:themeFillTint="3F"/>
    </w:tcPr>
    <w:tblStylePr w:type="firstRow">
      <w:pPr>
        <w:spacing w:before="0" w:after="0" w:line="240" w:lineRule="auto"/>
      </w:pPr>
      <w:rPr>
        <w:b/>
        <w:bCs/>
        <w:color w:val="FFFFFF" w:themeColor="background1"/>
      </w:rPr>
      <w:tblPr/>
      <w:tcPr>
        <w:tcBorders>
          <w:top w:val="single" w:sz="8" w:space="0" w:color="CC96B4" w:themeColor="accent3" w:themeTint="BF"/>
          <w:left w:val="single" w:sz="8" w:space="0" w:color="CC96B4" w:themeColor="accent3" w:themeTint="BF"/>
          <w:bottom w:val="single" w:sz="8" w:space="0" w:color="CC96B4" w:themeColor="accent3" w:themeTint="BF"/>
          <w:right w:val="single" w:sz="8" w:space="0" w:color="CC96B4" w:themeColor="accent3" w:themeTint="BF"/>
          <w:insideH w:val="nil"/>
          <w:insideV w:val="nil"/>
        </w:tcBorders>
        <w:shd w:val="clear" w:color="auto" w:fill="BC749C" w:themeFill="accent3"/>
      </w:tc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Pr>
    <w:tcPr>
      <w:tcBorders>
        <w:top w:val="double" w:sz="6" w:space="0" w:color="8954AB" w:themeColor="accent4" w:themeTint="BF"/>
        <w:left w:val="single" w:sz="8" w:space="0" w:color="8954AB" w:themeColor="accent4" w:themeTint="BF"/>
        <w:bottom w:val="single" w:sz="8" w:space="0" w:color="8954AB" w:themeColor="accent4" w:themeTint="BF"/>
        <w:right w:val="single" w:sz="8" w:space="0" w:color="8954AB" w:themeColor="accent4" w:themeTint="BF"/>
      </w:tcBorders>
      <w:shd w:val="clear" w:color="auto" w:fill="D8C6E3" w:themeFill="accent4" w:themeFillTint="3F"/>
    </w:tcPr>
    <w:tblStylePr w:type="firstRow">
      <w:pPr>
        <w:spacing w:before="0" w:after="0" w:line="240" w:lineRule="auto"/>
      </w:pPr>
      <w:rPr>
        <w:b/>
        <w:bCs/>
        <w:color w:val="FFFFFF" w:themeColor="background1"/>
      </w:rPr>
      <w:tblPr/>
      <w:tcPr>
        <w:tcBorders>
          <w:top w:val="single" w:sz="8" w:space="0" w:color="8954AB" w:themeColor="accent4" w:themeTint="BF"/>
          <w:left w:val="single" w:sz="8" w:space="0" w:color="8954AB" w:themeColor="accent4" w:themeTint="BF"/>
          <w:bottom w:val="single" w:sz="8" w:space="0" w:color="8954AB" w:themeColor="accent4" w:themeTint="BF"/>
          <w:right w:val="single" w:sz="8" w:space="0" w:color="8954AB" w:themeColor="accent4" w:themeTint="BF"/>
          <w:insideH w:val="nil"/>
          <w:insideV w:val="nil"/>
        </w:tcBorders>
        <w:shd w:val="clear" w:color="auto" w:fill="5C3873" w:themeFill="accent4"/>
      </w:tc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tcBorders>
      <w:shd w:val="clear" w:color="auto" w:fill="EFC3E9" w:themeFill="accent5" w:themeFillTint="3F"/>
    </w:tc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tcBorders>
      <w:shd w:val="clear" w:color="auto" w:fill="D0EFC5" w:themeFill="accent6" w:themeFillTint="3F"/>
    </w:tc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2">
    <w:name w:val="Medium Shading 2"/>
    <w:basedOn w:val="TableNormal"/>
    <w:uiPriority w:val="64"/>
    <w:rsid w:val="00CB0664"/>
    <w:pPr>
      <w:spacing w:after="0" w:line="240" w:lineRule="auto"/>
    </w:pPr>
    <w:tblPr>
      <w:tblStyleRowBandSize w:val="1"/>
      <w:tblStyleColBandSize w:val="1"/>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12C35"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12C35" w:themeFill="text1"/>
      </w:tcPr>
    </w:tblStylePr>
    <w:tblStylePr w:type="lastCol">
      <w:rPr>
        <w:b/>
        <w:bCs/>
        <w:color w:val="FFFFFF" w:themeColor="background1"/>
      </w:rPr>
      <w:tblPr/>
      <w:tcPr>
        <w:tcBorders>
          <w:left w:val="nil"/>
          <w:right w:val="nil"/>
          <w:insideH w:val="nil"/>
          <w:insideV w:val="nil"/>
        </w:tcBorders>
        <w:shd w:val="clear" w:color="auto" w:fill="312C35"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E6E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E6E0" w:themeFill="accent1"/>
      </w:tcPr>
    </w:tblStylePr>
    <w:tblStylePr w:type="lastCol">
      <w:rPr>
        <w:b/>
        <w:bCs/>
        <w:color w:val="FFFFFF" w:themeColor="background1"/>
      </w:rPr>
      <w:tblPr/>
      <w:tcPr>
        <w:tcBorders>
          <w:left w:val="nil"/>
          <w:right w:val="nil"/>
          <w:insideH w:val="nil"/>
          <w:insideV w:val="nil"/>
        </w:tcBorders>
        <w:shd w:val="clear" w:color="auto" w:fill="EDE6E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A5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A532" w:themeFill="accent2"/>
      </w:tcPr>
    </w:tblStylePr>
    <w:tblStylePr w:type="lastCol">
      <w:rPr>
        <w:b/>
        <w:bCs/>
        <w:color w:val="FFFFFF" w:themeColor="background1"/>
      </w:rPr>
      <w:tblPr/>
      <w:tcPr>
        <w:tcBorders>
          <w:left w:val="nil"/>
          <w:right w:val="nil"/>
          <w:insideH w:val="nil"/>
          <w:insideV w:val="nil"/>
        </w:tcBorders>
        <w:shd w:val="clear" w:color="auto" w:fill="EAA5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C749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C749C" w:themeFill="accent3"/>
      </w:tcPr>
    </w:tblStylePr>
    <w:tblStylePr w:type="lastCol">
      <w:rPr>
        <w:b/>
        <w:bCs/>
        <w:color w:val="FFFFFF" w:themeColor="background1"/>
      </w:rPr>
      <w:tblPr/>
      <w:tcPr>
        <w:tcBorders>
          <w:left w:val="nil"/>
          <w:right w:val="nil"/>
          <w:insideH w:val="nil"/>
          <w:insideV w:val="nil"/>
        </w:tcBorders>
        <w:shd w:val="clear" w:color="auto" w:fill="BC749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C387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C3873" w:themeFill="accent4"/>
      </w:tcPr>
    </w:tblStylePr>
    <w:tblStylePr w:type="lastCol">
      <w:rPr>
        <w:b/>
        <w:bCs/>
        <w:color w:val="FFFFFF" w:themeColor="background1"/>
      </w:rPr>
      <w:tblPr/>
      <w:tcPr>
        <w:tcBorders>
          <w:left w:val="nil"/>
          <w:right w:val="nil"/>
          <w:insideH w:val="nil"/>
          <w:insideV w:val="nil"/>
        </w:tcBorders>
        <w:shd w:val="clear" w:color="auto" w:fill="5C387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312C35" w:themeColor="text1"/>
    </w:rPr>
    <w:tblPr>
      <w:tblStyleRowBandSize w:val="1"/>
      <w:tblStyleColBandSize w:val="1"/>
    </w:tblPr>
    <w:tcPr>
      <w:shd w:val="clear" w:color="auto" w:fill="CCC7D0" w:themeFill="text1" w:themeFillTint="3F"/>
    </w:tcPr>
    <w:tblStylePr w:type="firstRow">
      <w:rPr>
        <w:rFonts w:asciiTheme="majorHAnsi" w:eastAsiaTheme="majorEastAsia" w:hAnsiTheme="majorHAnsi" w:cstheme="majorBidi"/>
      </w:rPr>
      <w:tblPr/>
      <w:tcPr>
        <w:tcBorders>
          <w:top w:val="nil"/>
          <w:bottom w:val="single" w:sz="8" w:space="0" w:color="312C35" w:themeColor="text1"/>
        </w:tcBorders>
      </w:tcPr>
    </w:tblStylePr>
    <w:tblStylePr w:type="lastRow">
      <w:rPr>
        <w:b/>
        <w:bCs/>
        <w:color w:val="312C35" w:themeColor="text2"/>
      </w:rPr>
      <w:tblPr/>
      <w:tcPr>
        <w:tcBorders>
          <w:top w:val="single" w:sz="8" w:space="0" w:color="312C35" w:themeColor="text1"/>
          <w:bottom w:val="single" w:sz="8" w:space="0" w:color="312C35" w:themeColor="text1"/>
        </w:tcBorders>
      </w:tcPr>
    </w:tblStylePr>
    <w:tblStylePr w:type="firstCol">
      <w:rPr>
        <w:b/>
        <w:bCs/>
      </w:rPr>
    </w:tblStylePr>
    <w:tblStylePr w:type="lastCol">
      <w:rPr>
        <w:b/>
        <w:bCs/>
      </w:rPr>
    </w:tblStylePr>
  </w:style>
  <w:style w:type="table" w:styleId="MediumList1-Accent1">
    <w:name w:val="Medium List 1 Accent 1"/>
    <w:basedOn w:val="TableNormal"/>
    <w:uiPriority w:val="65"/>
    <w:rsid w:val="00CB0664"/>
    <w:pPr>
      <w:spacing w:after="0" w:line="240" w:lineRule="auto"/>
    </w:pPr>
    <w:rPr>
      <w:color w:val="312C35" w:themeColor="text1"/>
    </w:rPr>
    <w:tblPr>
      <w:tblStyleRowBandSize w:val="1"/>
      <w:tblStyleColBandSize w:val="1"/>
    </w:tblPr>
    <w:tcPr>
      <w:shd w:val="clear" w:color="auto" w:fill="FAF8F7" w:themeFill="accent1" w:themeFillTint="3F"/>
    </w:tcPr>
    <w:tblStylePr w:type="firstRow">
      <w:rPr>
        <w:rFonts w:asciiTheme="majorHAnsi" w:eastAsiaTheme="majorEastAsia" w:hAnsiTheme="majorHAnsi" w:cstheme="majorBidi"/>
      </w:rPr>
      <w:tblPr/>
      <w:tcPr>
        <w:tcBorders>
          <w:top w:val="nil"/>
          <w:bottom w:val="single" w:sz="8" w:space="0" w:color="EDE6E0" w:themeColor="accent1"/>
        </w:tcBorders>
      </w:tcPr>
    </w:tblStylePr>
    <w:tblStylePr w:type="lastRow">
      <w:rPr>
        <w:b/>
        <w:bCs/>
        <w:color w:val="312C35" w:themeColor="text2"/>
      </w:rPr>
      <w:tblPr/>
      <w:tcPr>
        <w:tcBorders>
          <w:top w:val="single" w:sz="8" w:space="0" w:color="EDE6E0" w:themeColor="accent1"/>
          <w:bottom w:val="single" w:sz="8" w:space="0" w:color="EDE6E0" w:themeColor="accent1"/>
        </w:tcBorders>
      </w:tcPr>
    </w:tblStylePr>
    <w:tblStylePr w:type="firstCol">
      <w:rPr>
        <w:b/>
        <w:bCs/>
      </w:rPr>
    </w:tblStylePr>
    <w:tblStylePr w:type="lastCol">
      <w:rPr>
        <w:b/>
        <w:bCs/>
      </w:rPr>
    </w:tblStylePr>
  </w:style>
  <w:style w:type="table" w:styleId="MediumList1-Accent2">
    <w:name w:val="Medium List 1 Accent 2"/>
    <w:basedOn w:val="TableNormal"/>
    <w:uiPriority w:val="65"/>
    <w:rsid w:val="00CB0664"/>
    <w:pPr>
      <w:spacing w:after="0" w:line="240" w:lineRule="auto"/>
    </w:pPr>
    <w:rPr>
      <w:color w:val="312C35" w:themeColor="text1"/>
    </w:rPr>
    <w:tblPr>
      <w:tblStyleRowBandSize w:val="1"/>
      <w:tblStyleColBandSize w:val="1"/>
    </w:tblPr>
    <w:tcPr>
      <w:shd w:val="clear" w:color="auto" w:fill="F9E8CC" w:themeFill="accent2" w:themeFillTint="3F"/>
    </w:tcPr>
    <w:tblStylePr w:type="firstRow">
      <w:rPr>
        <w:rFonts w:asciiTheme="majorHAnsi" w:eastAsiaTheme="majorEastAsia" w:hAnsiTheme="majorHAnsi" w:cstheme="majorBidi"/>
      </w:rPr>
      <w:tblPr/>
      <w:tcPr>
        <w:tcBorders>
          <w:top w:val="nil"/>
          <w:bottom w:val="single" w:sz="8" w:space="0" w:color="EAA532" w:themeColor="accent2"/>
        </w:tcBorders>
      </w:tcPr>
    </w:tblStylePr>
    <w:tblStylePr w:type="lastRow">
      <w:rPr>
        <w:b/>
        <w:bCs/>
        <w:color w:val="312C35" w:themeColor="text2"/>
      </w:rPr>
      <w:tblPr/>
      <w:tcPr>
        <w:tcBorders>
          <w:top w:val="single" w:sz="8" w:space="0" w:color="EAA532" w:themeColor="accent2"/>
          <w:bottom w:val="single" w:sz="8" w:space="0" w:color="EAA532" w:themeColor="accent2"/>
        </w:tcBorders>
      </w:tcPr>
    </w:tblStylePr>
    <w:tblStylePr w:type="firstCol">
      <w:rPr>
        <w:b/>
        <w:bCs/>
      </w:rPr>
    </w:tblStylePr>
    <w:tblStylePr w:type="lastCol">
      <w:rPr>
        <w:b/>
        <w:bCs/>
      </w:rPr>
    </w:tblStylePr>
  </w:style>
  <w:style w:type="table" w:styleId="MediumList1-Accent3">
    <w:name w:val="Medium List 1 Accent 3"/>
    <w:basedOn w:val="TableNormal"/>
    <w:uiPriority w:val="65"/>
    <w:rsid w:val="00CB0664"/>
    <w:pPr>
      <w:spacing w:after="0" w:line="240" w:lineRule="auto"/>
    </w:pPr>
    <w:rPr>
      <w:color w:val="312C35" w:themeColor="text1"/>
    </w:rPr>
    <w:tblPr>
      <w:tblStyleRowBandSize w:val="1"/>
      <w:tblStyleColBandSize w:val="1"/>
    </w:tblPr>
    <w:tcPr>
      <w:shd w:val="clear" w:color="auto" w:fill="EEDCE6" w:themeFill="accent3" w:themeFillTint="3F"/>
    </w:tcPr>
    <w:tblStylePr w:type="firstRow">
      <w:rPr>
        <w:rFonts w:asciiTheme="majorHAnsi" w:eastAsiaTheme="majorEastAsia" w:hAnsiTheme="majorHAnsi" w:cstheme="majorBidi"/>
      </w:rPr>
      <w:tblPr/>
      <w:tcPr>
        <w:tcBorders>
          <w:top w:val="nil"/>
          <w:bottom w:val="single" w:sz="8" w:space="0" w:color="BC749C" w:themeColor="accent3"/>
        </w:tcBorders>
      </w:tcPr>
    </w:tblStylePr>
    <w:tblStylePr w:type="lastRow">
      <w:rPr>
        <w:b/>
        <w:bCs/>
        <w:color w:val="312C35" w:themeColor="text2"/>
      </w:rPr>
      <w:tblPr/>
      <w:tcPr>
        <w:tcBorders>
          <w:top w:val="single" w:sz="8" w:space="0" w:color="BC749C" w:themeColor="accent3"/>
          <w:bottom w:val="single" w:sz="8" w:space="0" w:color="BC749C" w:themeColor="accent3"/>
        </w:tcBorders>
      </w:tcPr>
    </w:tblStylePr>
    <w:tblStylePr w:type="firstCol">
      <w:rPr>
        <w:b/>
        <w:bCs/>
      </w:rPr>
    </w:tblStylePr>
    <w:tblStylePr w:type="lastCol">
      <w:rPr>
        <w:b/>
        <w:bCs/>
      </w:rPr>
    </w:tblStylePr>
  </w:style>
  <w:style w:type="table" w:styleId="MediumList1-Accent4">
    <w:name w:val="Medium List 1 Accent 4"/>
    <w:basedOn w:val="TableNormal"/>
    <w:uiPriority w:val="65"/>
    <w:rsid w:val="00CB0664"/>
    <w:pPr>
      <w:spacing w:after="0" w:line="240" w:lineRule="auto"/>
    </w:pPr>
    <w:rPr>
      <w:color w:val="312C35" w:themeColor="text1"/>
    </w:rPr>
    <w:tblPr>
      <w:tblStyleRowBandSize w:val="1"/>
      <w:tblStyleColBandSize w:val="1"/>
    </w:tblPr>
    <w:tcPr>
      <w:shd w:val="clear" w:color="auto" w:fill="D8C6E3" w:themeFill="accent4" w:themeFillTint="3F"/>
    </w:tcPr>
    <w:tblStylePr w:type="firstRow">
      <w:rPr>
        <w:rFonts w:asciiTheme="majorHAnsi" w:eastAsiaTheme="majorEastAsia" w:hAnsiTheme="majorHAnsi" w:cstheme="majorBidi"/>
      </w:rPr>
      <w:tblPr/>
      <w:tcPr>
        <w:tcBorders>
          <w:top w:val="nil"/>
          <w:bottom w:val="single" w:sz="8" w:space="0" w:color="5C3873" w:themeColor="accent4"/>
        </w:tcBorders>
      </w:tcPr>
    </w:tblStylePr>
    <w:tblStylePr w:type="lastRow">
      <w:rPr>
        <w:b/>
        <w:bCs/>
        <w:color w:val="312C35" w:themeColor="text2"/>
      </w:rPr>
      <w:tblPr/>
      <w:tcPr>
        <w:tcBorders>
          <w:top w:val="single" w:sz="8" w:space="0" w:color="5C3873" w:themeColor="accent4"/>
          <w:bottom w:val="single" w:sz="8" w:space="0" w:color="5C3873" w:themeColor="accent4"/>
        </w:tcBorders>
      </w:tcPr>
    </w:tblStylePr>
    <w:tblStylePr w:type="firstCol">
      <w:rPr>
        <w:b/>
        <w:bCs/>
      </w:rPr>
    </w:tblStylePr>
    <w:tblStylePr w:type="lastCol">
      <w:rPr>
        <w:b/>
        <w:bCs/>
      </w:rPr>
    </w:tblStylePr>
  </w:style>
  <w:style w:type="table" w:styleId="MediumList1-Accent5">
    <w:name w:val="Medium List 1 Accent 5"/>
    <w:basedOn w:val="TableNormal"/>
    <w:uiPriority w:val="65"/>
    <w:rsid w:val="00CB0664"/>
    <w:pPr>
      <w:spacing w:after="0" w:line="240" w:lineRule="auto"/>
    </w:pPr>
    <w:rPr>
      <w:color w:val="312C35" w:themeColor="text1"/>
    </w:rPr>
    <w:tblPr>
      <w:tblStyleRowBandSize w:val="1"/>
      <w:tblStyleColBandSize w:val="1"/>
    </w:tblPr>
    <w:tcPr>
      <w:shd w:val="clear" w:color="auto" w:fill="EFC3E9" w:themeFill="accent5" w:themeFillTint="3F"/>
    </w:tc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312C35"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StylePr>
  </w:style>
  <w:style w:type="table" w:styleId="MediumList1-Accent6">
    <w:name w:val="Medium List 1 Accent 6"/>
    <w:basedOn w:val="TableNormal"/>
    <w:uiPriority w:val="65"/>
    <w:rsid w:val="00CB0664"/>
    <w:pPr>
      <w:spacing w:after="0" w:line="240" w:lineRule="auto"/>
    </w:pPr>
    <w:rPr>
      <w:color w:val="312C35" w:themeColor="text1"/>
    </w:rPr>
    <w:tblPr>
      <w:tblStyleRowBandSize w:val="1"/>
      <w:tblStyleColBandSize w:val="1"/>
    </w:tblPr>
    <w:tcPr>
      <w:shd w:val="clear" w:color="auto" w:fill="D0EFC5" w:themeFill="accent6" w:themeFillTint="3F"/>
    </w:tc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312C35"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312C35" w:themeColor="text1"/>
    </w:rPr>
    <w:tblPr>
      <w:tblStyleRowBandSize w:val="1"/>
      <w:tblStyleColBandSize w:val="1"/>
    </w:tblPr>
    <w:tblStylePr w:type="firstRow">
      <w:rPr>
        <w:sz w:val="24"/>
        <w:szCs w:val="24"/>
      </w:rPr>
      <w:tblPr/>
      <w:tcPr>
        <w:tcBorders>
          <w:top w:val="nil"/>
          <w:left w:val="nil"/>
          <w:bottom w:val="single" w:sz="24" w:space="0" w:color="312C35" w:themeColor="text1"/>
          <w:right w:val="nil"/>
          <w:insideH w:val="nil"/>
          <w:insideV w:val="nil"/>
        </w:tcBorders>
        <w:shd w:val="clear" w:color="auto" w:fill="FFFFFF" w:themeFill="background1"/>
      </w:tcPr>
    </w:tblStylePr>
    <w:tblStylePr w:type="lastRow">
      <w:tblPr/>
      <w:tcPr>
        <w:tcBorders>
          <w:top w:val="single" w:sz="8" w:space="0" w:color="312C35"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12C35" w:themeColor="text1"/>
          <w:insideH w:val="nil"/>
          <w:insideV w:val="nil"/>
        </w:tcBorders>
        <w:shd w:val="clear" w:color="auto" w:fill="FFFFFF" w:themeFill="background1"/>
      </w:tcPr>
    </w:tblStylePr>
    <w:tblStylePr w:type="lastCol">
      <w:tblPr/>
      <w:tcPr>
        <w:tcBorders>
          <w:top w:val="nil"/>
          <w:left w:val="single" w:sz="8" w:space="0" w:color="312C35"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C7D0" w:themeFill="text1" w:themeFillTint="3F"/>
      </w:tcPr>
    </w:tblStylePr>
    <w:tblStylePr w:type="band1Horz">
      <w:tblPr/>
      <w:tcPr>
        <w:tcBorders>
          <w:top w:val="nil"/>
          <w:bottom w:val="nil"/>
          <w:insideH w:val="nil"/>
          <w:insideV w:val="nil"/>
        </w:tcBorders>
        <w:shd w:val="clear" w:color="auto" w:fill="CCC7D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312C35" w:themeColor="text1"/>
    </w:rPr>
    <w:tblPr>
      <w:tblStyleRowBandSize w:val="1"/>
      <w:tblStyleColBandSize w:val="1"/>
    </w:tblPr>
    <w:tblStylePr w:type="firstRow">
      <w:rPr>
        <w:sz w:val="24"/>
        <w:szCs w:val="24"/>
      </w:rPr>
      <w:tblPr/>
      <w:tcPr>
        <w:tcBorders>
          <w:top w:val="nil"/>
          <w:left w:val="nil"/>
          <w:bottom w:val="single" w:sz="24" w:space="0" w:color="EDE6E0" w:themeColor="accent1"/>
          <w:right w:val="nil"/>
          <w:insideH w:val="nil"/>
          <w:insideV w:val="nil"/>
        </w:tcBorders>
        <w:shd w:val="clear" w:color="auto" w:fill="FFFFFF" w:themeFill="background1"/>
      </w:tcPr>
    </w:tblStylePr>
    <w:tblStylePr w:type="lastRow">
      <w:tblPr/>
      <w:tcPr>
        <w:tcBorders>
          <w:top w:val="single" w:sz="8" w:space="0" w:color="EDE6E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E6E0" w:themeColor="accent1"/>
          <w:insideH w:val="nil"/>
          <w:insideV w:val="nil"/>
        </w:tcBorders>
        <w:shd w:val="clear" w:color="auto" w:fill="FFFFFF" w:themeFill="background1"/>
      </w:tcPr>
    </w:tblStylePr>
    <w:tblStylePr w:type="lastCol">
      <w:tblPr/>
      <w:tcPr>
        <w:tcBorders>
          <w:top w:val="nil"/>
          <w:left w:val="single" w:sz="8" w:space="0" w:color="EDE6E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8F7" w:themeFill="accent1" w:themeFillTint="3F"/>
      </w:tcPr>
    </w:tblStylePr>
    <w:tblStylePr w:type="band1Horz">
      <w:tblPr/>
      <w:tcPr>
        <w:tcBorders>
          <w:top w:val="nil"/>
          <w:bottom w:val="nil"/>
          <w:insideH w:val="nil"/>
          <w:insideV w:val="nil"/>
        </w:tcBorders>
        <w:shd w:val="clear" w:color="auto" w:fill="FAF8F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312C35" w:themeColor="text1"/>
    </w:rPr>
    <w:tblPr>
      <w:tblStyleRowBandSize w:val="1"/>
      <w:tblStyleColBandSize w:val="1"/>
    </w:tblPr>
    <w:tblStylePr w:type="firstRow">
      <w:rPr>
        <w:sz w:val="24"/>
        <w:szCs w:val="24"/>
      </w:rPr>
      <w:tblPr/>
      <w:tcPr>
        <w:tcBorders>
          <w:top w:val="nil"/>
          <w:left w:val="nil"/>
          <w:bottom w:val="single" w:sz="24" w:space="0" w:color="EAA532" w:themeColor="accent2"/>
          <w:right w:val="nil"/>
          <w:insideH w:val="nil"/>
          <w:insideV w:val="nil"/>
        </w:tcBorders>
        <w:shd w:val="clear" w:color="auto" w:fill="FFFFFF" w:themeFill="background1"/>
      </w:tcPr>
    </w:tblStylePr>
    <w:tblStylePr w:type="lastRow">
      <w:tblPr/>
      <w:tcPr>
        <w:tcBorders>
          <w:top w:val="single" w:sz="8" w:space="0" w:color="EAA5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A532" w:themeColor="accent2"/>
          <w:insideH w:val="nil"/>
          <w:insideV w:val="nil"/>
        </w:tcBorders>
        <w:shd w:val="clear" w:color="auto" w:fill="FFFFFF" w:themeFill="background1"/>
      </w:tcPr>
    </w:tblStylePr>
    <w:tblStylePr w:type="lastCol">
      <w:tblPr/>
      <w:tcPr>
        <w:tcBorders>
          <w:top w:val="nil"/>
          <w:left w:val="single" w:sz="8" w:space="0" w:color="EAA5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8CC" w:themeFill="accent2" w:themeFillTint="3F"/>
      </w:tcPr>
    </w:tblStylePr>
    <w:tblStylePr w:type="band1Horz">
      <w:tblPr/>
      <w:tcPr>
        <w:tcBorders>
          <w:top w:val="nil"/>
          <w:bottom w:val="nil"/>
          <w:insideH w:val="nil"/>
          <w:insideV w:val="nil"/>
        </w:tcBorders>
        <w:shd w:val="clear" w:color="auto" w:fill="F9E8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312C35" w:themeColor="text1"/>
    </w:rPr>
    <w:tblPr>
      <w:tblStyleRowBandSize w:val="1"/>
      <w:tblStyleColBandSize w:val="1"/>
    </w:tblPr>
    <w:tblStylePr w:type="firstRow">
      <w:rPr>
        <w:sz w:val="24"/>
        <w:szCs w:val="24"/>
      </w:rPr>
      <w:tblPr/>
      <w:tcPr>
        <w:tcBorders>
          <w:top w:val="nil"/>
          <w:left w:val="nil"/>
          <w:bottom w:val="single" w:sz="24" w:space="0" w:color="BC749C" w:themeColor="accent3"/>
          <w:right w:val="nil"/>
          <w:insideH w:val="nil"/>
          <w:insideV w:val="nil"/>
        </w:tcBorders>
        <w:shd w:val="clear" w:color="auto" w:fill="FFFFFF" w:themeFill="background1"/>
      </w:tcPr>
    </w:tblStylePr>
    <w:tblStylePr w:type="lastRow">
      <w:tblPr/>
      <w:tcPr>
        <w:tcBorders>
          <w:top w:val="single" w:sz="8" w:space="0" w:color="BC749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C749C" w:themeColor="accent3"/>
          <w:insideH w:val="nil"/>
          <w:insideV w:val="nil"/>
        </w:tcBorders>
        <w:shd w:val="clear" w:color="auto" w:fill="FFFFFF" w:themeFill="background1"/>
      </w:tcPr>
    </w:tblStylePr>
    <w:tblStylePr w:type="lastCol">
      <w:tblPr/>
      <w:tcPr>
        <w:tcBorders>
          <w:top w:val="nil"/>
          <w:left w:val="single" w:sz="8" w:space="0" w:color="BC749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DCE6" w:themeFill="accent3" w:themeFillTint="3F"/>
      </w:tcPr>
    </w:tblStylePr>
    <w:tblStylePr w:type="band1Horz">
      <w:tblPr/>
      <w:tcPr>
        <w:tcBorders>
          <w:top w:val="nil"/>
          <w:bottom w:val="nil"/>
          <w:insideH w:val="nil"/>
          <w:insideV w:val="nil"/>
        </w:tcBorders>
        <w:shd w:val="clear" w:color="auto" w:fill="EEDCE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312C35" w:themeColor="text1"/>
    </w:rPr>
    <w:tblPr>
      <w:tblStyleRowBandSize w:val="1"/>
      <w:tblStyleColBandSize w:val="1"/>
    </w:tblPr>
    <w:tblStylePr w:type="firstRow">
      <w:rPr>
        <w:sz w:val="24"/>
        <w:szCs w:val="24"/>
      </w:rPr>
      <w:tblPr/>
      <w:tcPr>
        <w:tcBorders>
          <w:top w:val="nil"/>
          <w:left w:val="nil"/>
          <w:bottom w:val="single" w:sz="24" w:space="0" w:color="5C3873" w:themeColor="accent4"/>
          <w:right w:val="nil"/>
          <w:insideH w:val="nil"/>
          <w:insideV w:val="nil"/>
        </w:tcBorders>
        <w:shd w:val="clear" w:color="auto" w:fill="FFFFFF" w:themeFill="background1"/>
      </w:tcPr>
    </w:tblStylePr>
    <w:tblStylePr w:type="lastRow">
      <w:tblPr/>
      <w:tcPr>
        <w:tcBorders>
          <w:top w:val="single" w:sz="8" w:space="0" w:color="5C387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C3873" w:themeColor="accent4"/>
          <w:insideH w:val="nil"/>
          <w:insideV w:val="nil"/>
        </w:tcBorders>
        <w:shd w:val="clear" w:color="auto" w:fill="FFFFFF" w:themeFill="background1"/>
      </w:tcPr>
    </w:tblStylePr>
    <w:tblStylePr w:type="lastCol">
      <w:tblPr/>
      <w:tcPr>
        <w:tcBorders>
          <w:top w:val="nil"/>
          <w:left w:val="single" w:sz="8" w:space="0" w:color="5C387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C6E3" w:themeFill="accent4" w:themeFillTint="3F"/>
      </w:tcPr>
    </w:tblStylePr>
    <w:tblStylePr w:type="band1Horz">
      <w:tblPr/>
      <w:tcPr>
        <w:tcBorders>
          <w:top w:val="nil"/>
          <w:bottom w:val="nil"/>
          <w:insideH w:val="nil"/>
          <w:insideV w:val="nil"/>
        </w:tcBorders>
        <w:shd w:val="clear" w:color="auto" w:fill="D8C6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312C35" w:themeColor="text1"/>
    </w:rPr>
    <w:tblPr>
      <w:tblStyleRowBandSize w:val="1"/>
      <w:tblStyleColBandSize w:val="1"/>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312C35" w:themeColor="text1"/>
    </w:rPr>
    <w:tblPr>
      <w:tblStyleRowBandSize w:val="1"/>
      <w:tblStyleColBandSize w:val="1"/>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Pr>
    <w:tcPr>
      <w:shd w:val="clear" w:color="auto" w:fill="CCC7D0" w:themeFill="text1" w:themeFillTint="3F"/>
    </w:tcPr>
    <w:tblStylePr w:type="firstRow">
      <w:rPr>
        <w:b/>
        <w:bCs/>
      </w:rPr>
    </w:tblStylePr>
    <w:tblStylePr w:type="lastRow">
      <w:rPr>
        <w:b/>
        <w:bCs/>
      </w:rPr>
      <w:tblPr/>
      <w:tcPr>
        <w:tcBorders>
          <w:top w:val="single" w:sz="18" w:space="0" w:color="655B6D" w:themeColor="text1" w:themeTint="BF"/>
        </w:tcBorders>
      </w:tcPr>
    </w:tblStylePr>
    <w:tblStylePr w:type="firstCol">
      <w:rPr>
        <w:b/>
        <w:bCs/>
      </w:rPr>
    </w:tblStylePr>
    <w:tblStylePr w:type="lastCol">
      <w:rPr>
        <w:b/>
        <w:bCs/>
      </w:rPr>
    </w:tblStylePr>
    <w:tblStylePr w:type="band1Vert">
      <w:tblPr/>
      <w:tcPr>
        <w:shd w:val="clear" w:color="auto" w:fill="998EA1" w:themeFill="text1" w:themeFillTint="7F"/>
      </w:tcPr>
    </w:tblStylePr>
    <w:tblStylePr w:type="band1Horz">
      <w:tblPr/>
      <w:tcPr>
        <w:shd w:val="clear" w:color="auto" w:fill="998EA1"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Pr>
    <w:tcPr>
      <w:shd w:val="clear" w:color="auto" w:fill="FAF8F7" w:themeFill="accent1" w:themeFillTint="3F"/>
    </w:tcPr>
    <w:tblStylePr w:type="firstRow">
      <w:rPr>
        <w:b/>
        <w:bCs/>
      </w:rPr>
    </w:tblStylePr>
    <w:tblStylePr w:type="lastRow">
      <w:rPr>
        <w:b/>
        <w:bCs/>
      </w:rPr>
      <w:tblPr/>
      <w:tcPr>
        <w:tcBorders>
          <w:top w:val="single" w:sz="18" w:space="0" w:color="F1ECE7" w:themeColor="accent1" w:themeTint="BF"/>
        </w:tcBorders>
      </w:tcPr>
    </w:tblStylePr>
    <w:tblStylePr w:type="firstCol">
      <w:rPr>
        <w:b/>
        <w:bCs/>
      </w:rPr>
    </w:tblStylePr>
    <w:tblStylePr w:type="lastCol">
      <w:rPr>
        <w:b/>
        <w:bCs/>
      </w:rPr>
    </w:tblStylePr>
    <w:tblStylePr w:type="band1Vert">
      <w:tblPr/>
      <w:tcPr>
        <w:shd w:val="clear" w:color="auto" w:fill="F6F2EF" w:themeFill="accent1" w:themeFillTint="7F"/>
      </w:tcPr>
    </w:tblStylePr>
    <w:tblStylePr w:type="band1Horz">
      <w:tblPr/>
      <w:tcPr>
        <w:shd w:val="clear" w:color="auto" w:fill="F6F2EF"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Pr>
    <w:tcPr>
      <w:shd w:val="clear" w:color="auto" w:fill="F9E8CC" w:themeFill="accent2" w:themeFillTint="3F"/>
    </w:tcPr>
    <w:tblStylePr w:type="firstRow">
      <w:rPr>
        <w:b/>
        <w:bCs/>
      </w:rPr>
    </w:tblStylePr>
    <w:tblStylePr w:type="lastRow">
      <w:rPr>
        <w:b/>
        <w:bCs/>
      </w:rPr>
      <w:tblPr/>
      <w:tcPr>
        <w:tcBorders>
          <w:top w:val="single" w:sz="18" w:space="0" w:color="EFBB65" w:themeColor="accent2" w:themeTint="BF"/>
        </w:tcBorders>
      </w:tcPr>
    </w:tblStylePr>
    <w:tblStylePr w:type="firstCol">
      <w:rPr>
        <w:b/>
        <w:bCs/>
      </w:rPr>
    </w:tblStylePr>
    <w:tblStylePr w:type="lastCol">
      <w:rPr>
        <w:b/>
        <w:bCs/>
      </w:rPr>
    </w:tblStylePr>
    <w:tblStylePr w:type="band1Vert">
      <w:tblPr/>
      <w:tcPr>
        <w:shd w:val="clear" w:color="auto" w:fill="F4D298" w:themeFill="accent2" w:themeFillTint="7F"/>
      </w:tcPr>
    </w:tblStylePr>
    <w:tblStylePr w:type="band1Horz">
      <w:tblPr/>
      <w:tcPr>
        <w:shd w:val="clear" w:color="auto" w:fill="F4D2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Pr>
    <w:tcPr>
      <w:shd w:val="clear" w:color="auto" w:fill="EEDCE6" w:themeFill="accent3" w:themeFillTint="3F"/>
    </w:tcPr>
    <w:tblStylePr w:type="firstRow">
      <w:rPr>
        <w:b/>
        <w:bCs/>
      </w:rPr>
    </w:tblStylePr>
    <w:tblStylePr w:type="lastRow">
      <w:rPr>
        <w:b/>
        <w:bCs/>
      </w:rPr>
      <w:tblPr/>
      <w:tcPr>
        <w:tcBorders>
          <w:top w:val="single" w:sz="18" w:space="0" w:color="CC96B4" w:themeColor="accent3" w:themeTint="BF"/>
        </w:tcBorders>
      </w:tcPr>
    </w:tblStylePr>
    <w:tblStylePr w:type="firstCol">
      <w:rPr>
        <w:b/>
        <w:bCs/>
      </w:rPr>
    </w:tblStylePr>
    <w:tblStylePr w:type="lastCol">
      <w:rPr>
        <w:b/>
        <w:bCs/>
      </w:rPr>
    </w:tblStylePr>
    <w:tblStylePr w:type="band1Vert">
      <w:tblPr/>
      <w:tcPr>
        <w:shd w:val="clear" w:color="auto" w:fill="DDB9CD" w:themeFill="accent3" w:themeFillTint="7F"/>
      </w:tcPr>
    </w:tblStylePr>
    <w:tblStylePr w:type="band1Horz">
      <w:tblPr/>
      <w:tcPr>
        <w:shd w:val="clear" w:color="auto" w:fill="DDB9CD"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Pr>
    <w:tcPr>
      <w:shd w:val="clear" w:color="auto" w:fill="D8C6E3" w:themeFill="accent4" w:themeFillTint="3F"/>
    </w:tcPr>
    <w:tblStylePr w:type="firstRow">
      <w:rPr>
        <w:b/>
        <w:bCs/>
      </w:rPr>
    </w:tblStylePr>
    <w:tblStylePr w:type="lastRow">
      <w:rPr>
        <w:b/>
        <w:bCs/>
      </w:rPr>
      <w:tblPr/>
      <w:tcPr>
        <w:tcBorders>
          <w:top w:val="single" w:sz="18" w:space="0" w:color="8954AB" w:themeColor="accent4" w:themeTint="BF"/>
        </w:tcBorders>
      </w:tcPr>
    </w:tblStylePr>
    <w:tblStylePr w:type="firstCol">
      <w:rPr>
        <w:b/>
        <w:bCs/>
      </w:rPr>
    </w:tblStylePr>
    <w:tblStylePr w:type="lastCol">
      <w:rPr>
        <w:b/>
        <w:bCs/>
      </w:rPr>
    </w:tblStylePr>
    <w:tblStylePr w:type="band1Vert">
      <w:tblPr/>
      <w:tcPr>
        <w:shd w:val="clear" w:color="auto" w:fill="B08DC7" w:themeFill="accent4" w:themeFillTint="7F"/>
      </w:tcPr>
    </w:tblStylePr>
    <w:tblStylePr w:type="band1Horz">
      <w:tblPr/>
      <w:tcPr>
        <w:shd w:val="clear" w:color="auto" w:fill="B08DC7"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312C35" w:themeColor="text1"/>
    </w:rPr>
    <w:tblPr>
      <w:tblStyleRowBandSize w:val="1"/>
      <w:tblStyleColBandSize w:val="1"/>
    </w:tblPr>
    <w:tcPr>
      <w:shd w:val="clear" w:color="auto" w:fill="CCC7D0" w:themeFill="text1" w:themeFillTint="3F"/>
    </w:tcPr>
    <w:tblStylePr w:type="firstRow">
      <w:rPr>
        <w:b/>
        <w:bCs/>
        <w:color w:val="312C35" w:themeColor="text1"/>
      </w:rPr>
      <w:tblPr/>
      <w:tcPr>
        <w:shd w:val="clear" w:color="auto" w:fill="EAE8EC" w:themeFill="text1" w:themeFillTint="19"/>
      </w:tcPr>
    </w:tblStylePr>
    <w:tblStylePr w:type="lastRow">
      <w:rPr>
        <w:b/>
        <w:bCs/>
        <w:color w:val="312C35" w:themeColor="text1"/>
      </w:rPr>
      <w:tblPr/>
      <w:tcPr>
        <w:tcBorders>
          <w:top w:val="single" w:sz="12" w:space="0" w:color="312C35" w:themeColor="text1"/>
          <w:left w:val="nil"/>
          <w:bottom w:val="nil"/>
          <w:right w:val="nil"/>
          <w:insideH w:val="nil"/>
          <w:insideV w:val="nil"/>
        </w:tcBorders>
        <w:shd w:val="clear" w:color="auto" w:fill="FFFFFF" w:themeFill="background1"/>
      </w:tcPr>
    </w:tblStylePr>
    <w:tblStylePr w:type="firstCol">
      <w:rPr>
        <w:b/>
        <w:bCs/>
        <w:color w:val="312C35"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12C35" w:themeColor="text1"/>
      </w:rPr>
      <w:tblPr/>
      <w:tcPr>
        <w:tcBorders>
          <w:top w:val="nil"/>
          <w:left w:val="nil"/>
          <w:bottom w:val="nil"/>
          <w:right w:val="nil"/>
          <w:insideH w:val="nil"/>
          <w:insideV w:val="nil"/>
        </w:tcBorders>
        <w:shd w:val="clear" w:color="auto" w:fill="D6D1D9" w:themeFill="text1" w:themeFillTint="33"/>
      </w:tcPr>
    </w:tblStylePr>
    <w:tblStylePr w:type="band1Vert">
      <w:tblPr/>
      <w:tcPr>
        <w:shd w:val="clear" w:color="auto" w:fill="998EA1" w:themeFill="text1" w:themeFillTint="7F"/>
      </w:tcPr>
    </w:tblStylePr>
    <w:tblStylePr w:type="band1Horz">
      <w:tblPr/>
      <w:tcPr>
        <w:tcBorders>
          <w:insideH w:val="single" w:sz="6" w:space="0" w:color="312C35" w:themeColor="text1"/>
          <w:insideV w:val="single" w:sz="6" w:space="0" w:color="312C35" w:themeColor="text1"/>
        </w:tcBorders>
        <w:shd w:val="clear" w:color="auto" w:fill="998EA1"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312C35" w:themeColor="text1"/>
    </w:rPr>
    <w:tblPr>
      <w:tblStyleRowBandSize w:val="1"/>
      <w:tblStyleColBandSize w:val="1"/>
    </w:tblPr>
    <w:tcPr>
      <w:shd w:val="clear" w:color="auto" w:fill="FAF8F7" w:themeFill="accent1" w:themeFillTint="3F"/>
    </w:tcPr>
    <w:tblStylePr w:type="firstRow">
      <w:rPr>
        <w:b/>
        <w:bCs/>
        <w:color w:val="312C35" w:themeColor="text1"/>
      </w:rPr>
      <w:tblPr/>
      <w:tcPr>
        <w:shd w:val="clear" w:color="auto" w:fill="FDFCFB" w:themeFill="accent1" w:themeFillTint="19"/>
      </w:tcPr>
    </w:tblStylePr>
    <w:tblStylePr w:type="lastRow">
      <w:rPr>
        <w:b/>
        <w:bCs/>
        <w:color w:val="312C35" w:themeColor="text1"/>
      </w:rPr>
      <w:tblPr/>
      <w:tcPr>
        <w:tcBorders>
          <w:top w:val="single" w:sz="12" w:space="0" w:color="312C35" w:themeColor="text1"/>
          <w:left w:val="nil"/>
          <w:bottom w:val="nil"/>
          <w:right w:val="nil"/>
          <w:insideH w:val="nil"/>
          <w:insideV w:val="nil"/>
        </w:tcBorders>
        <w:shd w:val="clear" w:color="auto" w:fill="FFFFFF" w:themeFill="background1"/>
      </w:tcPr>
    </w:tblStylePr>
    <w:tblStylePr w:type="firstCol">
      <w:rPr>
        <w:b/>
        <w:bCs/>
        <w:color w:val="312C35"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12C35" w:themeColor="text1"/>
      </w:rPr>
      <w:tblPr/>
      <w:tcPr>
        <w:tcBorders>
          <w:top w:val="nil"/>
          <w:left w:val="nil"/>
          <w:bottom w:val="nil"/>
          <w:right w:val="nil"/>
          <w:insideH w:val="nil"/>
          <w:insideV w:val="nil"/>
        </w:tcBorders>
        <w:shd w:val="clear" w:color="auto" w:fill="FBF9F8" w:themeFill="accent1" w:themeFillTint="33"/>
      </w:tcPr>
    </w:tblStylePr>
    <w:tblStylePr w:type="band1Vert">
      <w:tblPr/>
      <w:tcPr>
        <w:shd w:val="clear" w:color="auto" w:fill="F6F2EF" w:themeFill="accent1" w:themeFillTint="7F"/>
      </w:tcPr>
    </w:tblStylePr>
    <w:tblStylePr w:type="band1Horz">
      <w:tblPr/>
      <w:tcPr>
        <w:tcBorders>
          <w:insideH w:val="single" w:sz="6" w:space="0" w:color="EDE6E0" w:themeColor="accent1"/>
          <w:insideV w:val="single" w:sz="6" w:space="0" w:color="EDE6E0" w:themeColor="accent1"/>
        </w:tcBorders>
        <w:shd w:val="clear" w:color="auto" w:fill="F6F2E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312C35" w:themeColor="text1"/>
    </w:rPr>
    <w:tblPr>
      <w:tblStyleRowBandSize w:val="1"/>
      <w:tblStyleColBandSize w:val="1"/>
    </w:tblPr>
    <w:tcPr>
      <w:shd w:val="clear" w:color="auto" w:fill="F9E8CC" w:themeFill="accent2" w:themeFillTint="3F"/>
    </w:tcPr>
    <w:tblStylePr w:type="firstRow">
      <w:rPr>
        <w:b/>
        <w:bCs/>
        <w:color w:val="312C35" w:themeColor="text1"/>
      </w:rPr>
      <w:tblPr/>
      <w:tcPr>
        <w:shd w:val="clear" w:color="auto" w:fill="FDF6EA" w:themeFill="accent2" w:themeFillTint="19"/>
      </w:tcPr>
    </w:tblStylePr>
    <w:tblStylePr w:type="lastRow">
      <w:rPr>
        <w:b/>
        <w:bCs/>
        <w:color w:val="312C35" w:themeColor="text1"/>
      </w:rPr>
      <w:tblPr/>
      <w:tcPr>
        <w:tcBorders>
          <w:top w:val="single" w:sz="12" w:space="0" w:color="312C35" w:themeColor="text1"/>
          <w:left w:val="nil"/>
          <w:bottom w:val="nil"/>
          <w:right w:val="nil"/>
          <w:insideH w:val="nil"/>
          <w:insideV w:val="nil"/>
        </w:tcBorders>
        <w:shd w:val="clear" w:color="auto" w:fill="FFFFFF" w:themeFill="background1"/>
      </w:tcPr>
    </w:tblStylePr>
    <w:tblStylePr w:type="firstCol">
      <w:rPr>
        <w:b/>
        <w:bCs/>
        <w:color w:val="312C35"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12C35" w:themeColor="text1"/>
      </w:rPr>
      <w:tblPr/>
      <w:tcPr>
        <w:tcBorders>
          <w:top w:val="nil"/>
          <w:left w:val="nil"/>
          <w:bottom w:val="nil"/>
          <w:right w:val="nil"/>
          <w:insideH w:val="nil"/>
          <w:insideV w:val="nil"/>
        </w:tcBorders>
        <w:shd w:val="clear" w:color="auto" w:fill="FAECD5" w:themeFill="accent2" w:themeFillTint="33"/>
      </w:tcPr>
    </w:tblStylePr>
    <w:tblStylePr w:type="band1Vert">
      <w:tblPr/>
      <w:tcPr>
        <w:shd w:val="clear" w:color="auto" w:fill="F4D298" w:themeFill="accent2" w:themeFillTint="7F"/>
      </w:tcPr>
    </w:tblStylePr>
    <w:tblStylePr w:type="band1Horz">
      <w:tblPr/>
      <w:tcPr>
        <w:tcBorders>
          <w:insideH w:val="single" w:sz="6" w:space="0" w:color="EAA532" w:themeColor="accent2"/>
          <w:insideV w:val="single" w:sz="6" w:space="0" w:color="EAA532" w:themeColor="accent2"/>
        </w:tcBorders>
        <w:shd w:val="clear" w:color="auto" w:fill="F4D2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312C35" w:themeColor="text1"/>
    </w:rPr>
    <w:tblPr>
      <w:tblStyleRowBandSize w:val="1"/>
      <w:tblStyleColBandSize w:val="1"/>
    </w:tblPr>
    <w:tcPr>
      <w:shd w:val="clear" w:color="auto" w:fill="EEDCE6" w:themeFill="accent3" w:themeFillTint="3F"/>
    </w:tcPr>
    <w:tblStylePr w:type="firstRow">
      <w:rPr>
        <w:b/>
        <w:bCs/>
        <w:color w:val="312C35" w:themeColor="text1"/>
      </w:rPr>
      <w:tblPr/>
      <w:tcPr>
        <w:shd w:val="clear" w:color="auto" w:fill="F8F1F5" w:themeFill="accent3" w:themeFillTint="19"/>
      </w:tcPr>
    </w:tblStylePr>
    <w:tblStylePr w:type="lastRow">
      <w:rPr>
        <w:b/>
        <w:bCs/>
        <w:color w:val="312C35" w:themeColor="text1"/>
      </w:rPr>
      <w:tblPr/>
      <w:tcPr>
        <w:tcBorders>
          <w:top w:val="single" w:sz="12" w:space="0" w:color="312C35" w:themeColor="text1"/>
          <w:left w:val="nil"/>
          <w:bottom w:val="nil"/>
          <w:right w:val="nil"/>
          <w:insideH w:val="nil"/>
          <w:insideV w:val="nil"/>
        </w:tcBorders>
        <w:shd w:val="clear" w:color="auto" w:fill="FFFFFF" w:themeFill="background1"/>
      </w:tcPr>
    </w:tblStylePr>
    <w:tblStylePr w:type="firstCol">
      <w:rPr>
        <w:b/>
        <w:bCs/>
        <w:color w:val="312C35"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12C35" w:themeColor="text1"/>
      </w:rPr>
      <w:tblPr/>
      <w:tcPr>
        <w:tcBorders>
          <w:top w:val="nil"/>
          <w:left w:val="nil"/>
          <w:bottom w:val="nil"/>
          <w:right w:val="nil"/>
          <w:insideH w:val="nil"/>
          <w:insideV w:val="nil"/>
        </w:tcBorders>
        <w:shd w:val="clear" w:color="auto" w:fill="F1E3EB" w:themeFill="accent3" w:themeFillTint="33"/>
      </w:tcPr>
    </w:tblStylePr>
    <w:tblStylePr w:type="band1Vert">
      <w:tblPr/>
      <w:tcPr>
        <w:shd w:val="clear" w:color="auto" w:fill="DDB9CD" w:themeFill="accent3" w:themeFillTint="7F"/>
      </w:tcPr>
    </w:tblStylePr>
    <w:tblStylePr w:type="band1Horz">
      <w:tblPr/>
      <w:tcPr>
        <w:tcBorders>
          <w:insideH w:val="single" w:sz="6" w:space="0" w:color="BC749C" w:themeColor="accent3"/>
          <w:insideV w:val="single" w:sz="6" w:space="0" w:color="BC749C" w:themeColor="accent3"/>
        </w:tcBorders>
        <w:shd w:val="clear" w:color="auto" w:fill="DDB9C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312C35" w:themeColor="text1"/>
    </w:rPr>
    <w:tblPr>
      <w:tblStyleRowBandSize w:val="1"/>
      <w:tblStyleColBandSize w:val="1"/>
    </w:tblPr>
    <w:tcPr>
      <w:shd w:val="clear" w:color="auto" w:fill="D8C6E3" w:themeFill="accent4" w:themeFillTint="3F"/>
    </w:tcPr>
    <w:tblStylePr w:type="firstRow">
      <w:rPr>
        <w:b/>
        <w:bCs/>
        <w:color w:val="312C35" w:themeColor="text1"/>
      </w:rPr>
      <w:tblPr/>
      <w:tcPr>
        <w:shd w:val="clear" w:color="auto" w:fill="EFE8F4" w:themeFill="accent4" w:themeFillTint="19"/>
      </w:tcPr>
    </w:tblStylePr>
    <w:tblStylePr w:type="lastRow">
      <w:rPr>
        <w:b/>
        <w:bCs/>
        <w:color w:val="312C35" w:themeColor="text1"/>
      </w:rPr>
      <w:tblPr/>
      <w:tcPr>
        <w:tcBorders>
          <w:top w:val="single" w:sz="12" w:space="0" w:color="312C35" w:themeColor="text1"/>
          <w:left w:val="nil"/>
          <w:bottom w:val="nil"/>
          <w:right w:val="nil"/>
          <w:insideH w:val="nil"/>
          <w:insideV w:val="nil"/>
        </w:tcBorders>
        <w:shd w:val="clear" w:color="auto" w:fill="FFFFFF" w:themeFill="background1"/>
      </w:tcPr>
    </w:tblStylePr>
    <w:tblStylePr w:type="firstCol">
      <w:rPr>
        <w:b/>
        <w:bCs/>
        <w:color w:val="312C35"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12C35" w:themeColor="text1"/>
      </w:rPr>
      <w:tblPr/>
      <w:tcPr>
        <w:tcBorders>
          <w:top w:val="nil"/>
          <w:left w:val="nil"/>
          <w:bottom w:val="nil"/>
          <w:right w:val="nil"/>
          <w:insideH w:val="nil"/>
          <w:insideV w:val="nil"/>
        </w:tcBorders>
        <w:shd w:val="clear" w:color="auto" w:fill="DFD1E8" w:themeFill="accent4" w:themeFillTint="33"/>
      </w:tcPr>
    </w:tblStylePr>
    <w:tblStylePr w:type="band1Vert">
      <w:tblPr/>
      <w:tcPr>
        <w:shd w:val="clear" w:color="auto" w:fill="B08DC7" w:themeFill="accent4" w:themeFillTint="7F"/>
      </w:tcPr>
    </w:tblStylePr>
    <w:tblStylePr w:type="band1Horz">
      <w:tblPr/>
      <w:tcPr>
        <w:tcBorders>
          <w:insideH w:val="single" w:sz="6" w:space="0" w:color="5C3873" w:themeColor="accent4"/>
          <w:insideV w:val="single" w:sz="6" w:space="0" w:color="5C3873" w:themeColor="accent4"/>
        </w:tcBorders>
        <w:shd w:val="clear" w:color="auto" w:fill="B08DC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312C35" w:themeColor="text1"/>
    </w:rPr>
    <w:tblPr>
      <w:tblStyleRowBandSize w:val="1"/>
      <w:tblStyleColBandSize w:val="1"/>
    </w:tblPr>
    <w:tcPr>
      <w:shd w:val="clear" w:color="auto" w:fill="EFC3E9" w:themeFill="accent5" w:themeFillTint="3F"/>
    </w:tcPr>
    <w:tblStylePr w:type="firstRow">
      <w:rPr>
        <w:b/>
        <w:bCs/>
        <w:color w:val="312C35" w:themeColor="text1"/>
      </w:rPr>
      <w:tblPr/>
      <w:tcPr>
        <w:shd w:val="clear" w:color="auto" w:fill="F8E7F6" w:themeFill="accent5" w:themeFillTint="19"/>
      </w:tcPr>
    </w:tblStylePr>
    <w:tblStylePr w:type="lastRow">
      <w:rPr>
        <w:b/>
        <w:bCs/>
        <w:color w:val="312C35" w:themeColor="text1"/>
      </w:rPr>
      <w:tblPr/>
      <w:tcPr>
        <w:tcBorders>
          <w:top w:val="single" w:sz="12" w:space="0" w:color="312C35" w:themeColor="text1"/>
          <w:left w:val="nil"/>
          <w:bottom w:val="nil"/>
          <w:right w:val="nil"/>
          <w:insideH w:val="nil"/>
          <w:insideV w:val="nil"/>
        </w:tcBorders>
        <w:shd w:val="clear" w:color="auto" w:fill="FFFFFF" w:themeFill="background1"/>
      </w:tcPr>
    </w:tblStylePr>
    <w:tblStylePr w:type="firstCol">
      <w:rPr>
        <w:b/>
        <w:bCs/>
        <w:color w:val="312C35"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12C35"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312C35" w:themeColor="text1"/>
    </w:rPr>
    <w:tblPr>
      <w:tblStyleRowBandSize w:val="1"/>
      <w:tblStyleColBandSize w:val="1"/>
    </w:tblPr>
    <w:tcPr>
      <w:shd w:val="clear" w:color="auto" w:fill="D0EFC5" w:themeFill="accent6" w:themeFillTint="3F"/>
    </w:tcPr>
    <w:tblStylePr w:type="firstRow">
      <w:rPr>
        <w:b/>
        <w:bCs/>
        <w:color w:val="312C35" w:themeColor="text1"/>
      </w:rPr>
      <w:tblPr/>
      <w:tcPr>
        <w:shd w:val="clear" w:color="auto" w:fill="ECF8E8" w:themeFill="accent6" w:themeFillTint="19"/>
      </w:tcPr>
    </w:tblStylePr>
    <w:tblStylePr w:type="lastRow">
      <w:rPr>
        <w:b/>
        <w:bCs/>
        <w:color w:val="312C35" w:themeColor="text1"/>
      </w:rPr>
      <w:tblPr/>
      <w:tcPr>
        <w:tcBorders>
          <w:top w:val="single" w:sz="12" w:space="0" w:color="312C35" w:themeColor="text1"/>
          <w:left w:val="nil"/>
          <w:bottom w:val="nil"/>
          <w:right w:val="nil"/>
          <w:insideH w:val="nil"/>
          <w:insideV w:val="nil"/>
        </w:tcBorders>
        <w:shd w:val="clear" w:color="auto" w:fill="FFFFFF" w:themeFill="background1"/>
      </w:tcPr>
    </w:tblStylePr>
    <w:tblStylePr w:type="firstCol">
      <w:rPr>
        <w:b/>
        <w:bCs/>
        <w:color w:val="312C35"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12C35"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7D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12C35"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12C35"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12C35"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12C35"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8EA1"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AF8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E6E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E6E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E6E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E6E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F2EF"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E8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A5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A5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A5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A5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D2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DCE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C749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C749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C749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C749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B9CD"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8C6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C387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C387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C387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C387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8DC7"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tcBorders>
        <w:top w:val="nil"/>
        <w:left w:val="nil"/>
        <w:bottom w:val="nil"/>
        <w:right w:val="nil"/>
      </w:tcBorders>
      <w:shd w:val="clear" w:color="auto" w:fill="312C35" w:themeFill="text1"/>
    </w:tcPr>
    <w:tblStylePr w:type="firstRow">
      <w:rPr>
        <w:b/>
        <w:bCs/>
      </w:rPr>
      <w:tblPr/>
      <w:tcPr>
        <w:tcBorders>
          <w:top w:val="nil"/>
          <w:left w:val="nil"/>
          <w:bottom w:val="single" w:sz="18" w:space="0" w:color="FFFFFF" w:themeColor="background1"/>
          <w:right w:val="nil"/>
          <w:insideH w:val="nil"/>
          <w:insideV w:val="nil"/>
        </w:tcBorders>
        <w:shd w:val="clear" w:color="auto" w:fill="312C35" w:themeFill="text1"/>
      </w:tcPr>
    </w:tblStylePr>
    <w:tblStylePr w:type="lastRow">
      <w:tblPr/>
      <w:tcPr>
        <w:tcBorders>
          <w:top w:val="single" w:sz="18" w:space="0" w:color="FFFFFF" w:themeColor="background1"/>
          <w:left w:val="nil"/>
          <w:bottom w:val="nil"/>
          <w:right w:val="nil"/>
          <w:insideH w:val="nil"/>
          <w:insideV w:val="nil"/>
        </w:tcBorders>
        <w:shd w:val="clear" w:color="auto" w:fill="1815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42127"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tcBorders>
        <w:top w:val="nil"/>
        <w:left w:val="nil"/>
        <w:bottom w:val="nil"/>
        <w:right w:val="nil"/>
      </w:tcBorders>
      <w:shd w:val="clear" w:color="auto" w:fill="EDE6E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12C35" w:themeFill="text1"/>
      </w:tcPr>
    </w:tblStylePr>
    <w:tblStylePr w:type="lastRow">
      <w:tblPr/>
      <w:tcPr>
        <w:tcBorders>
          <w:top w:val="single" w:sz="18" w:space="0" w:color="FFFFFF" w:themeColor="background1"/>
          <w:left w:val="nil"/>
          <w:bottom w:val="nil"/>
          <w:right w:val="nil"/>
          <w:insideH w:val="nil"/>
          <w:insideV w:val="nil"/>
        </w:tcBorders>
        <w:shd w:val="clear" w:color="auto" w:fill="91705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2AA96"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tcBorders>
        <w:top w:val="nil"/>
        <w:left w:val="nil"/>
        <w:bottom w:val="nil"/>
        <w:right w:val="nil"/>
      </w:tcBorders>
      <w:shd w:val="clear" w:color="auto" w:fill="EAA5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12C35" w:themeFill="text1"/>
      </w:tcPr>
    </w:tblStylePr>
    <w:tblStylePr w:type="lastRow">
      <w:tblPr/>
      <w:tcPr>
        <w:tcBorders>
          <w:top w:val="single" w:sz="18" w:space="0" w:color="FFFFFF" w:themeColor="background1"/>
          <w:left w:val="nil"/>
          <w:bottom w:val="nil"/>
          <w:right w:val="nil"/>
          <w:insideH w:val="nil"/>
          <w:insideV w:val="nil"/>
        </w:tcBorders>
        <w:shd w:val="clear" w:color="auto" w:fill="805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07F13"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tcBorders>
        <w:top w:val="nil"/>
        <w:left w:val="nil"/>
        <w:bottom w:val="nil"/>
        <w:right w:val="nil"/>
      </w:tcBorders>
      <w:shd w:val="clear" w:color="auto" w:fill="BC749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12C35" w:themeFill="text1"/>
      </w:tcPr>
    </w:tblStylePr>
    <w:tblStylePr w:type="lastRow">
      <w:tblPr/>
      <w:tcPr>
        <w:tcBorders>
          <w:top w:val="single" w:sz="18" w:space="0" w:color="FFFFFF" w:themeColor="background1"/>
          <w:left w:val="nil"/>
          <w:bottom w:val="nil"/>
          <w:right w:val="nil"/>
          <w:insideH w:val="nil"/>
          <w:insideV w:val="nil"/>
        </w:tcBorders>
        <w:shd w:val="clear" w:color="auto" w:fill="66314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94A76"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tcBorders>
        <w:top w:val="nil"/>
        <w:left w:val="nil"/>
        <w:bottom w:val="nil"/>
        <w:right w:val="nil"/>
      </w:tcBorders>
      <w:shd w:val="clear" w:color="auto" w:fill="5C387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12C35" w:themeFill="text1"/>
      </w:tcPr>
    </w:tblStylePr>
    <w:tblStylePr w:type="lastRow">
      <w:tblPr/>
      <w:tcPr>
        <w:tcBorders>
          <w:top w:val="single" w:sz="18" w:space="0" w:color="FFFFFF" w:themeColor="background1"/>
          <w:left w:val="nil"/>
          <w:bottom w:val="nil"/>
          <w:right w:val="nil"/>
          <w:insideH w:val="nil"/>
          <w:insideV w:val="nil"/>
        </w:tcBorders>
        <w:shd w:val="clear" w:color="auto" w:fill="2D1C3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42A56"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tcBorders>
        <w:top w:val="nil"/>
        <w:left w:val="nil"/>
        <w:bottom w:val="nil"/>
        <w:right w:val="nil"/>
      </w:tcBorders>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12C35"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tcBorders>
        <w:top w:val="nil"/>
        <w:left w:val="nil"/>
        <w:bottom w:val="nil"/>
        <w:right w:val="nil"/>
      </w:tcBorders>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12C35"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style>
  <w:style w:type="table" w:styleId="ColorfulShading">
    <w:name w:val="Colorful Shading"/>
    <w:basedOn w:val="TableNormal"/>
    <w:uiPriority w:val="71"/>
    <w:rsid w:val="00CB0664"/>
    <w:pPr>
      <w:spacing w:after="0" w:line="240" w:lineRule="auto"/>
    </w:pPr>
    <w:rPr>
      <w:color w:val="312C35" w:themeColor="text1"/>
    </w:rPr>
    <w:tblPr>
      <w:tblStyleRowBandSize w:val="1"/>
      <w:tblStyleColBandSize w:val="1"/>
    </w:tblPr>
    <w:tcPr>
      <w:tcBorders>
        <w:top w:val="nil"/>
        <w:left w:val="nil"/>
        <w:bottom w:val="nil"/>
        <w:right w:val="nil"/>
      </w:tcBorders>
      <w:shd w:val="clear" w:color="auto" w:fill="EAE8EC" w:themeFill="text1" w:themeFillTint="19"/>
    </w:tcPr>
    <w:tblStylePr w:type="firstRow">
      <w:rPr>
        <w:b/>
        <w:bCs/>
      </w:rPr>
      <w:tblPr/>
      <w:tcPr>
        <w:tcBorders>
          <w:top w:val="nil"/>
          <w:left w:val="nil"/>
          <w:bottom w:val="single" w:sz="24" w:space="0" w:color="EAA5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1A1F" w:themeFill="text1" w:themeFillShade="99"/>
      </w:tcPr>
    </w:tblStylePr>
    <w:tblStylePr w:type="firstCol">
      <w:rPr>
        <w:color w:val="FFFFFF" w:themeColor="background1"/>
      </w:rPr>
      <w:tblPr/>
      <w:tcPr>
        <w:tcBorders>
          <w:top w:val="nil"/>
          <w:left w:val="nil"/>
          <w:bottom w:val="nil"/>
          <w:right w:val="nil"/>
          <w:insideH w:val="single" w:sz="4" w:space="0" w:color="1D1A1F" w:themeColor="text1" w:themeShade="99"/>
          <w:insideV w:val="nil"/>
        </w:tcBorders>
        <w:shd w:val="clear" w:color="auto" w:fill="1D1A1F" w:themeFill="text1" w:themeFillShade="99"/>
      </w:tcPr>
    </w:tblStylePr>
    <w:tblStylePr w:type="lastCol">
      <w:rPr>
        <w:color w:val="FFFFFF" w:themeColor="background1"/>
      </w:rPr>
    </w:tblStylePr>
    <w:tblStylePr w:type="neCell">
      <w:rPr>
        <w:color w:val="312C35" w:themeColor="text1"/>
      </w:rPr>
    </w:tblStylePr>
    <w:tblStylePr w:type="nwCell">
      <w:rPr>
        <w:color w:val="312C35" w:themeColor="text1"/>
      </w:rPr>
    </w:tblStylePr>
  </w:style>
  <w:style w:type="table" w:styleId="ColorfulShading-Accent1">
    <w:name w:val="Colorful Shading Accent 1"/>
    <w:basedOn w:val="TableNormal"/>
    <w:uiPriority w:val="71"/>
    <w:rsid w:val="00CB0664"/>
    <w:pPr>
      <w:spacing w:after="0" w:line="240" w:lineRule="auto"/>
    </w:pPr>
    <w:rPr>
      <w:color w:val="312C35" w:themeColor="text1"/>
    </w:rPr>
    <w:tblPr>
      <w:tblStyleRowBandSize w:val="1"/>
      <w:tblStyleColBandSize w:val="1"/>
    </w:tblPr>
    <w:tcPr>
      <w:tcBorders>
        <w:top w:val="nil"/>
        <w:left w:val="nil"/>
        <w:bottom w:val="nil"/>
        <w:right w:val="nil"/>
      </w:tcBorders>
      <w:shd w:val="clear" w:color="auto" w:fill="FDFCFB" w:themeFill="accent1" w:themeFillTint="19"/>
    </w:tcPr>
    <w:tblStylePr w:type="firstRow">
      <w:rPr>
        <w:b/>
        <w:bCs/>
      </w:rPr>
      <w:tblPr/>
      <w:tcPr>
        <w:tcBorders>
          <w:top w:val="nil"/>
          <w:left w:val="nil"/>
          <w:bottom w:val="single" w:sz="24" w:space="0" w:color="EAA5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876B" w:themeFill="accent1" w:themeFillShade="99"/>
      </w:tcPr>
    </w:tblStylePr>
    <w:tblStylePr w:type="firstCol">
      <w:rPr>
        <w:color w:val="FFFFFF" w:themeColor="background1"/>
      </w:rPr>
      <w:tblPr/>
      <w:tcPr>
        <w:tcBorders>
          <w:top w:val="nil"/>
          <w:left w:val="nil"/>
          <w:bottom w:val="nil"/>
          <w:right w:val="nil"/>
          <w:insideH w:val="single" w:sz="4" w:space="0" w:color="A9876B" w:themeColor="accent1" w:themeShade="99"/>
          <w:insideV w:val="nil"/>
        </w:tcBorders>
        <w:shd w:val="clear" w:color="auto" w:fill="A9876B" w:themeFill="accent1" w:themeFillShade="99"/>
      </w:tcPr>
    </w:tblStylePr>
    <w:tblStylePr w:type="lastCol">
      <w:rPr>
        <w:color w:val="FFFFFF" w:themeColor="background1"/>
      </w:rPr>
    </w:tblStylePr>
    <w:tblStylePr w:type="neCell">
      <w:rPr>
        <w:color w:val="312C35" w:themeColor="text1"/>
      </w:rPr>
    </w:tblStylePr>
    <w:tblStylePr w:type="nwCell">
      <w:rPr>
        <w:color w:val="312C35" w:themeColor="text1"/>
      </w:rPr>
    </w:tblStylePr>
  </w:style>
  <w:style w:type="table" w:styleId="ColorfulShading-Accent2">
    <w:name w:val="Colorful Shading Accent 2"/>
    <w:basedOn w:val="TableNormal"/>
    <w:uiPriority w:val="71"/>
    <w:rsid w:val="00CB0664"/>
    <w:pPr>
      <w:spacing w:after="0" w:line="240" w:lineRule="auto"/>
    </w:pPr>
    <w:rPr>
      <w:color w:val="312C35" w:themeColor="text1"/>
    </w:rPr>
    <w:tblPr>
      <w:tblStyleRowBandSize w:val="1"/>
      <w:tblStyleColBandSize w:val="1"/>
    </w:tblPr>
    <w:tcPr>
      <w:tcBorders>
        <w:top w:val="nil"/>
        <w:left w:val="nil"/>
        <w:bottom w:val="nil"/>
        <w:right w:val="nil"/>
      </w:tcBorders>
      <w:shd w:val="clear" w:color="auto" w:fill="FDF6EA" w:themeFill="accent2" w:themeFillTint="19"/>
    </w:tcPr>
    <w:tblStylePr w:type="firstRow">
      <w:rPr>
        <w:b/>
        <w:bCs/>
      </w:rPr>
      <w:tblPr/>
      <w:tcPr>
        <w:tcBorders>
          <w:top w:val="nil"/>
          <w:left w:val="nil"/>
          <w:bottom w:val="single" w:sz="24" w:space="0" w:color="EAA5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6610" w:themeFill="accent2" w:themeFillShade="99"/>
      </w:tcPr>
    </w:tblStylePr>
    <w:tblStylePr w:type="firstCol">
      <w:rPr>
        <w:color w:val="FFFFFF" w:themeColor="background1"/>
      </w:rPr>
      <w:tblPr/>
      <w:tcPr>
        <w:tcBorders>
          <w:top w:val="nil"/>
          <w:left w:val="nil"/>
          <w:bottom w:val="nil"/>
          <w:right w:val="nil"/>
          <w:insideH w:val="single" w:sz="4" w:space="0" w:color="9A6610" w:themeColor="accent2" w:themeShade="99"/>
          <w:insideV w:val="nil"/>
        </w:tcBorders>
        <w:shd w:val="clear" w:color="auto" w:fill="9A6610" w:themeFill="accent2" w:themeFillShade="99"/>
      </w:tcPr>
    </w:tblStylePr>
    <w:tblStylePr w:type="lastCol">
      <w:rPr>
        <w:color w:val="FFFFFF" w:themeColor="background1"/>
      </w:rPr>
    </w:tblStylePr>
    <w:tblStylePr w:type="neCell">
      <w:rPr>
        <w:color w:val="312C35" w:themeColor="text1"/>
      </w:rPr>
    </w:tblStylePr>
    <w:tblStylePr w:type="nwCell">
      <w:rPr>
        <w:color w:val="312C35" w:themeColor="text1"/>
      </w:rPr>
    </w:tblStylePr>
  </w:style>
  <w:style w:type="table" w:styleId="ColorfulShading-Accent3">
    <w:name w:val="Colorful Shading Accent 3"/>
    <w:basedOn w:val="TableNormal"/>
    <w:uiPriority w:val="71"/>
    <w:rsid w:val="00CB0664"/>
    <w:pPr>
      <w:spacing w:after="0" w:line="240" w:lineRule="auto"/>
    </w:pPr>
    <w:rPr>
      <w:color w:val="312C35" w:themeColor="text1"/>
    </w:rPr>
    <w:tblPr>
      <w:tblStyleRowBandSize w:val="1"/>
      <w:tblStyleColBandSize w:val="1"/>
    </w:tblPr>
    <w:tcPr>
      <w:tcBorders>
        <w:top w:val="nil"/>
        <w:left w:val="nil"/>
        <w:bottom w:val="nil"/>
        <w:right w:val="nil"/>
      </w:tcBorders>
      <w:shd w:val="clear" w:color="auto" w:fill="F8F1F5" w:themeFill="accent3" w:themeFillTint="19"/>
    </w:tcPr>
    <w:tblStylePr w:type="firstRow">
      <w:rPr>
        <w:b/>
        <w:bCs/>
      </w:rPr>
      <w:tblPr/>
      <w:tcPr>
        <w:tcBorders>
          <w:top w:val="nil"/>
          <w:left w:val="nil"/>
          <w:bottom w:val="single" w:sz="24" w:space="0" w:color="5C387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3B5E" w:themeFill="accent3" w:themeFillShade="99"/>
      </w:tcPr>
    </w:tblStylePr>
    <w:tblStylePr w:type="firstCol">
      <w:rPr>
        <w:color w:val="FFFFFF" w:themeColor="background1"/>
      </w:rPr>
      <w:tblPr/>
      <w:tcPr>
        <w:tcBorders>
          <w:top w:val="nil"/>
          <w:left w:val="nil"/>
          <w:bottom w:val="nil"/>
          <w:right w:val="nil"/>
          <w:insideH w:val="single" w:sz="4" w:space="0" w:color="7A3B5E" w:themeColor="accent3" w:themeShade="99"/>
          <w:insideV w:val="nil"/>
        </w:tcBorders>
        <w:shd w:val="clear" w:color="auto" w:fill="7A3B5E" w:themeFill="accent3" w:themeFillShade="99"/>
      </w:tcPr>
    </w:tblStylePr>
    <w:tblStylePr w:type="lastCol">
      <w:rPr>
        <w:color w:val="FFFFFF" w:themeColor="background1"/>
      </w:rPr>
    </w:tblStylePr>
  </w:style>
  <w:style w:type="table" w:styleId="ColorfulShading-Accent4">
    <w:name w:val="Colorful Shading Accent 4"/>
    <w:basedOn w:val="TableNormal"/>
    <w:uiPriority w:val="71"/>
    <w:rsid w:val="00CB0664"/>
    <w:pPr>
      <w:spacing w:after="0" w:line="240" w:lineRule="auto"/>
    </w:pPr>
    <w:rPr>
      <w:color w:val="312C35" w:themeColor="text1"/>
    </w:rPr>
    <w:tblPr>
      <w:tblStyleRowBandSize w:val="1"/>
      <w:tblStyleColBandSize w:val="1"/>
    </w:tblPr>
    <w:tcPr>
      <w:tcBorders>
        <w:top w:val="nil"/>
        <w:left w:val="nil"/>
        <w:bottom w:val="nil"/>
        <w:right w:val="nil"/>
      </w:tcBorders>
      <w:shd w:val="clear" w:color="auto" w:fill="EFE8F4" w:themeFill="accent4" w:themeFillTint="19"/>
    </w:tcPr>
    <w:tblStylePr w:type="firstRow">
      <w:rPr>
        <w:b/>
        <w:bCs/>
      </w:rPr>
      <w:tblPr/>
      <w:tcPr>
        <w:tcBorders>
          <w:top w:val="nil"/>
          <w:left w:val="nil"/>
          <w:bottom w:val="single" w:sz="24" w:space="0" w:color="BC749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2144" w:themeFill="accent4" w:themeFillShade="99"/>
      </w:tcPr>
    </w:tblStylePr>
    <w:tblStylePr w:type="firstCol">
      <w:rPr>
        <w:color w:val="FFFFFF" w:themeColor="background1"/>
      </w:rPr>
      <w:tblPr/>
      <w:tcPr>
        <w:tcBorders>
          <w:top w:val="nil"/>
          <w:left w:val="nil"/>
          <w:bottom w:val="nil"/>
          <w:right w:val="nil"/>
          <w:insideH w:val="single" w:sz="4" w:space="0" w:color="362144" w:themeColor="accent4" w:themeShade="99"/>
          <w:insideV w:val="nil"/>
        </w:tcBorders>
        <w:shd w:val="clear" w:color="auto" w:fill="362144" w:themeFill="accent4" w:themeFillShade="99"/>
      </w:tcPr>
    </w:tblStylePr>
    <w:tblStylePr w:type="lastCol">
      <w:rPr>
        <w:color w:val="FFFFFF" w:themeColor="background1"/>
      </w:rPr>
    </w:tblStylePr>
    <w:tblStylePr w:type="neCell">
      <w:rPr>
        <w:color w:val="312C35" w:themeColor="text1"/>
      </w:rPr>
    </w:tblStylePr>
    <w:tblStylePr w:type="nwCell">
      <w:rPr>
        <w:color w:val="312C35" w:themeColor="text1"/>
      </w:rPr>
    </w:tblStylePr>
  </w:style>
  <w:style w:type="table" w:styleId="ColorfulShading-Accent5">
    <w:name w:val="Colorful Shading Accent 5"/>
    <w:basedOn w:val="TableNormal"/>
    <w:uiPriority w:val="71"/>
    <w:rsid w:val="00CB0664"/>
    <w:pPr>
      <w:spacing w:after="0" w:line="240" w:lineRule="auto"/>
    </w:pPr>
    <w:rPr>
      <w:color w:val="312C35" w:themeColor="text1"/>
    </w:rPr>
    <w:tblPr>
      <w:tblStyleRowBandSize w:val="1"/>
      <w:tblStyleColBandSize w:val="1"/>
    </w:tblPr>
    <w:tcPr>
      <w:tcBorders>
        <w:top w:val="nil"/>
        <w:left w:val="nil"/>
        <w:bottom w:val="nil"/>
        <w:right w:val="nil"/>
      </w:tcBorders>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StylePr>
    <w:tblStylePr w:type="neCell">
      <w:rPr>
        <w:color w:val="312C35" w:themeColor="text1"/>
      </w:rPr>
    </w:tblStylePr>
    <w:tblStylePr w:type="nwCell">
      <w:rPr>
        <w:color w:val="312C35" w:themeColor="text1"/>
      </w:rPr>
    </w:tblStylePr>
  </w:style>
  <w:style w:type="table" w:styleId="ColorfulShading-Accent6">
    <w:name w:val="Colorful Shading Accent 6"/>
    <w:basedOn w:val="TableNormal"/>
    <w:uiPriority w:val="71"/>
    <w:rsid w:val="00CB0664"/>
    <w:pPr>
      <w:spacing w:after="0" w:line="240" w:lineRule="auto"/>
    </w:pPr>
    <w:rPr>
      <w:color w:val="312C35" w:themeColor="text1"/>
    </w:rPr>
    <w:tblPr>
      <w:tblStyleRowBandSize w:val="1"/>
      <w:tblStyleColBandSize w:val="1"/>
    </w:tblPr>
    <w:tcPr>
      <w:tcBorders>
        <w:top w:val="nil"/>
        <w:left w:val="nil"/>
        <w:bottom w:val="nil"/>
        <w:right w:val="nil"/>
      </w:tcBorders>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StylePr>
    <w:tblStylePr w:type="neCell">
      <w:rPr>
        <w:color w:val="312C35" w:themeColor="text1"/>
      </w:rPr>
    </w:tblStylePr>
    <w:tblStylePr w:type="nwCell">
      <w:rPr>
        <w:color w:val="312C35" w:themeColor="text1"/>
      </w:rPr>
    </w:tblStylePr>
  </w:style>
  <w:style w:type="table" w:styleId="ColorfulList">
    <w:name w:val="Colorful List"/>
    <w:basedOn w:val="TableNormal"/>
    <w:uiPriority w:val="72"/>
    <w:rsid w:val="00CB0664"/>
    <w:pPr>
      <w:spacing w:after="0" w:line="240" w:lineRule="auto"/>
    </w:pPr>
    <w:rPr>
      <w:color w:val="312C35" w:themeColor="text1"/>
    </w:rPr>
    <w:tblPr>
      <w:tblStyleRowBandSize w:val="1"/>
      <w:tblStyleColBandSize w:val="1"/>
    </w:tblPr>
    <w:tcPr>
      <w:shd w:val="clear" w:color="auto" w:fill="EAE8EC" w:themeFill="text1" w:themeFillTint="19"/>
    </w:tcPr>
    <w:tblStylePr w:type="firstRow">
      <w:rPr>
        <w:b/>
        <w:bCs/>
        <w:color w:val="FFFFFF" w:themeColor="background1"/>
      </w:rPr>
      <w:tblPr/>
      <w:tcPr>
        <w:tcBorders>
          <w:bottom w:val="single" w:sz="12" w:space="0" w:color="FFFFFF" w:themeColor="background1"/>
        </w:tcBorders>
        <w:shd w:val="clear" w:color="auto" w:fill="CD8815" w:themeFill="accent2" w:themeFillShade="CC"/>
      </w:tcPr>
    </w:tblStylePr>
    <w:tblStylePr w:type="lastRow">
      <w:rPr>
        <w:b/>
        <w:bCs/>
        <w:color w:val="CD8815" w:themeColor="accent2" w:themeShade="CC"/>
      </w:rPr>
      <w:tblPr/>
      <w:tcPr>
        <w:tcBorders>
          <w:top w:val="single" w:sz="12" w:space="0" w:color="312C35"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C7D0" w:themeFill="text1" w:themeFillTint="3F"/>
      </w:tcPr>
    </w:tblStylePr>
  </w:style>
  <w:style w:type="table" w:styleId="ColorfulList-Accent1">
    <w:name w:val="Colorful List Accent 1"/>
    <w:basedOn w:val="TableNormal"/>
    <w:uiPriority w:val="72"/>
    <w:rsid w:val="00CB0664"/>
    <w:pPr>
      <w:spacing w:after="0" w:line="240" w:lineRule="auto"/>
    </w:pPr>
    <w:rPr>
      <w:color w:val="312C35" w:themeColor="text1"/>
    </w:rPr>
    <w:tblPr>
      <w:tblStyleRowBandSize w:val="1"/>
      <w:tblStyleColBandSize w:val="1"/>
    </w:tblPr>
    <w:tcPr>
      <w:shd w:val="clear" w:color="auto" w:fill="FDFCFB" w:themeFill="accent1" w:themeFillTint="19"/>
    </w:tcPr>
    <w:tblStylePr w:type="firstRow">
      <w:rPr>
        <w:b/>
        <w:bCs/>
        <w:color w:val="FFFFFF" w:themeColor="background1"/>
      </w:rPr>
      <w:tblPr/>
      <w:tcPr>
        <w:tcBorders>
          <w:bottom w:val="single" w:sz="12" w:space="0" w:color="FFFFFF" w:themeColor="background1"/>
        </w:tcBorders>
        <w:shd w:val="clear" w:color="auto" w:fill="CD8815" w:themeFill="accent2" w:themeFillShade="CC"/>
      </w:tcPr>
    </w:tblStylePr>
    <w:tblStylePr w:type="lastRow">
      <w:rPr>
        <w:b/>
        <w:bCs/>
        <w:color w:val="CD8815" w:themeColor="accent2" w:themeShade="CC"/>
      </w:rPr>
      <w:tblPr/>
      <w:tcPr>
        <w:tcBorders>
          <w:top w:val="single" w:sz="12" w:space="0" w:color="312C35"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8F7" w:themeFill="accent1" w:themeFillTint="3F"/>
      </w:tcPr>
    </w:tblStylePr>
  </w:style>
  <w:style w:type="table" w:styleId="ColorfulList-Accent2">
    <w:name w:val="Colorful List Accent 2"/>
    <w:basedOn w:val="TableNormal"/>
    <w:uiPriority w:val="72"/>
    <w:rsid w:val="00CB0664"/>
    <w:pPr>
      <w:spacing w:after="0" w:line="240" w:lineRule="auto"/>
    </w:pPr>
    <w:rPr>
      <w:color w:val="312C35" w:themeColor="text1"/>
    </w:rPr>
    <w:tblPr>
      <w:tblStyleRowBandSize w:val="1"/>
      <w:tblStyleColBandSize w:val="1"/>
    </w:tblPr>
    <w:tcPr>
      <w:shd w:val="clear" w:color="auto" w:fill="FDF6EA" w:themeFill="accent2" w:themeFillTint="19"/>
    </w:tcPr>
    <w:tblStylePr w:type="firstRow">
      <w:rPr>
        <w:b/>
        <w:bCs/>
        <w:color w:val="FFFFFF" w:themeColor="background1"/>
      </w:rPr>
      <w:tblPr/>
      <w:tcPr>
        <w:tcBorders>
          <w:bottom w:val="single" w:sz="12" w:space="0" w:color="FFFFFF" w:themeColor="background1"/>
        </w:tcBorders>
        <w:shd w:val="clear" w:color="auto" w:fill="CD8815" w:themeFill="accent2" w:themeFillShade="CC"/>
      </w:tcPr>
    </w:tblStylePr>
    <w:tblStylePr w:type="lastRow">
      <w:rPr>
        <w:b/>
        <w:bCs/>
        <w:color w:val="CD8815" w:themeColor="accent2" w:themeShade="CC"/>
      </w:rPr>
      <w:tblPr/>
      <w:tcPr>
        <w:tcBorders>
          <w:top w:val="single" w:sz="12" w:space="0" w:color="312C35"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8CC" w:themeFill="accent2" w:themeFillTint="3F"/>
      </w:tcPr>
    </w:tblStylePr>
  </w:style>
  <w:style w:type="table" w:styleId="ColorfulList-Accent3">
    <w:name w:val="Colorful List Accent 3"/>
    <w:basedOn w:val="TableNormal"/>
    <w:uiPriority w:val="72"/>
    <w:rsid w:val="00CB0664"/>
    <w:pPr>
      <w:spacing w:after="0" w:line="240" w:lineRule="auto"/>
    </w:pPr>
    <w:rPr>
      <w:color w:val="312C35" w:themeColor="text1"/>
    </w:rPr>
    <w:tblPr>
      <w:tblStyleRowBandSize w:val="1"/>
      <w:tblStyleColBandSize w:val="1"/>
    </w:tblPr>
    <w:tcPr>
      <w:shd w:val="clear" w:color="auto" w:fill="F8F1F5" w:themeFill="accent3" w:themeFillTint="19"/>
    </w:tcPr>
    <w:tblStylePr w:type="firstRow">
      <w:rPr>
        <w:b/>
        <w:bCs/>
        <w:color w:val="FFFFFF" w:themeColor="background1"/>
      </w:rPr>
      <w:tblPr/>
      <w:tcPr>
        <w:tcBorders>
          <w:bottom w:val="single" w:sz="12" w:space="0" w:color="FFFFFF" w:themeColor="background1"/>
        </w:tcBorders>
        <w:shd w:val="clear" w:color="auto" w:fill="492C5B" w:themeFill="accent4" w:themeFillShade="CC"/>
      </w:tcPr>
    </w:tblStylePr>
    <w:tblStylePr w:type="lastRow">
      <w:rPr>
        <w:b/>
        <w:bCs/>
        <w:color w:val="492C5B" w:themeColor="accent4" w:themeShade="CC"/>
      </w:rPr>
      <w:tblPr/>
      <w:tcPr>
        <w:tcBorders>
          <w:top w:val="single" w:sz="12" w:space="0" w:color="312C35"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DCE6" w:themeFill="accent3" w:themeFillTint="3F"/>
      </w:tcPr>
    </w:tblStylePr>
  </w:style>
  <w:style w:type="table" w:styleId="ColorfulList-Accent4">
    <w:name w:val="Colorful List Accent 4"/>
    <w:basedOn w:val="TableNormal"/>
    <w:uiPriority w:val="72"/>
    <w:rsid w:val="00CB0664"/>
    <w:pPr>
      <w:spacing w:after="0" w:line="240" w:lineRule="auto"/>
    </w:pPr>
    <w:rPr>
      <w:color w:val="312C35" w:themeColor="text1"/>
    </w:rPr>
    <w:tblPr>
      <w:tblStyleRowBandSize w:val="1"/>
      <w:tblStyleColBandSize w:val="1"/>
    </w:tblPr>
    <w:tcPr>
      <w:shd w:val="clear" w:color="auto" w:fill="EFE8F4" w:themeFill="accent4" w:themeFillTint="19"/>
    </w:tcPr>
    <w:tblStylePr w:type="firstRow">
      <w:rPr>
        <w:b/>
        <w:bCs/>
        <w:color w:val="FFFFFF" w:themeColor="background1"/>
      </w:rPr>
      <w:tblPr/>
      <w:tcPr>
        <w:tcBorders>
          <w:bottom w:val="single" w:sz="12" w:space="0" w:color="FFFFFF" w:themeColor="background1"/>
        </w:tcBorders>
        <w:shd w:val="clear" w:color="auto" w:fill="A34F7D" w:themeFill="accent3" w:themeFillShade="CC"/>
      </w:tcPr>
    </w:tblStylePr>
    <w:tblStylePr w:type="lastRow">
      <w:rPr>
        <w:b/>
        <w:bCs/>
        <w:color w:val="A34F7D" w:themeColor="accent3" w:themeShade="CC"/>
      </w:rPr>
      <w:tblPr/>
      <w:tcPr>
        <w:tcBorders>
          <w:top w:val="single" w:sz="12" w:space="0" w:color="312C35"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C6E3" w:themeFill="accent4" w:themeFillTint="3F"/>
      </w:tcPr>
    </w:tblStylePr>
  </w:style>
  <w:style w:type="table" w:styleId="ColorfulList-Accent5">
    <w:name w:val="Colorful List Accent 5"/>
    <w:basedOn w:val="TableNormal"/>
    <w:uiPriority w:val="72"/>
    <w:rsid w:val="00CB0664"/>
    <w:pPr>
      <w:spacing w:after="0" w:line="240" w:lineRule="auto"/>
    </w:pPr>
    <w:rPr>
      <w:color w:val="312C35"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312C35"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style>
  <w:style w:type="table" w:styleId="ColorfulList-Accent6">
    <w:name w:val="Colorful List Accent 6"/>
    <w:basedOn w:val="TableNormal"/>
    <w:uiPriority w:val="72"/>
    <w:rsid w:val="00CB0664"/>
    <w:pPr>
      <w:spacing w:after="0" w:line="240" w:lineRule="auto"/>
    </w:pPr>
    <w:rPr>
      <w:color w:val="312C35"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312C35"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style>
  <w:style w:type="table" w:styleId="ColorfulGrid">
    <w:name w:val="Colorful Grid"/>
    <w:basedOn w:val="TableNormal"/>
    <w:uiPriority w:val="73"/>
    <w:rsid w:val="00CB0664"/>
    <w:pPr>
      <w:spacing w:after="0" w:line="240" w:lineRule="auto"/>
    </w:pPr>
    <w:rPr>
      <w:color w:val="312C35" w:themeColor="text1"/>
    </w:rPr>
    <w:tblPr>
      <w:tblStyleRowBandSize w:val="1"/>
      <w:tblStyleColBandSize w:val="1"/>
    </w:tblPr>
    <w:tcPr>
      <w:shd w:val="clear" w:color="auto" w:fill="D6D1D9" w:themeFill="text1" w:themeFillTint="33"/>
    </w:tcPr>
    <w:tblStylePr w:type="firstRow">
      <w:rPr>
        <w:b/>
        <w:bCs/>
      </w:rPr>
    </w:tblStylePr>
    <w:tblStylePr w:type="lastRow">
      <w:rPr>
        <w:b/>
        <w:bCs/>
        <w:color w:val="312C35" w:themeColor="text1"/>
      </w:rPr>
    </w:tblStylePr>
    <w:tblStylePr w:type="firstCol">
      <w:rPr>
        <w:color w:val="FFFFFF" w:themeColor="background1"/>
      </w:rPr>
    </w:tblStylePr>
    <w:tblStylePr w:type="lastCol">
      <w:rPr>
        <w:color w:val="FFFFFF" w:themeColor="background1"/>
      </w:rPr>
    </w:tblStylePr>
  </w:style>
  <w:style w:type="table" w:styleId="ColorfulGrid-Accent1">
    <w:name w:val="Colorful Grid Accent 1"/>
    <w:basedOn w:val="TableNormal"/>
    <w:uiPriority w:val="73"/>
    <w:rsid w:val="00CB0664"/>
    <w:pPr>
      <w:spacing w:after="0" w:line="240" w:lineRule="auto"/>
    </w:pPr>
    <w:rPr>
      <w:color w:val="312C35" w:themeColor="text1"/>
    </w:rPr>
    <w:tblPr>
      <w:tblStyleRowBandSize w:val="1"/>
      <w:tblStyleColBandSize w:val="1"/>
    </w:tblPr>
    <w:tcPr>
      <w:shd w:val="clear" w:color="auto" w:fill="FBF9F8" w:themeFill="accent1" w:themeFillTint="33"/>
    </w:tcPr>
    <w:tblStylePr w:type="firstRow">
      <w:rPr>
        <w:b/>
        <w:bCs/>
      </w:rPr>
    </w:tblStylePr>
    <w:tblStylePr w:type="lastRow">
      <w:rPr>
        <w:b/>
        <w:bCs/>
        <w:color w:val="312C35" w:themeColor="text1"/>
      </w:rPr>
    </w:tblStylePr>
    <w:tblStylePr w:type="firstCol">
      <w:rPr>
        <w:color w:val="FFFFFF" w:themeColor="background1"/>
      </w:rPr>
    </w:tblStylePr>
    <w:tblStylePr w:type="lastCol">
      <w:rPr>
        <w:color w:val="FFFFFF" w:themeColor="background1"/>
      </w:rPr>
    </w:tblStylePr>
  </w:style>
  <w:style w:type="table" w:styleId="ColorfulGrid-Accent2">
    <w:name w:val="Colorful Grid Accent 2"/>
    <w:basedOn w:val="TableNormal"/>
    <w:uiPriority w:val="73"/>
    <w:rsid w:val="00CB0664"/>
    <w:pPr>
      <w:spacing w:after="0" w:line="240" w:lineRule="auto"/>
    </w:pPr>
    <w:rPr>
      <w:color w:val="312C35" w:themeColor="text1"/>
    </w:rPr>
    <w:tblPr>
      <w:tblStyleRowBandSize w:val="1"/>
      <w:tblStyleColBandSize w:val="1"/>
    </w:tblPr>
    <w:tcPr>
      <w:shd w:val="clear" w:color="auto" w:fill="FAECD5" w:themeFill="accent2" w:themeFillTint="33"/>
    </w:tcPr>
    <w:tblStylePr w:type="firstRow">
      <w:rPr>
        <w:b/>
        <w:bCs/>
      </w:rPr>
    </w:tblStylePr>
    <w:tblStylePr w:type="lastRow">
      <w:rPr>
        <w:b/>
        <w:bCs/>
        <w:color w:val="312C35" w:themeColor="text1"/>
      </w:rPr>
    </w:tblStylePr>
    <w:tblStylePr w:type="firstCol">
      <w:rPr>
        <w:color w:val="FFFFFF" w:themeColor="background1"/>
      </w:rPr>
    </w:tblStylePr>
    <w:tblStylePr w:type="lastCol">
      <w:rPr>
        <w:color w:val="FFFFFF" w:themeColor="background1"/>
      </w:rPr>
    </w:tblStylePr>
  </w:style>
  <w:style w:type="table" w:styleId="ColorfulGrid-Accent3">
    <w:name w:val="Colorful Grid Accent 3"/>
    <w:basedOn w:val="TableNormal"/>
    <w:uiPriority w:val="73"/>
    <w:rsid w:val="00CB0664"/>
    <w:pPr>
      <w:spacing w:after="0" w:line="240" w:lineRule="auto"/>
    </w:pPr>
    <w:rPr>
      <w:color w:val="312C35" w:themeColor="text1"/>
    </w:rPr>
    <w:tblPr>
      <w:tblStyleRowBandSize w:val="1"/>
      <w:tblStyleColBandSize w:val="1"/>
    </w:tblPr>
    <w:tcPr>
      <w:shd w:val="clear" w:color="auto" w:fill="F1E3EB" w:themeFill="accent3" w:themeFillTint="33"/>
    </w:tcPr>
    <w:tblStylePr w:type="firstRow">
      <w:rPr>
        <w:b/>
        <w:bCs/>
      </w:rPr>
    </w:tblStylePr>
    <w:tblStylePr w:type="lastRow">
      <w:rPr>
        <w:b/>
        <w:bCs/>
        <w:color w:val="312C35" w:themeColor="text1"/>
      </w:rPr>
    </w:tblStylePr>
    <w:tblStylePr w:type="firstCol">
      <w:rPr>
        <w:color w:val="FFFFFF" w:themeColor="background1"/>
      </w:rPr>
    </w:tblStylePr>
    <w:tblStylePr w:type="lastCol">
      <w:rPr>
        <w:color w:val="FFFFFF" w:themeColor="background1"/>
      </w:rPr>
    </w:tblStylePr>
  </w:style>
  <w:style w:type="table" w:styleId="ColorfulGrid-Accent4">
    <w:name w:val="Colorful Grid Accent 4"/>
    <w:basedOn w:val="TableNormal"/>
    <w:uiPriority w:val="73"/>
    <w:rsid w:val="00CB0664"/>
    <w:pPr>
      <w:spacing w:after="0" w:line="240" w:lineRule="auto"/>
    </w:pPr>
    <w:rPr>
      <w:color w:val="312C35" w:themeColor="text1"/>
    </w:rPr>
    <w:tblPr>
      <w:tblStyleRowBandSize w:val="1"/>
      <w:tblStyleColBandSize w:val="1"/>
    </w:tblPr>
    <w:tcPr>
      <w:shd w:val="clear" w:color="auto" w:fill="DFD1E8" w:themeFill="accent4" w:themeFillTint="33"/>
    </w:tcPr>
    <w:tblStylePr w:type="firstRow">
      <w:rPr>
        <w:b/>
        <w:bCs/>
      </w:rPr>
    </w:tblStylePr>
    <w:tblStylePr w:type="lastRow">
      <w:rPr>
        <w:b/>
        <w:bCs/>
        <w:color w:val="312C35" w:themeColor="text1"/>
      </w:rPr>
    </w:tblStylePr>
    <w:tblStylePr w:type="firstCol">
      <w:rPr>
        <w:color w:val="FFFFFF" w:themeColor="background1"/>
      </w:rPr>
    </w:tblStylePr>
    <w:tblStylePr w:type="lastCol">
      <w:rPr>
        <w:color w:val="FFFFFF" w:themeColor="background1"/>
      </w:rPr>
    </w:tblStylePr>
  </w:style>
  <w:style w:type="table" w:styleId="ColorfulGrid-Accent5">
    <w:name w:val="Colorful Grid Accent 5"/>
    <w:basedOn w:val="TableNormal"/>
    <w:uiPriority w:val="73"/>
    <w:rsid w:val="00CB0664"/>
    <w:pPr>
      <w:spacing w:after="0" w:line="240" w:lineRule="auto"/>
    </w:pPr>
    <w:rPr>
      <w:color w:val="312C35" w:themeColor="text1"/>
    </w:rPr>
    <w:tblPr>
      <w:tblStyleRowBandSize w:val="1"/>
      <w:tblStyleColBandSize w:val="1"/>
    </w:tblPr>
    <w:tcPr>
      <w:shd w:val="clear" w:color="auto" w:fill="F2CEED" w:themeFill="accent5" w:themeFillTint="33"/>
    </w:tcPr>
    <w:tblStylePr w:type="firstRow">
      <w:rPr>
        <w:b/>
        <w:bCs/>
      </w:rPr>
    </w:tblStylePr>
    <w:tblStylePr w:type="lastRow">
      <w:rPr>
        <w:b/>
        <w:bCs/>
        <w:color w:val="312C35" w:themeColor="text1"/>
      </w:rPr>
    </w:tblStylePr>
    <w:tblStylePr w:type="firstCol">
      <w:rPr>
        <w:color w:val="FFFFFF" w:themeColor="background1"/>
      </w:rPr>
    </w:tblStylePr>
    <w:tblStylePr w:type="lastCol">
      <w:rPr>
        <w:color w:val="FFFFFF" w:themeColor="background1"/>
      </w:rPr>
    </w:tblStylePr>
  </w:style>
  <w:style w:type="table" w:styleId="ColorfulGrid-Accent6">
    <w:name w:val="Colorful Grid Accent 6"/>
    <w:basedOn w:val="TableNormal"/>
    <w:uiPriority w:val="73"/>
    <w:rsid w:val="00CB0664"/>
    <w:pPr>
      <w:spacing w:after="0" w:line="240" w:lineRule="auto"/>
    </w:pPr>
    <w:rPr>
      <w:color w:val="312C35" w:themeColor="text1"/>
    </w:rPr>
    <w:tblPr>
      <w:tblStyleRowBandSize w:val="1"/>
      <w:tblStyleColBandSize w:val="1"/>
    </w:tblPr>
    <w:tcPr>
      <w:shd w:val="clear" w:color="auto" w:fill="D9F2D0" w:themeFill="accent6" w:themeFillTint="33"/>
    </w:tcPr>
    <w:tblStylePr w:type="firstRow">
      <w:rPr>
        <w:b/>
        <w:bCs/>
      </w:rPr>
    </w:tblStylePr>
    <w:tblStylePr w:type="lastRow">
      <w:rPr>
        <w:b/>
        <w:bCs/>
        <w:color w:val="312C35" w:themeColor="text1"/>
      </w:rPr>
    </w:tblStylePr>
    <w:tblStylePr w:type="firstCol">
      <w:rPr>
        <w:color w:val="FFFFFF" w:themeColor="background1"/>
      </w:rPr>
    </w:tblStylePr>
    <w:tblStylePr w:type="lastCol">
      <w:rPr>
        <w:color w:val="FFFFFF" w:themeColor="background1"/>
      </w:rPr>
    </w:tblStylePr>
  </w:style>
  <w:style w:type="character" w:styleId="CommentReference">
    <w:name w:val="annotation reference"/>
    <w:basedOn w:val="DefaultParagraphFont"/>
    <w:uiPriority w:val="99"/>
    <w:semiHidden/>
    <w:unhideWhenUsed/>
    <w:rsid w:val="009A1C3C"/>
    <w:rPr>
      <w:sz w:val="16"/>
      <w:szCs w:val="16"/>
    </w:rPr>
  </w:style>
  <w:style w:type="paragraph" w:styleId="CommentText">
    <w:name w:val="annotation text"/>
    <w:basedOn w:val="Normal"/>
    <w:link w:val="CommentTextChar"/>
    <w:uiPriority w:val="99"/>
    <w:unhideWhenUsed/>
    <w:rsid w:val="009A1C3C"/>
    <w:pPr>
      <w:spacing w:line="240" w:lineRule="auto"/>
    </w:pPr>
  </w:style>
  <w:style w:type="character" w:customStyle="1" w:styleId="CommentTextChar">
    <w:name w:val="Comment Text Char"/>
    <w:basedOn w:val="DefaultParagraphFont"/>
    <w:link w:val="CommentText"/>
    <w:uiPriority w:val="99"/>
    <w:rsid w:val="009A1C3C"/>
    <w:rPr>
      <w:sz w:val="20"/>
      <w:szCs w:val="20"/>
    </w:rPr>
  </w:style>
  <w:style w:type="paragraph" w:styleId="CommentSubject">
    <w:name w:val="annotation subject"/>
    <w:basedOn w:val="CommentText"/>
    <w:next w:val="CommentText"/>
    <w:link w:val="CommentSubjectChar"/>
    <w:uiPriority w:val="99"/>
    <w:semiHidden/>
    <w:unhideWhenUsed/>
    <w:rsid w:val="009A1C3C"/>
    <w:rPr>
      <w:b/>
      <w:bCs/>
    </w:rPr>
  </w:style>
  <w:style w:type="character" w:customStyle="1" w:styleId="CommentSubjectChar">
    <w:name w:val="Comment Subject Char"/>
    <w:basedOn w:val="CommentTextChar"/>
    <w:link w:val="CommentSubject"/>
    <w:uiPriority w:val="99"/>
    <w:semiHidden/>
    <w:rsid w:val="009A1C3C"/>
    <w:rPr>
      <w:b/>
      <w:bCs/>
      <w:sz w:val="20"/>
      <w:szCs w:val="20"/>
    </w:rPr>
  </w:style>
  <w:style w:type="character" w:styleId="Hyperlink">
    <w:name w:val="Hyperlink"/>
    <w:basedOn w:val="DefaultParagraphFont"/>
    <w:uiPriority w:val="99"/>
    <w:unhideWhenUsed/>
    <w:rsid w:val="00DE06CD"/>
    <w:rPr>
      <w:color w:val="467886" w:themeColor="hyperlink"/>
      <w:u w:val="single"/>
    </w:rPr>
  </w:style>
  <w:style w:type="character" w:styleId="UnresolvedMention">
    <w:name w:val="Unresolved Mention"/>
    <w:basedOn w:val="DefaultParagraphFont"/>
    <w:uiPriority w:val="99"/>
    <w:semiHidden/>
    <w:unhideWhenUsed/>
    <w:rsid w:val="00DE06CD"/>
    <w:rPr>
      <w:color w:val="605E5C"/>
      <w:shd w:val="clear" w:color="auto" w:fill="E1DFDD"/>
    </w:rPr>
  </w:style>
  <w:style w:type="character" w:styleId="Mention">
    <w:name w:val="Mention"/>
    <w:basedOn w:val="DefaultParagraphFont"/>
    <w:uiPriority w:val="99"/>
    <w:unhideWhenUsed/>
    <w:rsid w:val="00662BCD"/>
    <w:rPr>
      <w:color w:val="2B579A"/>
      <w:shd w:val="clear" w:color="auto" w:fill="E1DFDD"/>
    </w:rPr>
  </w:style>
  <w:style w:type="character" w:styleId="PlaceholderText">
    <w:name w:val="Placeholder Text"/>
    <w:basedOn w:val="DefaultParagraphFont"/>
    <w:uiPriority w:val="99"/>
    <w:semiHidden/>
    <w:rsid w:val="00003F0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yperlink" Target="mailto:LKGutierrez@fosfeminista.org"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ssridhar@fosfeminista.org" TargetMode="Externa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header" Target="header7.xml"/><Relationship Id="rId10" Type="http://schemas.openxmlformats.org/officeDocument/2006/relationships/image" Target="media/image3.png"/><Relationship Id="rId19" Type="http://schemas.openxmlformats.org/officeDocument/2006/relationships/hyperlink" Target="mailto:TMukekucilolo@fosfeminista.org"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header" Target="header6.xm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E7331225-54B0-4E01-B98F-28C5D57D2915}"/>
      </w:docPartPr>
      <w:docPartBody>
        <w:p w:rsidR="009B30C8" w:rsidRDefault="009B30C8">
          <w:r w:rsidRPr="00D1131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0C8"/>
    <w:rsid w:val="002F09CD"/>
    <w:rsid w:val="00354644"/>
    <w:rsid w:val="005C1E80"/>
    <w:rsid w:val="0077353F"/>
    <w:rsid w:val="00842ECD"/>
    <w:rsid w:val="008C6A9F"/>
    <w:rsid w:val="009B30C8"/>
    <w:rsid w:val="00A4638B"/>
    <w:rsid w:val="00A82B73"/>
    <w:rsid w:val="00AE0ACF"/>
    <w:rsid w:val="00DD26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30C8"/>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PS Custom">
      <a:dk1>
        <a:srgbClr val="312C35"/>
      </a:dk1>
      <a:lt1>
        <a:srgbClr val="FFFFFF"/>
      </a:lt1>
      <a:dk2>
        <a:srgbClr val="312C35"/>
      </a:dk2>
      <a:lt2>
        <a:srgbClr val="FFFFFF"/>
      </a:lt2>
      <a:accent1>
        <a:srgbClr val="EDE6E0"/>
      </a:accent1>
      <a:accent2>
        <a:srgbClr val="EAA532"/>
      </a:accent2>
      <a:accent3>
        <a:srgbClr val="BC749C"/>
      </a:accent3>
      <a:accent4>
        <a:srgbClr val="5C3873"/>
      </a:accent4>
      <a:accent5>
        <a:srgbClr val="A02B93"/>
      </a:accent5>
      <a:accent6>
        <a:srgbClr val="4EA72E"/>
      </a:accent6>
      <a:hlink>
        <a:srgbClr val="467886"/>
      </a:hlink>
      <a:folHlink>
        <a:srgbClr val="96607D"/>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15</Pages>
  <Words>3235</Words>
  <Characters>18381</Characters>
  <Application>Microsoft Office Word</Application>
  <DocSecurity>0</DocSecurity>
  <Lines>525</Lines>
  <Paragraphs>254</Paragraphs>
  <ScaleCrop>false</ScaleCrop>
  <Manager/>
  <Company/>
  <LinksUpToDate>false</LinksUpToDate>
  <CharactersWithSpaces>21362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Swetha Sridhar</cp:lastModifiedBy>
  <cp:revision>203</cp:revision>
  <dcterms:created xsi:type="dcterms:W3CDTF">2025-10-26T00:01:00Z</dcterms:created>
  <dcterms:modified xsi:type="dcterms:W3CDTF">2025-11-01T00:48:00Z</dcterms:modified>
  <cp:category/>
</cp:coreProperties>
</file>