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F20AF3" w14:textId="5B726D82" w:rsidR="009F7071" w:rsidRPr="009F7071" w:rsidRDefault="009F7071" w:rsidP="009F7071">
      <w:pPr>
        <w:pStyle w:val="Title"/>
        <w:rPr>
          <w:color w:val="5C3873" w:themeColor="accent4"/>
          <w:sz w:val="22"/>
          <w:szCs w:val="22"/>
          <w:lang w:val="en-IN"/>
        </w:rPr>
      </w:pPr>
      <w:r w:rsidRPr="009F7071">
        <w:rPr>
          <w:noProof/>
          <w:color w:val="5C3873" w:themeColor="accent4"/>
          <w:sz w:val="22"/>
          <w:szCs w:val="22"/>
        </w:rPr>
        <mc:AlternateContent>
          <mc:Choice Requires="wpg">
            <w:drawing>
              <wp:anchor distT="0" distB="0" distL="114300" distR="114300" simplePos="0" relativeHeight="251658240" behindDoc="0" locked="0" layoutInCell="1" allowOverlap="1" wp14:anchorId="0B53CA39" wp14:editId="6FFC1D7A">
                <wp:simplePos x="0" y="0"/>
                <wp:positionH relativeFrom="margin">
                  <wp:posOffset>179012</wp:posOffset>
                </wp:positionH>
                <wp:positionV relativeFrom="margin">
                  <wp:posOffset>-366569</wp:posOffset>
                </wp:positionV>
                <wp:extent cx="5105400" cy="588645"/>
                <wp:effectExtent l="0" t="0" r="0" b="1905"/>
                <wp:wrapSquare wrapText="bothSides"/>
                <wp:docPr id="9" name="Group 8">
                  <a:extLst xmlns:a="http://schemas.openxmlformats.org/drawingml/2006/main">
                    <a:ext uri="{FF2B5EF4-FFF2-40B4-BE49-F238E27FC236}">
                      <a16:creationId xmlns:a16="http://schemas.microsoft.com/office/drawing/2014/main" id="{775D157A-829F-D387-373D-85A6F6D73AB1}"/>
                    </a:ext>
                  </a:extLst>
                </wp:docPr>
                <wp:cNvGraphicFramePr/>
                <a:graphic xmlns:a="http://schemas.openxmlformats.org/drawingml/2006/main">
                  <a:graphicData uri="http://schemas.microsoft.com/office/word/2010/wordprocessingGroup">
                    <wpg:wgp>
                      <wpg:cNvGrpSpPr/>
                      <wpg:grpSpPr>
                        <a:xfrm>
                          <a:off x="0" y="0"/>
                          <a:ext cx="5105400" cy="588645"/>
                          <a:chOff x="0" y="0"/>
                          <a:chExt cx="11376664" cy="1157073"/>
                        </a:xfrm>
                      </wpg:grpSpPr>
                      <pic:pic xmlns:pic="http://schemas.openxmlformats.org/drawingml/2006/picture">
                        <pic:nvPicPr>
                          <pic:cNvPr id="217138658" name="drawing" descr="A close-up of a logo&#10;&#10;AI-generated content may be incorrect.">
                            <a:extLst>
                              <a:ext uri="{FF2B5EF4-FFF2-40B4-BE49-F238E27FC236}">
                                <a16:creationId xmlns:a16="http://schemas.microsoft.com/office/drawing/2014/main" id="{A067D7B3-5C84-6368-1F9B-E44B95390272}"/>
                              </a:ext>
                            </a:extLst>
                          </pic:cNvPr>
                          <pic:cNvPicPr>
                            <a:picLocks noChangeAspect="1"/>
                          </pic:cNvPicPr>
                        </pic:nvPicPr>
                        <pic:blipFill>
                          <a:blip r:embed="rId8">
                            <a:extLst>
                              <a:ext uri="{28A0092B-C50C-407E-A947-70E740481C1C}">
                                <a14:useLocalDpi xmlns:a14="http://schemas.microsoft.com/office/drawing/2010/main"/>
                              </a:ext>
                            </a:extLst>
                          </a:blip>
                          <a:stretch>
                            <a:fillRect/>
                          </a:stretch>
                        </pic:blipFill>
                        <pic:spPr>
                          <a:xfrm>
                            <a:off x="0" y="1"/>
                            <a:ext cx="1943303" cy="1157071"/>
                          </a:xfrm>
                          <a:prstGeom prst="rect">
                            <a:avLst/>
                          </a:prstGeom>
                        </pic:spPr>
                      </pic:pic>
                      <pic:pic xmlns:pic="http://schemas.openxmlformats.org/drawingml/2006/picture">
                        <pic:nvPicPr>
                          <pic:cNvPr id="656454237" name="Picture 656454237" descr="A logo with text on it&#10;&#10;AI-generated content may be incorrect.">
                            <a:extLst>
                              <a:ext uri="{FF2B5EF4-FFF2-40B4-BE49-F238E27FC236}">
                                <a16:creationId xmlns:a16="http://schemas.microsoft.com/office/drawing/2014/main" id="{9893A7A8-7A3B-7768-1FB1-DCC43310F470}"/>
                              </a:ext>
                            </a:extLst>
                          </pic:cNvPr>
                          <pic:cNvPicPr>
                            <a:picLocks noChangeAspect="1"/>
                          </pic:cNvPicPr>
                        </pic:nvPicPr>
                        <pic:blipFill>
                          <a:blip r:embed="rId9"/>
                          <a:stretch>
                            <a:fillRect/>
                          </a:stretch>
                        </pic:blipFill>
                        <pic:spPr>
                          <a:xfrm>
                            <a:off x="2239413" y="1"/>
                            <a:ext cx="1619618" cy="1157071"/>
                          </a:xfrm>
                          <a:prstGeom prst="rect">
                            <a:avLst/>
                          </a:prstGeom>
                        </pic:spPr>
                      </pic:pic>
                      <pic:pic xmlns:pic="http://schemas.openxmlformats.org/drawingml/2006/picture">
                        <pic:nvPicPr>
                          <pic:cNvPr id="915692106" name="drawing">
                            <a:extLst>
                              <a:ext uri="{FF2B5EF4-FFF2-40B4-BE49-F238E27FC236}">
                                <a16:creationId xmlns:a16="http://schemas.microsoft.com/office/drawing/2014/main" id="{51C56A43-8DC3-C46E-F66F-C0DE3D858301}"/>
                              </a:ext>
                            </a:extLst>
                          </pic:cNvPr>
                          <pic:cNvPicPr>
                            <a:picLocks noChangeAspect="1"/>
                          </pic:cNvPicPr>
                        </pic:nvPicPr>
                        <pic:blipFill>
                          <a:blip r:embed="rId10">
                            <a:extLst>
                              <a:ext uri="{28A0092B-C50C-407E-A947-70E740481C1C}">
                                <a14:useLocalDpi xmlns:a14="http://schemas.microsoft.com/office/drawing/2010/main"/>
                              </a:ext>
                            </a:extLst>
                          </a:blip>
                          <a:stretch>
                            <a:fillRect/>
                          </a:stretch>
                        </pic:blipFill>
                        <pic:spPr>
                          <a:xfrm>
                            <a:off x="4155141" y="0"/>
                            <a:ext cx="1157072" cy="1157072"/>
                          </a:xfrm>
                          <a:prstGeom prst="rect">
                            <a:avLst/>
                          </a:prstGeom>
                        </pic:spPr>
                      </pic:pic>
                      <pic:pic xmlns:pic="http://schemas.openxmlformats.org/drawingml/2006/picture">
                        <pic:nvPicPr>
                          <pic:cNvPr id="1150720231" name="drawing">
                            <a:extLst>
                              <a:ext uri="{FF2B5EF4-FFF2-40B4-BE49-F238E27FC236}">
                                <a16:creationId xmlns:a16="http://schemas.microsoft.com/office/drawing/2014/main" id="{3B41DCCD-6ABB-0859-FFDC-1DE7040511BF}"/>
                              </a:ext>
                            </a:extLst>
                          </pic:cNvPr>
                          <pic:cNvPicPr>
                            <a:picLocks noChangeAspect="1"/>
                          </pic:cNvPicPr>
                        </pic:nvPicPr>
                        <pic:blipFill>
                          <a:blip r:embed="rId11">
                            <a:extLst>
                              <a:ext uri="{28A0092B-C50C-407E-A947-70E740481C1C}">
                                <a14:useLocalDpi xmlns:a14="http://schemas.microsoft.com/office/drawing/2010/main"/>
                              </a:ext>
                            </a:extLst>
                          </a:blip>
                          <a:stretch>
                            <a:fillRect/>
                          </a:stretch>
                        </pic:blipFill>
                        <pic:spPr>
                          <a:xfrm>
                            <a:off x="5608323" y="1"/>
                            <a:ext cx="4355036" cy="1157072"/>
                          </a:xfrm>
                          <a:prstGeom prst="rect">
                            <a:avLst/>
                          </a:prstGeom>
                        </pic:spPr>
                      </pic:pic>
                      <pic:pic xmlns:pic="http://schemas.openxmlformats.org/drawingml/2006/picture">
                        <pic:nvPicPr>
                          <pic:cNvPr id="1156201455" name="drawing">
                            <a:extLst>
                              <a:ext uri="{FF2B5EF4-FFF2-40B4-BE49-F238E27FC236}">
                                <a16:creationId xmlns:a16="http://schemas.microsoft.com/office/drawing/2014/main" id="{CBE32F3F-84D0-0365-F56B-6A97E4144A8F}"/>
                              </a:ext>
                            </a:extLst>
                          </pic:cNvPr>
                          <pic:cNvPicPr>
                            <a:picLocks noChangeAspect="1"/>
                          </pic:cNvPicPr>
                        </pic:nvPicPr>
                        <pic:blipFill>
                          <a:blip r:embed="rId12">
                            <a:extLst>
                              <a:ext uri="{28A0092B-C50C-407E-A947-70E740481C1C}">
                                <a14:useLocalDpi xmlns:a14="http://schemas.microsoft.com/office/drawing/2010/main"/>
                              </a:ext>
                            </a:extLst>
                          </a:blip>
                          <a:stretch>
                            <a:fillRect/>
                          </a:stretch>
                        </pic:blipFill>
                        <pic:spPr>
                          <a:xfrm>
                            <a:off x="10259469" y="530"/>
                            <a:ext cx="1117195" cy="1156543"/>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DCD6D26" id="Group 8" o:spid="_x0000_s1026" style="position:absolute;margin-left:14.1pt;margin-top:-28.85pt;width:402pt;height:46.35pt;z-index:251658240;mso-position-horizontal-relative:margin;mso-position-vertical-relative:margin;mso-width-relative:margin;mso-height-relative:margin" coordsize="113766,11570"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H/9Dfw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B//R38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f/0t/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H/9Pfw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B//U38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f/1d/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H/9bfw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B//X38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f/0N/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H/9Hf&#10;w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B//S38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f/09/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H/9Tfw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B//V38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f/1t/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H/9ffw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B//Q38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f/0d/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H/9Lfw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B//T38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f/1N/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H/9Xfw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B//W38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f/19/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H&#10;/9Dfw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B//R38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&#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f/1d/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H/9bfw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B//X38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f/0N/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H/9Hfw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B//S38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f/09/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H&#10;/9Tfw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B//V38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f/1t/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H/9ffw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B//Q38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f/0d/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H/9Lfw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B//T38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f/1N/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H/9Xfw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B//W38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f/19/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H/9Dfw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B//R38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f/&#10;0t/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H/9Pfw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B//U38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f/1d/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&#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P//U38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f/1d/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H/9bfw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B//X&#10;38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f/0N/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H/9Hfw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B//S38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f/09/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H/9Tfw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B//V38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f/1t/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H/9ffw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B//Q38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f/0d/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H/9Lfw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B//T38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f/1N/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H/9Xf&#10;w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B//W38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f/19/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H/9Dfw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B//R38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f/0t/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H/9Pfw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B//U38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f/1d/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H/9bfw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B//X38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rawing" o:spid="_x0000_s1027" type="#_x0000_t75" alt="A close-up of a logo&#10;&#10;AI-generated content may be incorrect." style="position:absolute;width:19433;height:115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">
                  <v:imagedata r:id="rId13" o:title="A close-up of a logo&#10;&#10;AI-generated content may be incorrect"/>
                </v:shape>
                <v:shape id="Picture 656454237" o:spid="_x0000_s1028" type="#_x0000_t75" alt="A logo with text on it&#10;&#10;AI-generated content may be incorrect." style="position:absolute;left:22394;width:16196;height:115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">
                  <v:imagedata r:id="rId14" o:title="A logo with text on it&#10;&#10;AI-generated content may be incorrect"/>
                </v:shape>
                <v:shape id="drawing" o:spid="_x0000_s1029" type="#_x0000_t75" style="position:absolute;left:41551;width:11571;height:115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">
                  <v:imagedata r:id="rId15" o:title=""/>
                </v:shape>
                <v:shape id="drawing" o:spid="_x0000_s1030" type="#_x0000_t75" style="position:absolute;left:56083;width:43550;height:115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">
                  <v:imagedata r:id="rId16" o:title=""/>
                </v:shape>
                <v:shape id="drawing" o:spid="_x0000_s1031" type="#_x0000_t75" style="position:absolute;left:102594;top:5;width:11172;height:115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">
                  <v:imagedata r:id="rId17" o:title=""/>
                </v:shape>
                <w10:wrap type="square" anchorx="margin" anchory="margin"/>
              </v:group>
            </w:pict>
          </mc:Fallback>
        </mc:AlternateContent>
      </w:r>
    </w:p>
    <w:p w14:paraId="5B9B5CA3" w14:textId="4EB08501" w:rsidR="000E6B7E" w:rsidRPr="009F7071" w:rsidRDefault="00C60DD3" w:rsidP="009F7071">
      <w:pPr>
        <w:pStyle w:val="Title"/>
        <w:jc w:val="center"/>
        <w:rPr>
          <w:color w:val="5C3873" w:themeColor="accent4"/>
          <w:lang w:val="en-IN"/>
        </w:rPr>
      </w:pPr>
      <w:r w:rsidRPr="009F7071">
        <w:rPr>
          <w:color w:val="5C3873" w:themeColor="accent4"/>
          <w:lang w:val="en-IN"/>
        </w:rPr>
        <w:t>Advancing</w:t>
      </w:r>
      <w:r w:rsidR="00F44B9E" w:rsidRPr="009F7071">
        <w:rPr>
          <w:color w:val="5C3873" w:themeColor="accent4"/>
        </w:rPr>
        <w:t xml:space="preserve"> </w:t>
      </w:r>
      <w:r w:rsidR="00F44B9E" w:rsidRPr="009F7071">
        <w:rPr>
          <w:color w:val="5C3873" w:themeColor="accent4"/>
          <w:lang w:val="en-IN"/>
        </w:rPr>
        <w:t>menstrual health</w:t>
      </w:r>
      <w:r w:rsidR="009F7071">
        <w:rPr>
          <w:color w:val="5C3873" w:themeColor="accent4"/>
          <w:lang w:val="en-IN"/>
        </w:rPr>
        <w:t xml:space="preserve"> </w:t>
      </w:r>
      <w:r w:rsidRPr="009F7071">
        <w:rPr>
          <w:color w:val="A02B93" w:themeColor="accent5"/>
          <w:lang w:val="en-IN"/>
        </w:rPr>
        <w:t xml:space="preserve">research grants for </w:t>
      </w:r>
      <w:r w:rsidR="42EDD47A" w:rsidRPr="009F7071">
        <w:rPr>
          <w:color w:val="A02B93" w:themeColor="accent5"/>
          <w:lang w:val="en-IN"/>
        </w:rPr>
        <w:t>Ethiopia</w:t>
      </w:r>
    </w:p>
    <w:p w14:paraId="78C688F4" w14:textId="74B8FA72" w:rsidR="00C745F1" w:rsidRPr="00C136FB" w:rsidRDefault="00C745F1" w:rsidP="009F7071">
      <w:pPr>
        <w:pStyle w:val="Subtitle"/>
        <w:pBdr>
          <w:bottom w:val="single" w:sz="6" w:space="1" w:color="auto"/>
        </w:pBdr>
        <w:jc w:val="center"/>
        <w:rPr>
          <w:color w:val="49382A" w:themeColor="accent1" w:themeShade="40"/>
          <w:sz w:val="32"/>
          <w:szCs w:val="32"/>
          <w:lang w:val="en-IN"/>
        </w:rPr>
      </w:pPr>
      <w:r w:rsidRPr="00C136FB">
        <w:rPr>
          <w:color w:val="49382A" w:themeColor="accent1" w:themeShade="40"/>
          <w:sz w:val="32"/>
          <w:szCs w:val="32"/>
          <w:lang w:val="en-IN"/>
        </w:rPr>
        <w:t xml:space="preserve">Knowledge Grants – </w:t>
      </w:r>
      <w:r>
        <w:rPr>
          <w:color w:val="49382A" w:themeColor="accent1" w:themeShade="40"/>
          <w:sz w:val="32"/>
          <w:szCs w:val="32"/>
          <w:lang w:val="en-IN"/>
        </w:rPr>
        <w:t>call for applications</w:t>
      </w:r>
    </w:p>
    <w:p w14:paraId="5D7FEB81" w14:textId="77777777" w:rsidR="00662BCD" w:rsidRPr="00C136FB" w:rsidRDefault="00662BCD" w:rsidP="00662BCD">
      <w:pPr>
        <w:pStyle w:val="Heading1"/>
        <w:rPr>
          <w:color w:val="49382A" w:themeColor="accent1" w:themeShade="40"/>
          <w:lang w:val="en-IN"/>
        </w:rPr>
      </w:pPr>
      <w:r w:rsidRPr="196FD633">
        <w:rPr>
          <w:color w:val="49382A" w:themeColor="accent1" w:themeShade="40"/>
          <w:lang w:val="en-IN"/>
        </w:rPr>
        <w:t>SANg Pour Sang Knowledge Grants</w:t>
      </w:r>
    </w:p>
    <w:p w14:paraId="4B7D97A3" w14:textId="1ACD1D77" w:rsidR="196FD633" w:rsidRDefault="196FD633" w:rsidP="196FD633">
      <w:pPr>
        <w:spacing w:before="13" w:after="0" w:line="285" w:lineRule="auto"/>
        <w:jc w:val="both"/>
        <w:rPr>
          <w:rFonts w:ascii="Georgia" w:eastAsia="Georgia" w:hAnsi="Georgia" w:cs="Georgia"/>
          <w:color w:val="000000"/>
          <w:sz w:val="22"/>
          <w:szCs w:val="22"/>
        </w:rPr>
      </w:pPr>
    </w:p>
    <w:p w14:paraId="739DFD7D" w14:textId="31597C77" w:rsidR="75723E21" w:rsidRDefault="75723E21" w:rsidP="196FD633">
      <w:pPr>
        <w:jc w:val="both"/>
        <w:rPr>
          <w:sz w:val="22"/>
          <w:szCs w:val="22"/>
        </w:rPr>
      </w:pPr>
      <w:r w:rsidRPr="196FD633">
        <w:rPr>
          <w:sz w:val="22"/>
          <w:szCs w:val="22"/>
        </w:rPr>
        <w:t>T</w:t>
      </w:r>
      <w:r w:rsidR="2F216FCA" w:rsidRPr="196FD633">
        <w:rPr>
          <w:sz w:val="22"/>
          <w:szCs w:val="22"/>
        </w:rPr>
        <w:t xml:space="preserve">he Sang pour Sang consortium, led by Fòs Feminista, unites key organizations working on menstrual </w:t>
      </w:r>
      <w:r w:rsidR="6D245894" w:rsidRPr="196FD633">
        <w:rPr>
          <w:sz w:val="22"/>
          <w:szCs w:val="22"/>
        </w:rPr>
        <w:t>health:</w:t>
      </w:r>
      <w:r w:rsidR="2F216FCA" w:rsidRPr="196FD633">
        <w:rPr>
          <w:sz w:val="22"/>
          <w:szCs w:val="22"/>
        </w:rPr>
        <w:t xml:space="preserve"> Equipop, PSI-Europe, and The Global South Coalition for Dignified Menstruation (GSCDM). This partnership advances</w:t>
      </w:r>
      <w:r w:rsidR="71796E53" w:rsidRPr="196FD633">
        <w:rPr>
          <w:sz w:val="22"/>
          <w:szCs w:val="22"/>
        </w:rPr>
        <w:t xml:space="preserve"> </w:t>
      </w:r>
      <w:r w:rsidR="2F216FCA" w:rsidRPr="196FD633">
        <w:rPr>
          <w:sz w:val="22"/>
          <w:szCs w:val="22"/>
        </w:rPr>
        <w:t>menstrual health by centering Global South perspectives and addressing key challenges related to menstrual dignity.</w:t>
      </w:r>
    </w:p>
    <w:p w14:paraId="5821F81D" w14:textId="148AB8A2" w:rsidR="2F216FCA" w:rsidRDefault="2F216FCA" w:rsidP="196FD633">
      <w:pPr>
        <w:jc w:val="both"/>
        <w:rPr>
          <w:sz w:val="22"/>
          <w:szCs w:val="22"/>
        </w:rPr>
      </w:pPr>
      <w:r w:rsidRPr="196FD633">
        <w:rPr>
          <w:sz w:val="22"/>
          <w:szCs w:val="22"/>
        </w:rPr>
        <w:t>The project covers nine countries: Benin, Guinea, Côte d'Ivoire, Nigeria, Cameroon, Pakistan, the Philippines, the Dominican Republic, and Haiti, with Ethiopia and Nepal as learning countries. Its goal is to transform structural drivers of menstrual discrimination, ensuring that women</w:t>
      </w:r>
      <w:r w:rsidR="229D2D96" w:rsidRPr="196FD633">
        <w:rPr>
          <w:sz w:val="22"/>
          <w:szCs w:val="22"/>
        </w:rPr>
        <w:t xml:space="preserve"> and </w:t>
      </w:r>
      <w:r w:rsidRPr="196FD633">
        <w:rPr>
          <w:sz w:val="22"/>
          <w:szCs w:val="22"/>
        </w:rPr>
        <w:t>girls</w:t>
      </w:r>
      <w:r w:rsidR="2C38E948" w:rsidRPr="196FD633">
        <w:rPr>
          <w:sz w:val="22"/>
          <w:szCs w:val="22"/>
        </w:rPr>
        <w:t xml:space="preserve"> </w:t>
      </w:r>
      <w:r w:rsidRPr="196FD633">
        <w:rPr>
          <w:sz w:val="22"/>
          <w:szCs w:val="22"/>
        </w:rPr>
        <w:t xml:space="preserve">can menstruate free from shame, taboos, fear, pain, social exclusion, discrimination, and violence. </w:t>
      </w:r>
    </w:p>
    <w:p w14:paraId="0F7AAB3A" w14:textId="41EF9653" w:rsidR="00662BCD" w:rsidRDefault="00662BCD" w:rsidP="196FD633">
      <w:pPr>
        <w:jc w:val="both"/>
        <w:rPr>
          <w:sz w:val="22"/>
          <w:szCs w:val="22"/>
        </w:rPr>
      </w:pPr>
      <w:r w:rsidRPr="196FD633">
        <w:rPr>
          <w:sz w:val="22"/>
          <w:szCs w:val="22"/>
        </w:rPr>
        <w:t xml:space="preserve">The knowledge grants, as part of the Sang pour Sang program, are designed to support research and knowledge creation initiatives that generate actionable evidence and learning to advance menstrual health. A total of €150,000 is available under this call, from which </w:t>
      </w:r>
      <w:r w:rsidR="00F64DB9">
        <w:rPr>
          <w:sz w:val="22"/>
          <w:szCs w:val="22"/>
        </w:rPr>
        <w:t xml:space="preserve">we intend to </w:t>
      </w:r>
      <w:proofErr w:type="gramStart"/>
      <w:r w:rsidR="00F64DB9">
        <w:rPr>
          <w:sz w:val="22"/>
          <w:szCs w:val="22"/>
        </w:rPr>
        <w:t>award</w:t>
      </w:r>
      <w:proofErr w:type="gramEnd"/>
      <w:r w:rsidR="00F64DB9">
        <w:rPr>
          <w:sz w:val="22"/>
          <w:szCs w:val="22"/>
        </w:rPr>
        <w:t xml:space="preserve"> the following: </w:t>
      </w:r>
    </w:p>
    <w:tbl>
      <w:tblPr>
        <w:tblStyle w:val="TableGrid"/>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2409"/>
        <w:gridCol w:w="2565"/>
        <w:gridCol w:w="2113"/>
      </w:tblGrid>
      <w:tr w:rsidR="00594A6E" w14:paraId="4AD463C3" w14:textId="77777777" w:rsidTr="001B4230">
        <w:tc>
          <w:tcPr>
            <w:tcW w:w="1560" w:type="dxa"/>
          </w:tcPr>
          <w:p w14:paraId="1ACC53B9" w14:textId="77777777" w:rsidR="00594A6E" w:rsidRDefault="00594A6E" w:rsidP="196FD633">
            <w:pPr>
              <w:jc w:val="both"/>
              <w:rPr>
                <w:sz w:val="22"/>
                <w:szCs w:val="22"/>
              </w:rPr>
            </w:pPr>
          </w:p>
        </w:tc>
        <w:tc>
          <w:tcPr>
            <w:tcW w:w="2409" w:type="dxa"/>
          </w:tcPr>
          <w:p w14:paraId="6B0D061C" w14:textId="6611DF65" w:rsidR="00594A6E" w:rsidRPr="00AC49EF" w:rsidRDefault="00594A6E" w:rsidP="00AC49EF">
            <w:pPr>
              <w:jc w:val="center"/>
              <w:rPr>
                <w:sz w:val="22"/>
                <w:szCs w:val="22"/>
              </w:rPr>
            </w:pPr>
            <w:r w:rsidRPr="00AC49EF">
              <w:rPr>
                <w:sz w:val="22"/>
                <w:szCs w:val="22"/>
              </w:rPr>
              <w:t>Category 1</w:t>
            </w:r>
          </w:p>
        </w:tc>
        <w:tc>
          <w:tcPr>
            <w:tcW w:w="2565" w:type="dxa"/>
          </w:tcPr>
          <w:p w14:paraId="5D522BB8" w14:textId="2F21D128" w:rsidR="00594A6E" w:rsidRPr="00AC49EF" w:rsidRDefault="00594A6E" w:rsidP="00AC49EF">
            <w:pPr>
              <w:jc w:val="center"/>
              <w:rPr>
                <w:sz w:val="22"/>
                <w:szCs w:val="22"/>
              </w:rPr>
            </w:pPr>
            <w:r w:rsidRPr="00AC49EF">
              <w:rPr>
                <w:sz w:val="22"/>
                <w:szCs w:val="22"/>
              </w:rPr>
              <w:t>Category 2</w:t>
            </w:r>
          </w:p>
        </w:tc>
        <w:tc>
          <w:tcPr>
            <w:tcW w:w="2113" w:type="dxa"/>
          </w:tcPr>
          <w:p w14:paraId="2BB49C14" w14:textId="6C6C8920" w:rsidR="00594A6E" w:rsidRPr="00AC49EF" w:rsidRDefault="00594A6E" w:rsidP="00AC49EF">
            <w:pPr>
              <w:jc w:val="center"/>
              <w:rPr>
                <w:sz w:val="22"/>
                <w:szCs w:val="22"/>
              </w:rPr>
            </w:pPr>
            <w:r w:rsidRPr="00AC49EF">
              <w:rPr>
                <w:sz w:val="22"/>
                <w:szCs w:val="22"/>
              </w:rPr>
              <w:t>Category 3</w:t>
            </w:r>
          </w:p>
        </w:tc>
      </w:tr>
      <w:tr w:rsidR="00594A6E" w14:paraId="11EA82E6" w14:textId="77777777" w:rsidTr="001B4230">
        <w:tc>
          <w:tcPr>
            <w:tcW w:w="1560" w:type="dxa"/>
            <w:vAlign w:val="center"/>
          </w:tcPr>
          <w:p w14:paraId="51040808" w14:textId="353924E7" w:rsidR="00594A6E" w:rsidRDefault="00594A6E" w:rsidP="00AC49EF">
            <w:pPr>
              <w:rPr>
                <w:sz w:val="22"/>
                <w:szCs w:val="22"/>
              </w:rPr>
            </w:pPr>
            <w:r>
              <w:rPr>
                <w:sz w:val="22"/>
                <w:szCs w:val="22"/>
              </w:rPr>
              <w:t>Eligible Applicants</w:t>
            </w:r>
          </w:p>
        </w:tc>
        <w:tc>
          <w:tcPr>
            <w:tcW w:w="2409" w:type="dxa"/>
          </w:tcPr>
          <w:p w14:paraId="6323A7B5" w14:textId="733CA204" w:rsidR="00594A6E" w:rsidRDefault="00044D09" w:rsidP="00AC49EF">
            <w:pPr>
              <w:rPr>
                <w:sz w:val="22"/>
                <w:szCs w:val="22"/>
              </w:rPr>
            </w:pPr>
            <w:r>
              <w:rPr>
                <w:sz w:val="22"/>
                <w:szCs w:val="22"/>
              </w:rPr>
              <w:t xml:space="preserve">Civil Society </w:t>
            </w:r>
            <w:r w:rsidR="00AC49EF">
              <w:rPr>
                <w:sz w:val="22"/>
                <w:szCs w:val="22"/>
              </w:rPr>
              <w:t>Organizations</w:t>
            </w:r>
            <w:r>
              <w:rPr>
                <w:sz w:val="22"/>
                <w:szCs w:val="22"/>
              </w:rPr>
              <w:t xml:space="preserve"> </w:t>
            </w:r>
          </w:p>
        </w:tc>
        <w:tc>
          <w:tcPr>
            <w:tcW w:w="2565" w:type="dxa"/>
          </w:tcPr>
          <w:p w14:paraId="6AFCBF2E" w14:textId="2F88FA08" w:rsidR="00594A6E" w:rsidRDefault="00AC49EF" w:rsidP="00AC49EF">
            <w:pPr>
              <w:rPr>
                <w:sz w:val="22"/>
                <w:szCs w:val="22"/>
              </w:rPr>
            </w:pPr>
            <w:r>
              <w:rPr>
                <w:sz w:val="22"/>
                <w:szCs w:val="22"/>
              </w:rPr>
              <w:t>Individual Consultants; Academic Researchers</w:t>
            </w:r>
          </w:p>
        </w:tc>
        <w:tc>
          <w:tcPr>
            <w:tcW w:w="2113" w:type="dxa"/>
          </w:tcPr>
          <w:p w14:paraId="22B4ECBB" w14:textId="382A46CC" w:rsidR="00594A6E" w:rsidRDefault="00AC49EF" w:rsidP="00AC49EF">
            <w:pPr>
              <w:rPr>
                <w:sz w:val="22"/>
                <w:szCs w:val="22"/>
              </w:rPr>
            </w:pPr>
            <w:r>
              <w:rPr>
                <w:sz w:val="22"/>
                <w:szCs w:val="22"/>
              </w:rPr>
              <w:t xml:space="preserve">Young Researchers </w:t>
            </w:r>
          </w:p>
        </w:tc>
      </w:tr>
      <w:tr w:rsidR="00594A6E" w14:paraId="5EAEF339" w14:textId="77777777" w:rsidTr="001B4230">
        <w:tc>
          <w:tcPr>
            <w:tcW w:w="1560" w:type="dxa"/>
            <w:vAlign w:val="center"/>
          </w:tcPr>
          <w:p w14:paraId="6CAC7789" w14:textId="219449C1" w:rsidR="00594A6E" w:rsidRDefault="00594A6E" w:rsidP="00AC49EF">
            <w:pPr>
              <w:rPr>
                <w:sz w:val="22"/>
                <w:szCs w:val="22"/>
              </w:rPr>
            </w:pPr>
            <w:r>
              <w:rPr>
                <w:sz w:val="22"/>
                <w:szCs w:val="22"/>
              </w:rPr>
              <w:t>Grant Size</w:t>
            </w:r>
          </w:p>
        </w:tc>
        <w:tc>
          <w:tcPr>
            <w:tcW w:w="2409" w:type="dxa"/>
          </w:tcPr>
          <w:p w14:paraId="4E4D35D0" w14:textId="4870E249" w:rsidR="00594A6E" w:rsidRDefault="00594A6E" w:rsidP="001B4230">
            <w:pPr>
              <w:rPr>
                <w:sz w:val="22"/>
                <w:szCs w:val="22"/>
              </w:rPr>
            </w:pPr>
            <w:r w:rsidRPr="331E2303">
              <w:rPr>
                <w:sz w:val="22"/>
                <w:szCs w:val="22"/>
              </w:rPr>
              <w:t>€30,000 each</w:t>
            </w:r>
          </w:p>
        </w:tc>
        <w:tc>
          <w:tcPr>
            <w:tcW w:w="2565" w:type="dxa"/>
          </w:tcPr>
          <w:p w14:paraId="455FE6D7" w14:textId="2F81C0E3" w:rsidR="00594A6E" w:rsidRDefault="00044D09" w:rsidP="001B4230">
            <w:pPr>
              <w:rPr>
                <w:sz w:val="22"/>
                <w:szCs w:val="22"/>
              </w:rPr>
            </w:pPr>
            <w:r w:rsidRPr="196FD633">
              <w:rPr>
                <w:sz w:val="22"/>
                <w:szCs w:val="22"/>
              </w:rPr>
              <w:t>€</w:t>
            </w:r>
            <w:r>
              <w:rPr>
                <w:sz w:val="22"/>
                <w:szCs w:val="22"/>
              </w:rPr>
              <w:t>20,000 each</w:t>
            </w:r>
          </w:p>
        </w:tc>
        <w:tc>
          <w:tcPr>
            <w:tcW w:w="2113" w:type="dxa"/>
          </w:tcPr>
          <w:p w14:paraId="2F72B5A3" w14:textId="53D65094" w:rsidR="00594A6E" w:rsidRDefault="00044D09" w:rsidP="001B4230">
            <w:pPr>
              <w:rPr>
                <w:sz w:val="22"/>
                <w:szCs w:val="22"/>
              </w:rPr>
            </w:pPr>
            <w:r w:rsidRPr="331E2303">
              <w:rPr>
                <w:sz w:val="22"/>
                <w:szCs w:val="22"/>
              </w:rPr>
              <w:t>€ 10,000</w:t>
            </w:r>
          </w:p>
        </w:tc>
      </w:tr>
      <w:tr w:rsidR="00594A6E" w14:paraId="248E3B95" w14:textId="77777777" w:rsidTr="001B4230">
        <w:trPr>
          <w:trHeight w:val="47"/>
        </w:trPr>
        <w:tc>
          <w:tcPr>
            <w:tcW w:w="1560" w:type="dxa"/>
            <w:vAlign w:val="center"/>
          </w:tcPr>
          <w:p w14:paraId="78B5B6B5" w14:textId="6908FF39" w:rsidR="00594A6E" w:rsidRDefault="00594A6E" w:rsidP="00AC49EF">
            <w:pPr>
              <w:rPr>
                <w:sz w:val="22"/>
                <w:szCs w:val="22"/>
              </w:rPr>
            </w:pPr>
            <w:r>
              <w:rPr>
                <w:sz w:val="22"/>
                <w:szCs w:val="22"/>
              </w:rPr>
              <w:t>Number of Grants</w:t>
            </w:r>
          </w:p>
        </w:tc>
        <w:tc>
          <w:tcPr>
            <w:tcW w:w="2409" w:type="dxa"/>
          </w:tcPr>
          <w:p w14:paraId="3C8C7BA3" w14:textId="76F6CE4E" w:rsidR="00594A6E" w:rsidRDefault="00044D09" w:rsidP="001B4230">
            <w:pPr>
              <w:rPr>
                <w:sz w:val="22"/>
                <w:szCs w:val="22"/>
              </w:rPr>
            </w:pPr>
            <w:r>
              <w:rPr>
                <w:sz w:val="22"/>
                <w:szCs w:val="22"/>
              </w:rPr>
              <w:t>3</w:t>
            </w:r>
          </w:p>
        </w:tc>
        <w:tc>
          <w:tcPr>
            <w:tcW w:w="2565" w:type="dxa"/>
          </w:tcPr>
          <w:p w14:paraId="5DFFCD69" w14:textId="755578F9" w:rsidR="00594A6E" w:rsidRDefault="00044D09" w:rsidP="001B4230">
            <w:pPr>
              <w:rPr>
                <w:sz w:val="22"/>
                <w:szCs w:val="22"/>
              </w:rPr>
            </w:pPr>
            <w:r>
              <w:rPr>
                <w:sz w:val="22"/>
                <w:szCs w:val="22"/>
              </w:rPr>
              <w:t>2</w:t>
            </w:r>
          </w:p>
        </w:tc>
        <w:tc>
          <w:tcPr>
            <w:tcW w:w="2113" w:type="dxa"/>
          </w:tcPr>
          <w:p w14:paraId="6E2F3842" w14:textId="554DAB52" w:rsidR="00594A6E" w:rsidRDefault="00044D09" w:rsidP="001B4230">
            <w:pPr>
              <w:rPr>
                <w:sz w:val="22"/>
                <w:szCs w:val="22"/>
              </w:rPr>
            </w:pPr>
            <w:r>
              <w:rPr>
                <w:sz w:val="22"/>
                <w:szCs w:val="22"/>
              </w:rPr>
              <w:t>2</w:t>
            </w:r>
          </w:p>
        </w:tc>
      </w:tr>
    </w:tbl>
    <w:p w14:paraId="7007911B" w14:textId="48434E93" w:rsidR="00662BCD" w:rsidRPr="00D609C0" w:rsidRDefault="00AC49EF" w:rsidP="196FD633">
      <w:pPr>
        <w:jc w:val="both"/>
        <w:rPr>
          <w:sz w:val="22"/>
          <w:szCs w:val="22"/>
        </w:rPr>
      </w:pPr>
      <w:r w:rsidRPr="001609D6">
        <w:rPr>
          <w:color w:val="990000"/>
          <w:sz w:val="22"/>
          <w:szCs w:val="22"/>
          <w:u w:val="single"/>
        </w:rPr>
        <w:t>Please note that the grants will only be distributed to organizations and individuals based in Ethiopia</w:t>
      </w:r>
      <w:r>
        <w:rPr>
          <w:color w:val="EE0000"/>
          <w:sz w:val="22"/>
          <w:szCs w:val="22"/>
        </w:rPr>
        <w:t>.</w:t>
      </w:r>
    </w:p>
    <w:p w14:paraId="03861A95" w14:textId="77777777" w:rsidR="00F546C0" w:rsidRPr="00F546C0" w:rsidRDefault="00F546C0" w:rsidP="196FD633">
      <w:pPr>
        <w:jc w:val="both"/>
        <w:rPr>
          <w:sz w:val="22"/>
          <w:szCs w:val="22"/>
        </w:rPr>
      </w:pPr>
      <w:r w:rsidRPr="196FD633">
        <w:rPr>
          <w:sz w:val="22"/>
          <w:szCs w:val="22"/>
        </w:rPr>
        <w:t>All grants will be awarded on a competitive basis, following a rigorous review process that considers the originality, relevance, methodological soundness, and potential for policy and advocacy impact of each proposal.</w:t>
      </w:r>
    </w:p>
    <w:p w14:paraId="4AB6673F" w14:textId="77777777" w:rsidR="00F546C0" w:rsidRPr="00F546C0" w:rsidRDefault="00F546C0" w:rsidP="196FD633">
      <w:pPr>
        <w:jc w:val="both"/>
        <w:rPr>
          <w:sz w:val="22"/>
          <w:szCs w:val="22"/>
        </w:rPr>
      </w:pPr>
      <w:r w:rsidRPr="196FD633">
        <w:rPr>
          <w:sz w:val="22"/>
          <w:szCs w:val="22"/>
        </w:rPr>
        <w:t xml:space="preserve">This grant program invites applications under several Research Focus Areas, each accompanied by a set of guiding sub-questions that reflect the key learning priorities for </w:t>
      </w:r>
      <w:r w:rsidRPr="196FD633">
        <w:rPr>
          <w:sz w:val="22"/>
          <w:szCs w:val="22"/>
        </w:rPr>
        <w:lastRenderedPageBreak/>
        <w:t>this call. Applicants should select one focus area that best aligns with their proposed work. Proposals are expected to address most of the sub-questions listed under that area, demonstrating how the planned research contributes to advancing learning within the chosen theme.</w:t>
      </w:r>
    </w:p>
    <w:p w14:paraId="52A3C0AA" w14:textId="43BEA3DD" w:rsidR="00F546C0" w:rsidRDefault="00F546C0" w:rsidP="196FD633">
      <w:pPr>
        <w:jc w:val="both"/>
        <w:rPr>
          <w:sz w:val="22"/>
          <w:szCs w:val="22"/>
          <w:u w:val="single"/>
        </w:rPr>
      </w:pPr>
      <w:r w:rsidRPr="196FD633">
        <w:rPr>
          <w:sz w:val="22"/>
          <w:szCs w:val="22"/>
          <w:u w:val="single"/>
        </w:rPr>
        <w:t>The Research Focus Areas are provided in a separate document; applicants are requested to review them carefully before completing this application form.</w:t>
      </w:r>
      <w:r w:rsidR="001B4230">
        <w:rPr>
          <w:sz w:val="22"/>
          <w:szCs w:val="22"/>
          <w:u w:val="single"/>
        </w:rPr>
        <w:t xml:space="preserve"> </w:t>
      </w:r>
      <w:r w:rsidR="001B4230" w:rsidRPr="001609D6">
        <w:rPr>
          <w:color w:val="990000"/>
          <w:sz w:val="22"/>
          <w:szCs w:val="22"/>
          <w:u w:val="single"/>
        </w:rPr>
        <w:t xml:space="preserve">Applications that do </w:t>
      </w:r>
      <w:r w:rsidR="001609D6" w:rsidRPr="001609D6">
        <w:rPr>
          <w:color w:val="990000"/>
          <w:sz w:val="22"/>
          <w:szCs w:val="22"/>
          <w:u w:val="single"/>
        </w:rPr>
        <w:t>not respond to the research focus areas listed will not be considered</w:t>
      </w:r>
      <w:r w:rsidR="001609D6">
        <w:rPr>
          <w:sz w:val="22"/>
          <w:szCs w:val="22"/>
          <w:u w:val="single"/>
        </w:rPr>
        <w:t xml:space="preserve">. </w:t>
      </w:r>
    </w:p>
    <w:p w14:paraId="78BFB357" w14:textId="77777777" w:rsidR="00AB1C21" w:rsidRPr="00AB1C21" w:rsidRDefault="00AB1C21" w:rsidP="00AB1C21">
      <w:pPr>
        <w:pStyle w:val="Heading1"/>
        <w:rPr>
          <w:color w:val="49382A" w:themeColor="accent1" w:themeShade="40"/>
          <w:lang w:val="en-IN"/>
        </w:rPr>
      </w:pPr>
      <w:r w:rsidRPr="00AB1C21">
        <w:rPr>
          <w:color w:val="49382A" w:themeColor="accent1" w:themeShade="40"/>
          <w:lang w:val="en-IN"/>
        </w:rPr>
        <w:t>Submission Instructions</w:t>
      </w:r>
    </w:p>
    <w:p w14:paraId="0C9CF0FA" w14:textId="172B7ABD" w:rsidR="00160AA9" w:rsidRDefault="00AB1C21" w:rsidP="00AB1C21">
      <w:pPr>
        <w:rPr>
          <w:sz w:val="22"/>
          <w:szCs w:val="22"/>
        </w:rPr>
      </w:pPr>
      <w:r w:rsidRPr="00DE06CD">
        <w:rPr>
          <w:sz w:val="22"/>
          <w:szCs w:val="22"/>
        </w:rPr>
        <w:t xml:space="preserve">Please </w:t>
      </w:r>
      <w:r>
        <w:rPr>
          <w:sz w:val="22"/>
          <w:szCs w:val="22"/>
        </w:rPr>
        <w:t xml:space="preserve">find the application template below. </w:t>
      </w:r>
      <w:r w:rsidR="00452B3D">
        <w:rPr>
          <w:sz w:val="22"/>
          <w:szCs w:val="22"/>
        </w:rPr>
        <w:t>The template has five sections:</w:t>
      </w:r>
      <w:r w:rsidR="00160AA9">
        <w:rPr>
          <w:sz w:val="22"/>
          <w:szCs w:val="22"/>
        </w:rPr>
        <w:t xml:space="preserve"> </w:t>
      </w:r>
    </w:p>
    <w:p w14:paraId="0EEF99F7" w14:textId="3467EC9C" w:rsidR="00AB1C21" w:rsidRDefault="00160AA9" w:rsidP="00160AA9">
      <w:pPr>
        <w:numPr>
          <w:ilvl w:val="0"/>
          <w:numId w:val="18"/>
        </w:numPr>
        <w:rPr>
          <w:sz w:val="22"/>
          <w:szCs w:val="22"/>
        </w:rPr>
      </w:pPr>
      <w:r>
        <w:rPr>
          <w:sz w:val="22"/>
          <w:szCs w:val="22"/>
        </w:rPr>
        <w:t>Section A | Proposal Overview</w:t>
      </w:r>
    </w:p>
    <w:p w14:paraId="4BB6C5E1" w14:textId="7C94DDC3" w:rsidR="00160AA9" w:rsidRDefault="00160AA9" w:rsidP="00160AA9">
      <w:pPr>
        <w:numPr>
          <w:ilvl w:val="0"/>
          <w:numId w:val="18"/>
        </w:numPr>
        <w:rPr>
          <w:sz w:val="22"/>
          <w:szCs w:val="22"/>
        </w:rPr>
      </w:pPr>
      <w:r>
        <w:rPr>
          <w:sz w:val="22"/>
          <w:szCs w:val="22"/>
        </w:rPr>
        <w:t xml:space="preserve">Section B | Narrative Proposal </w:t>
      </w:r>
    </w:p>
    <w:p w14:paraId="5A753FD7" w14:textId="46CD58DE" w:rsidR="00160AA9" w:rsidRDefault="00160AA9" w:rsidP="00160AA9">
      <w:pPr>
        <w:numPr>
          <w:ilvl w:val="0"/>
          <w:numId w:val="18"/>
        </w:numPr>
        <w:rPr>
          <w:sz w:val="22"/>
          <w:szCs w:val="22"/>
        </w:rPr>
      </w:pPr>
      <w:r>
        <w:rPr>
          <w:sz w:val="22"/>
          <w:szCs w:val="22"/>
        </w:rPr>
        <w:t>Section C | Research Timeline</w:t>
      </w:r>
    </w:p>
    <w:p w14:paraId="2B3BF9F5" w14:textId="7C564A0A" w:rsidR="00160AA9" w:rsidRDefault="00160AA9" w:rsidP="00160AA9">
      <w:pPr>
        <w:numPr>
          <w:ilvl w:val="0"/>
          <w:numId w:val="18"/>
        </w:numPr>
        <w:rPr>
          <w:sz w:val="22"/>
          <w:szCs w:val="22"/>
        </w:rPr>
      </w:pPr>
      <w:r>
        <w:rPr>
          <w:sz w:val="22"/>
          <w:szCs w:val="22"/>
        </w:rPr>
        <w:t>Section D | Relevant Experience</w:t>
      </w:r>
    </w:p>
    <w:p w14:paraId="2028E671" w14:textId="5F6E9EBE" w:rsidR="00160AA9" w:rsidRDefault="00160AA9" w:rsidP="00160AA9">
      <w:pPr>
        <w:numPr>
          <w:ilvl w:val="0"/>
          <w:numId w:val="18"/>
        </w:numPr>
        <w:rPr>
          <w:sz w:val="22"/>
          <w:szCs w:val="22"/>
        </w:rPr>
      </w:pPr>
      <w:r>
        <w:rPr>
          <w:sz w:val="22"/>
          <w:szCs w:val="22"/>
        </w:rPr>
        <w:t>Section E | Budget Proposal</w:t>
      </w:r>
    </w:p>
    <w:p w14:paraId="18B1275F" w14:textId="2C0CB8CC" w:rsidR="00160AA9" w:rsidRDefault="00160AA9" w:rsidP="00160AA9">
      <w:pPr>
        <w:rPr>
          <w:sz w:val="22"/>
          <w:szCs w:val="22"/>
        </w:rPr>
      </w:pPr>
      <w:r>
        <w:rPr>
          <w:sz w:val="22"/>
          <w:szCs w:val="22"/>
        </w:rPr>
        <w:t>Only applications with all five sections filled in will be considered.</w:t>
      </w:r>
    </w:p>
    <w:p w14:paraId="41DEB9C4" w14:textId="7FA089EE" w:rsidR="00826110" w:rsidRPr="00826110" w:rsidRDefault="001403F0" w:rsidP="196FD633">
      <w:pPr>
        <w:jc w:val="both"/>
        <w:rPr>
          <w:b/>
          <w:bCs/>
        </w:rPr>
      </w:pPr>
      <w:r w:rsidRPr="196FD633">
        <w:rPr>
          <w:sz w:val="22"/>
          <w:szCs w:val="22"/>
        </w:rPr>
        <w:t xml:space="preserve">Completed applications must be submitted by </w:t>
      </w:r>
      <w:r w:rsidRPr="196FD633">
        <w:rPr>
          <w:sz w:val="22"/>
          <w:szCs w:val="22"/>
          <w:u w:val="single"/>
        </w:rPr>
        <w:t>Friday, 24 November 2025</w:t>
      </w:r>
      <w:r w:rsidRPr="196FD633">
        <w:rPr>
          <w:sz w:val="22"/>
          <w:szCs w:val="22"/>
        </w:rPr>
        <w:t>, to Laura Karina Gutierrez at</w:t>
      </w:r>
      <w:r w:rsidR="00B34374" w:rsidRPr="196FD633">
        <w:rPr>
          <w:sz w:val="22"/>
          <w:szCs w:val="22"/>
        </w:rPr>
        <w:t xml:space="preserve"> </w:t>
      </w:r>
      <w:hyperlink r:id="rId18">
        <w:r w:rsidR="009E0982" w:rsidRPr="196FD633">
          <w:rPr>
            <w:rStyle w:val="Hyperlink"/>
            <w:sz w:val="22"/>
            <w:szCs w:val="22"/>
          </w:rPr>
          <w:t>LKGutierrez@fosfeminista.org</w:t>
        </w:r>
      </w:hyperlink>
      <w:r w:rsidR="009E0982" w:rsidRPr="196FD633">
        <w:rPr>
          <w:sz w:val="22"/>
          <w:szCs w:val="22"/>
        </w:rPr>
        <w:t xml:space="preserve">. Please </w:t>
      </w:r>
      <w:r w:rsidR="00273927" w:rsidRPr="196FD633">
        <w:rPr>
          <w:sz w:val="22"/>
          <w:szCs w:val="22"/>
        </w:rPr>
        <w:t>also copy</w:t>
      </w:r>
      <w:r w:rsidR="009E0982" w:rsidRPr="196FD633">
        <w:rPr>
          <w:sz w:val="22"/>
          <w:szCs w:val="22"/>
        </w:rPr>
        <w:t xml:space="preserve"> </w:t>
      </w:r>
      <w:r w:rsidR="00826110" w:rsidRPr="196FD633">
        <w:rPr>
          <w:sz w:val="22"/>
          <w:szCs w:val="22"/>
        </w:rPr>
        <w:t>Tara Mukeku-Cilolo (</w:t>
      </w:r>
      <w:hyperlink r:id="rId19">
        <w:r w:rsidR="00826110" w:rsidRPr="196FD633">
          <w:rPr>
            <w:rStyle w:val="Hyperlink"/>
            <w:sz w:val="22"/>
            <w:szCs w:val="22"/>
          </w:rPr>
          <w:t>TMukekucilolo@fosfeminista.org</w:t>
        </w:r>
      </w:hyperlink>
      <w:r w:rsidR="00826110" w:rsidRPr="196FD633">
        <w:rPr>
          <w:sz w:val="22"/>
          <w:szCs w:val="22"/>
        </w:rPr>
        <w:t>) and Swetha Sridhar (</w:t>
      </w:r>
      <w:hyperlink r:id="rId20">
        <w:r w:rsidR="00826110" w:rsidRPr="196FD633">
          <w:rPr>
            <w:rStyle w:val="Hyperlink"/>
            <w:sz w:val="22"/>
            <w:szCs w:val="22"/>
          </w:rPr>
          <w:t>ssridhar@fosfeminista.org</w:t>
        </w:r>
      </w:hyperlink>
      <w:r w:rsidR="00826110" w:rsidRPr="196FD633">
        <w:rPr>
          <w:sz w:val="22"/>
          <w:szCs w:val="22"/>
        </w:rPr>
        <w:t xml:space="preserve">) in your email. </w:t>
      </w:r>
    </w:p>
    <w:p w14:paraId="7B466E1A" w14:textId="77777777" w:rsidR="00FA7C27" w:rsidRDefault="00497E0B" w:rsidP="196FD633">
      <w:pPr>
        <w:jc w:val="both"/>
        <w:rPr>
          <w:sz w:val="22"/>
          <w:szCs w:val="22"/>
        </w:rPr>
      </w:pPr>
      <w:r w:rsidRPr="196FD633">
        <w:rPr>
          <w:sz w:val="22"/>
          <w:szCs w:val="22"/>
        </w:rPr>
        <w:t xml:space="preserve">The review committee aims to finalize decisions by the end of November 2025, with funds disbursed in </w:t>
      </w:r>
      <w:r w:rsidR="34BC8190" w:rsidRPr="196FD633">
        <w:rPr>
          <w:sz w:val="22"/>
          <w:szCs w:val="22"/>
        </w:rPr>
        <w:t>January</w:t>
      </w:r>
      <w:r w:rsidRPr="196FD633">
        <w:rPr>
          <w:sz w:val="22"/>
          <w:szCs w:val="22"/>
        </w:rPr>
        <w:t xml:space="preserve"> 202</w:t>
      </w:r>
      <w:r w:rsidR="047EBBA6" w:rsidRPr="196FD633">
        <w:rPr>
          <w:sz w:val="22"/>
          <w:szCs w:val="22"/>
        </w:rPr>
        <w:t>6</w:t>
      </w:r>
      <w:r w:rsidRPr="196FD633">
        <w:rPr>
          <w:sz w:val="22"/>
          <w:szCs w:val="22"/>
        </w:rPr>
        <w:t>. Supported projects are expected to be implemented over a period of three</w:t>
      </w:r>
      <w:r w:rsidR="00AD7C02" w:rsidRPr="196FD633">
        <w:rPr>
          <w:sz w:val="22"/>
          <w:szCs w:val="22"/>
        </w:rPr>
        <w:t xml:space="preserve"> to five months following disbursement.</w:t>
      </w:r>
    </w:p>
    <w:p w14:paraId="76D681C9" w14:textId="38552BF2" w:rsidR="005A4EAB" w:rsidRDefault="005A4EAB" w:rsidP="196FD633">
      <w:pPr>
        <w:jc w:val="both"/>
        <w:rPr>
          <w:sz w:val="22"/>
          <w:szCs w:val="22"/>
        </w:rPr>
        <w:sectPr w:rsidR="005A4EAB" w:rsidSect="00034616">
          <w:headerReference w:type="default" r:id="rId21"/>
          <w:footerReference w:type="default" r:id="rId22"/>
          <w:pgSz w:w="12240" w:h="15840"/>
          <w:pgMar w:top="1440" w:right="1800" w:bottom="1440" w:left="1800" w:header="720" w:footer="720" w:gutter="0"/>
          <w:cols w:space="720"/>
          <w:docGrid w:linePitch="360"/>
        </w:sectPr>
      </w:pPr>
    </w:p>
    <w:p w14:paraId="088E0076" w14:textId="115FB04C" w:rsidR="00FA7C27" w:rsidRPr="00FA7C27" w:rsidRDefault="00FA7C27" w:rsidP="00FA7C27">
      <w:pPr>
        <w:pStyle w:val="Heading1"/>
        <w:jc w:val="center"/>
        <w:rPr>
          <w:color w:val="49382A" w:themeColor="accent1" w:themeShade="40"/>
        </w:rPr>
      </w:pPr>
      <w:r w:rsidRPr="00FA7C27">
        <w:rPr>
          <w:color w:val="49382A" w:themeColor="accent1" w:themeShade="40"/>
        </w:rPr>
        <w:lastRenderedPageBreak/>
        <w:t>Section A | APPLICATION Overview</w:t>
      </w:r>
    </w:p>
    <w:p w14:paraId="5DEA670B" w14:textId="1EFB1938" w:rsidR="00662BCD" w:rsidRPr="00A96492" w:rsidRDefault="00662BCD" w:rsidP="00A96492">
      <w:pPr>
        <w:rPr>
          <w:sz w:val="10"/>
          <w:szCs w:val="10"/>
          <w:lang w:val="en-IN"/>
        </w:rPr>
      </w:pPr>
    </w:p>
    <w:tbl>
      <w:tblPr>
        <w:tblStyle w:val="TableGrid"/>
        <w:tblW w:w="5000" w:type="pct"/>
        <w:tblBorders>
          <w:insideH w:val="single" w:sz="4" w:space="0" w:color="auto"/>
        </w:tblBorders>
        <w:tblLook w:val="04A0" w:firstRow="1" w:lastRow="0" w:firstColumn="1" w:lastColumn="0" w:noHBand="0" w:noVBand="1"/>
      </w:tblPr>
      <w:tblGrid>
        <w:gridCol w:w="4428"/>
        <w:gridCol w:w="4428"/>
      </w:tblGrid>
      <w:tr w:rsidR="003409B0" w:rsidRPr="00C17D64" w14:paraId="0F97A8E5" w14:textId="77777777" w:rsidTr="002410CB">
        <w:tc>
          <w:tcPr>
            <w:tcW w:w="5000" w:type="pct"/>
            <w:gridSpan w:val="2"/>
            <w:shd w:val="clear" w:color="auto" w:fill="DCCEC3" w:themeFill="accent1" w:themeFillShade="E6"/>
          </w:tcPr>
          <w:p w14:paraId="390BAA79" w14:textId="5781DCDD" w:rsidR="003409B0" w:rsidRPr="00D609C0" w:rsidRDefault="00F244FB" w:rsidP="00C17D64">
            <w:pPr>
              <w:rPr>
                <w:color w:val="49382A" w:themeColor="accent1" w:themeShade="40"/>
                <w:sz w:val="22"/>
                <w:szCs w:val="22"/>
              </w:rPr>
            </w:pPr>
            <w:r>
              <w:rPr>
                <w:color w:val="49382A" w:themeColor="accent1" w:themeShade="40"/>
                <w:sz w:val="22"/>
                <w:szCs w:val="22"/>
              </w:rPr>
              <w:t>APPLICANT INFORMATION</w:t>
            </w:r>
          </w:p>
        </w:tc>
      </w:tr>
      <w:tr w:rsidR="003409B0" w:rsidRPr="00C17D64" w14:paraId="1763E804" w14:textId="77777777" w:rsidTr="002410CB">
        <w:tc>
          <w:tcPr>
            <w:tcW w:w="2500" w:type="pct"/>
          </w:tcPr>
          <w:p w14:paraId="4AE2F34D" w14:textId="77777777" w:rsidR="003409B0" w:rsidRPr="00D609C0" w:rsidRDefault="009A1C3C" w:rsidP="00C17D64">
            <w:pPr>
              <w:rPr>
                <w:b/>
                <w:bCs/>
                <w:color w:val="49382A" w:themeColor="accent1" w:themeShade="40"/>
                <w:sz w:val="22"/>
                <w:szCs w:val="22"/>
              </w:rPr>
            </w:pPr>
            <w:r w:rsidRPr="00D609C0">
              <w:rPr>
                <w:b/>
                <w:bCs/>
                <w:color w:val="49382A" w:themeColor="accent1" w:themeShade="40"/>
                <w:sz w:val="22"/>
                <w:szCs w:val="22"/>
              </w:rPr>
              <w:t xml:space="preserve">Primary Contact Person </w:t>
            </w:r>
          </w:p>
          <w:p w14:paraId="483710DD" w14:textId="7BEB4C7A" w:rsidR="009A1C3C" w:rsidRPr="00EF17A6" w:rsidRDefault="009A1C3C" w:rsidP="00C17D64">
            <w:pPr>
              <w:rPr>
                <w:i/>
                <w:iCs/>
                <w:sz w:val="22"/>
                <w:szCs w:val="22"/>
              </w:rPr>
            </w:pPr>
            <w:r w:rsidRPr="00EF17A6">
              <w:rPr>
                <w:i/>
                <w:iCs/>
              </w:rPr>
              <w:t>Please provide full name of the person who will be the contact for this application</w:t>
            </w:r>
          </w:p>
        </w:tc>
        <w:sdt>
          <w:sdtPr>
            <w:rPr>
              <w:sz w:val="22"/>
              <w:szCs w:val="22"/>
            </w:rPr>
            <w:id w:val="54975235"/>
            <w:placeholder>
              <w:docPart w:val="DefaultPlaceholder_-1854013440"/>
            </w:placeholder>
            <w:showingPlcHdr/>
          </w:sdtPr>
          <w:sdtEndPr/>
          <w:sdtContent>
            <w:tc>
              <w:tcPr>
                <w:tcW w:w="2500" w:type="pct"/>
              </w:tcPr>
              <w:p w14:paraId="038EC68E" w14:textId="755BC989" w:rsidR="003409B0" w:rsidRPr="00C17D64" w:rsidRDefault="009A7E06" w:rsidP="00C17D64">
                <w:pPr>
                  <w:rPr>
                    <w:sz w:val="22"/>
                    <w:szCs w:val="22"/>
                  </w:rPr>
                </w:pPr>
                <w:r w:rsidRPr="00D11310">
                  <w:rPr>
                    <w:rStyle w:val="PlaceholderText"/>
                  </w:rPr>
                  <w:t>Click or tap here to enter text.</w:t>
                </w:r>
              </w:p>
            </w:tc>
          </w:sdtContent>
        </w:sdt>
      </w:tr>
      <w:tr w:rsidR="009A1C3C" w:rsidRPr="00C17D64" w14:paraId="6F7204F9" w14:textId="77777777" w:rsidTr="002410CB">
        <w:tc>
          <w:tcPr>
            <w:tcW w:w="2500" w:type="pct"/>
          </w:tcPr>
          <w:p w14:paraId="519E3871" w14:textId="3C32163A" w:rsidR="009A1C3C" w:rsidRPr="00D609C0" w:rsidRDefault="009A1C3C" w:rsidP="00C17D64">
            <w:pPr>
              <w:rPr>
                <w:b/>
                <w:bCs/>
                <w:color w:val="49382A" w:themeColor="accent1" w:themeShade="40"/>
                <w:sz w:val="22"/>
                <w:szCs w:val="22"/>
              </w:rPr>
            </w:pPr>
            <w:r w:rsidRPr="00D609C0">
              <w:rPr>
                <w:b/>
                <w:bCs/>
                <w:color w:val="49382A" w:themeColor="accent1" w:themeShade="40"/>
                <w:sz w:val="22"/>
                <w:szCs w:val="22"/>
              </w:rPr>
              <w:t>Name of Organization</w:t>
            </w:r>
          </w:p>
          <w:p w14:paraId="171099A0" w14:textId="603F6AA6" w:rsidR="009A1C3C" w:rsidRPr="00EF17A6" w:rsidRDefault="009A1C3C" w:rsidP="00C17D64">
            <w:pPr>
              <w:rPr>
                <w:i/>
                <w:iCs/>
                <w:sz w:val="22"/>
                <w:szCs w:val="22"/>
              </w:rPr>
            </w:pPr>
            <w:r w:rsidRPr="00EF17A6">
              <w:rPr>
                <w:i/>
                <w:iCs/>
              </w:rPr>
              <w:t>Please provide full registered name of the organization associated with this application, where relevant</w:t>
            </w:r>
          </w:p>
        </w:tc>
        <w:sdt>
          <w:sdtPr>
            <w:rPr>
              <w:sz w:val="22"/>
              <w:szCs w:val="22"/>
            </w:rPr>
            <w:id w:val="-1097480970"/>
            <w:placeholder>
              <w:docPart w:val="DefaultPlaceholder_-1854013440"/>
            </w:placeholder>
            <w:showingPlcHdr/>
          </w:sdtPr>
          <w:sdtEndPr/>
          <w:sdtContent>
            <w:tc>
              <w:tcPr>
                <w:tcW w:w="2500" w:type="pct"/>
              </w:tcPr>
              <w:p w14:paraId="72E25208" w14:textId="3A9FFA48" w:rsidR="009A1C3C" w:rsidRPr="00C17D64" w:rsidRDefault="009A7E06" w:rsidP="00C17D64">
                <w:pPr>
                  <w:rPr>
                    <w:sz w:val="22"/>
                    <w:szCs w:val="22"/>
                  </w:rPr>
                </w:pPr>
                <w:r w:rsidRPr="00D11310">
                  <w:rPr>
                    <w:rStyle w:val="PlaceholderText"/>
                  </w:rPr>
                  <w:t>Click or tap here to enter text.</w:t>
                </w:r>
              </w:p>
            </w:tc>
          </w:sdtContent>
        </w:sdt>
      </w:tr>
      <w:tr w:rsidR="003409B0" w:rsidRPr="00C17D64" w14:paraId="0338E627" w14:textId="77777777" w:rsidTr="002410CB">
        <w:tc>
          <w:tcPr>
            <w:tcW w:w="2500" w:type="pct"/>
          </w:tcPr>
          <w:p w14:paraId="5DAFC4BE" w14:textId="77777777" w:rsidR="003409B0" w:rsidRPr="00D609C0" w:rsidRDefault="003409B0" w:rsidP="00C17D64">
            <w:pPr>
              <w:rPr>
                <w:b/>
                <w:bCs/>
                <w:color w:val="49382A" w:themeColor="accent1" w:themeShade="40"/>
                <w:sz w:val="22"/>
                <w:szCs w:val="22"/>
              </w:rPr>
            </w:pPr>
            <w:r w:rsidRPr="00D609C0">
              <w:rPr>
                <w:b/>
                <w:bCs/>
                <w:color w:val="49382A" w:themeColor="accent1" w:themeShade="40"/>
                <w:sz w:val="22"/>
                <w:szCs w:val="22"/>
              </w:rPr>
              <w:t>Type of Applicant</w:t>
            </w:r>
          </w:p>
          <w:p w14:paraId="6EC89E4B" w14:textId="2DE90A5D" w:rsidR="009A1C3C" w:rsidRPr="00EF17A6" w:rsidRDefault="009A1C3C" w:rsidP="00C17D64">
            <w:pPr>
              <w:rPr>
                <w:i/>
                <w:iCs/>
                <w:sz w:val="22"/>
                <w:szCs w:val="22"/>
              </w:rPr>
            </w:pPr>
            <w:r w:rsidRPr="00EF17A6">
              <w:rPr>
                <w:i/>
                <w:iCs/>
              </w:rPr>
              <w:t>Check the type that applies – please select only one</w:t>
            </w:r>
          </w:p>
        </w:tc>
        <w:tc>
          <w:tcPr>
            <w:tcW w:w="2500" w:type="pct"/>
          </w:tcPr>
          <w:p w14:paraId="2EFC5D39" w14:textId="0644AC21" w:rsidR="003409B0" w:rsidRPr="00C17D64" w:rsidRDefault="00535210" w:rsidP="00C17D64">
            <w:pPr>
              <w:rPr>
                <w:sz w:val="22"/>
                <w:szCs w:val="22"/>
              </w:rPr>
            </w:pPr>
            <w:sdt>
              <w:sdtPr>
                <w:rPr>
                  <w:sz w:val="22"/>
                  <w:szCs w:val="22"/>
                </w:rPr>
                <w:id w:val="730500959"/>
                <w14:checkbox>
                  <w14:checked w14:val="0"/>
                  <w14:checkedState w14:val="2612" w14:font="MS Gothic"/>
                  <w14:uncheckedState w14:val="2610" w14:font="MS Gothic"/>
                </w14:checkbox>
              </w:sdtPr>
              <w:sdtEndPr/>
              <w:sdtContent>
                <w:r w:rsidR="008518BC" w:rsidRPr="00C17D64">
                  <w:rPr>
                    <w:rFonts w:ascii="MS Gothic" w:eastAsia="MS Gothic" w:hAnsi="MS Gothic" w:hint="eastAsia"/>
                    <w:sz w:val="22"/>
                    <w:szCs w:val="22"/>
                  </w:rPr>
                  <w:t>☐</w:t>
                </w:r>
              </w:sdtContent>
            </w:sdt>
            <w:r w:rsidR="008518BC" w:rsidRPr="00C17D64">
              <w:rPr>
                <w:sz w:val="22"/>
                <w:szCs w:val="22"/>
              </w:rPr>
              <w:t xml:space="preserve"> </w:t>
            </w:r>
            <w:r w:rsidR="003409B0" w:rsidRPr="00C17D64">
              <w:rPr>
                <w:sz w:val="22"/>
                <w:szCs w:val="22"/>
              </w:rPr>
              <w:t>Women-led Organization</w:t>
            </w:r>
          </w:p>
          <w:p w14:paraId="774E08A5" w14:textId="138C1375" w:rsidR="003409B0" w:rsidRPr="00C17D64" w:rsidRDefault="00535210" w:rsidP="00C17D64">
            <w:pPr>
              <w:rPr>
                <w:sz w:val="22"/>
                <w:szCs w:val="22"/>
              </w:rPr>
            </w:pPr>
            <w:sdt>
              <w:sdtPr>
                <w:rPr>
                  <w:sz w:val="22"/>
                  <w:szCs w:val="22"/>
                </w:rPr>
                <w:id w:val="171149878"/>
                <w14:checkbox>
                  <w14:checked w14:val="0"/>
                  <w14:checkedState w14:val="2612" w14:font="MS Gothic"/>
                  <w14:uncheckedState w14:val="2610" w14:font="MS Gothic"/>
                </w14:checkbox>
              </w:sdtPr>
              <w:sdtEndPr/>
              <w:sdtContent>
                <w:r w:rsidR="008518BC" w:rsidRPr="00C17D64">
                  <w:rPr>
                    <w:rFonts w:ascii="MS Gothic" w:eastAsia="MS Gothic" w:hAnsi="MS Gothic" w:hint="eastAsia"/>
                    <w:sz w:val="22"/>
                    <w:szCs w:val="22"/>
                  </w:rPr>
                  <w:t>☐</w:t>
                </w:r>
              </w:sdtContent>
            </w:sdt>
            <w:r w:rsidR="008518BC" w:rsidRPr="00C17D64">
              <w:rPr>
                <w:sz w:val="22"/>
                <w:szCs w:val="22"/>
              </w:rPr>
              <w:t xml:space="preserve"> </w:t>
            </w:r>
            <w:r w:rsidR="003409B0" w:rsidRPr="00C17D64">
              <w:rPr>
                <w:sz w:val="22"/>
                <w:szCs w:val="22"/>
              </w:rPr>
              <w:t>Youth-led Organization</w:t>
            </w:r>
          </w:p>
          <w:p w14:paraId="6BAAF47C" w14:textId="2D3E6CF4" w:rsidR="003409B0" w:rsidRPr="00C17D64" w:rsidRDefault="00535210" w:rsidP="00C17D64">
            <w:pPr>
              <w:rPr>
                <w:sz w:val="22"/>
                <w:szCs w:val="22"/>
              </w:rPr>
            </w:pPr>
            <w:sdt>
              <w:sdtPr>
                <w:rPr>
                  <w:sz w:val="22"/>
                  <w:szCs w:val="22"/>
                </w:rPr>
                <w:id w:val="-1114902367"/>
                <w14:checkbox>
                  <w14:checked w14:val="0"/>
                  <w14:checkedState w14:val="2612" w14:font="MS Gothic"/>
                  <w14:uncheckedState w14:val="2610" w14:font="MS Gothic"/>
                </w14:checkbox>
              </w:sdtPr>
              <w:sdtEndPr/>
              <w:sdtContent>
                <w:r w:rsidR="00A86297">
                  <w:rPr>
                    <w:rFonts w:ascii="MS Gothic" w:eastAsia="MS Gothic" w:hAnsi="MS Gothic" w:hint="eastAsia"/>
                    <w:sz w:val="22"/>
                    <w:szCs w:val="22"/>
                  </w:rPr>
                  <w:t>☐</w:t>
                </w:r>
              </w:sdtContent>
            </w:sdt>
            <w:r w:rsidR="008518BC" w:rsidRPr="00C17D64">
              <w:rPr>
                <w:sz w:val="22"/>
                <w:szCs w:val="22"/>
              </w:rPr>
              <w:t xml:space="preserve"> </w:t>
            </w:r>
            <w:r w:rsidR="003409B0" w:rsidRPr="00C17D64">
              <w:rPr>
                <w:sz w:val="22"/>
                <w:szCs w:val="22"/>
              </w:rPr>
              <w:t>Academic or Research Institution</w:t>
            </w:r>
            <w:r w:rsidR="009A1C3C" w:rsidRPr="00C17D64">
              <w:rPr>
                <w:sz w:val="22"/>
                <w:szCs w:val="22"/>
              </w:rPr>
              <w:t>/ University</w:t>
            </w:r>
          </w:p>
          <w:p w14:paraId="4202419A" w14:textId="65C31CB6" w:rsidR="009A1C3C" w:rsidRPr="00C17D64" w:rsidRDefault="00535210" w:rsidP="00C17D64">
            <w:pPr>
              <w:rPr>
                <w:sz w:val="22"/>
                <w:szCs w:val="22"/>
              </w:rPr>
            </w:pPr>
            <w:sdt>
              <w:sdtPr>
                <w:rPr>
                  <w:sz w:val="22"/>
                  <w:szCs w:val="22"/>
                </w:rPr>
                <w:id w:val="-429123553"/>
                <w14:checkbox>
                  <w14:checked w14:val="0"/>
                  <w14:checkedState w14:val="2612" w14:font="MS Gothic"/>
                  <w14:uncheckedState w14:val="2610" w14:font="MS Gothic"/>
                </w14:checkbox>
              </w:sdtPr>
              <w:sdtEndPr/>
              <w:sdtContent>
                <w:r w:rsidR="008518BC" w:rsidRPr="00C17D64">
                  <w:rPr>
                    <w:rFonts w:ascii="MS Gothic" w:eastAsia="MS Gothic" w:hAnsi="MS Gothic" w:hint="eastAsia"/>
                    <w:sz w:val="22"/>
                    <w:szCs w:val="22"/>
                  </w:rPr>
                  <w:t>☐</w:t>
                </w:r>
              </w:sdtContent>
            </w:sdt>
            <w:r w:rsidR="008518BC" w:rsidRPr="00C17D64">
              <w:rPr>
                <w:sz w:val="22"/>
                <w:szCs w:val="22"/>
              </w:rPr>
              <w:t xml:space="preserve"> </w:t>
            </w:r>
            <w:r w:rsidR="009A1C3C" w:rsidRPr="00C17D64">
              <w:rPr>
                <w:sz w:val="22"/>
                <w:szCs w:val="22"/>
              </w:rPr>
              <w:t>INGO</w:t>
            </w:r>
            <w:r w:rsidR="008518BC" w:rsidRPr="00C17D64">
              <w:rPr>
                <w:sz w:val="22"/>
                <w:szCs w:val="22"/>
              </w:rPr>
              <w:t>/INGO Country Office</w:t>
            </w:r>
          </w:p>
          <w:p w14:paraId="6D7C6E8C" w14:textId="534C815A" w:rsidR="003409B0" w:rsidRPr="00C17D64" w:rsidRDefault="00535210" w:rsidP="00C17D64">
            <w:pPr>
              <w:rPr>
                <w:sz w:val="22"/>
                <w:szCs w:val="22"/>
              </w:rPr>
            </w:pPr>
            <w:sdt>
              <w:sdtPr>
                <w:rPr>
                  <w:sz w:val="22"/>
                  <w:szCs w:val="22"/>
                </w:rPr>
                <w:id w:val="496000463"/>
                <w14:checkbox>
                  <w14:checked w14:val="0"/>
                  <w14:checkedState w14:val="2612" w14:font="MS Gothic"/>
                  <w14:uncheckedState w14:val="2610" w14:font="MS Gothic"/>
                </w14:checkbox>
              </w:sdtPr>
              <w:sdtEndPr/>
              <w:sdtContent>
                <w:r w:rsidR="008518BC" w:rsidRPr="00C17D64">
                  <w:rPr>
                    <w:rFonts w:ascii="MS Gothic" w:eastAsia="MS Gothic" w:hAnsi="MS Gothic" w:hint="eastAsia"/>
                    <w:sz w:val="22"/>
                    <w:szCs w:val="22"/>
                  </w:rPr>
                  <w:t>☐</w:t>
                </w:r>
              </w:sdtContent>
            </w:sdt>
            <w:r w:rsidR="008518BC" w:rsidRPr="00C17D64">
              <w:rPr>
                <w:sz w:val="22"/>
                <w:szCs w:val="22"/>
              </w:rPr>
              <w:t xml:space="preserve"> </w:t>
            </w:r>
            <w:r w:rsidR="003409B0" w:rsidRPr="00C17D64">
              <w:rPr>
                <w:sz w:val="22"/>
                <w:szCs w:val="22"/>
              </w:rPr>
              <w:t>Independent Researcher</w:t>
            </w:r>
          </w:p>
          <w:p w14:paraId="5DF7A88C" w14:textId="594C9C03" w:rsidR="006F7367" w:rsidRPr="00C17D64" w:rsidRDefault="00535210" w:rsidP="00C17D64">
            <w:pPr>
              <w:rPr>
                <w:sz w:val="22"/>
                <w:szCs w:val="22"/>
              </w:rPr>
            </w:pPr>
            <w:sdt>
              <w:sdtPr>
                <w:rPr>
                  <w:sz w:val="22"/>
                  <w:szCs w:val="22"/>
                </w:rPr>
                <w:id w:val="777608506"/>
                <w14:checkbox>
                  <w14:checked w14:val="0"/>
                  <w14:checkedState w14:val="2612" w14:font="MS Gothic"/>
                  <w14:uncheckedState w14:val="2610" w14:font="MS Gothic"/>
                </w14:checkbox>
              </w:sdtPr>
              <w:sdtEndPr/>
              <w:sdtContent>
                <w:r w:rsidR="008B1032" w:rsidRPr="00C17D64">
                  <w:rPr>
                    <w:rFonts w:ascii="MS Gothic" w:eastAsia="MS Gothic" w:hAnsi="MS Gothic" w:hint="eastAsia"/>
                    <w:sz w:val="22"/>
                    <w:szCs w:val="22"/>
                  </w:rPr>
                  <w:t>☐</w:t>
                </w:r>
              </w:sdtContent>
            </w:sdt>
            <w:r w:rsidR="008B1032" w:rsidRPr="00C17D64">
              <w:rPr>
                <w:sz w:val="22"/>
                <w:szCs w:val="22"/>
              </w:rPr>
              <w:t xml:space="preserve"> </w:t>
            </w:r>
            <w:r w:rsidR="006F7367" w:rsidRPr="00C17D64">
              <w:rPr>
                <w:sz w:val="22"/>
                <w:szCs w:val="22"/>
              </w:rPr>
              <w:t>Independent Youth Researcher/Graduate Student</w:t>
            </w:r>
          </w:p>
          <w:p w14:paraId="28345FE2" w14:textId="28546AAB" w:rsidR="009A1C3C" w:rsidRPr="00C17D64" w:rsidRDefault="00535210" w:rsidP="00C17D64">
            <w:pPr>
              <w:rPr>
                <w:sz w:val="22"/>
                <w:szCs w:val="22"/>
              </w:rPr>
            </w:pPr>
            <w:sdt>
              <w:sdtPr>
                <w:rPr>
                  <w:sz w:val="22"/>
                  <w:szCs w:val="22"/>
                </w:rPr>
                <w:id w:val="-1237395530"/>
                <w14:checkbox>
                  <w14:checked w14:val="0"/>
                  <w14:checkedState w14:val="2612" w14:font="MS Gothic"/>
                  <w14:uncheckedState w14:val="2610" w14:font="MS Gothic"/>
                </w14:checkbox>
              </w:sdtPr>
              <w:sdtEndPr/>
              <w:sdtContent>
                <w:r w:rsidR="008518BC" w:rsidRPr="00C17D64">
                  <w:rPr>
                    <w:rFonts w:ascii="MS Gothic" w:eastAsia="MS Gothic" w:hAnsi="MS Gothic" w:hint="eastAsia"/>
                    <w:sz w:val="22"/>
                    <w:szCs w:val="22"/>
                  </w:rPr>
                  <w:t>☐</w:t>
                </w:r>
              </w:sdtContent>
            </w:sdt>
            <w:r w:rsidR="008518BC" w:rsidRPr="00C17D64">
              <w:rPr>
                <w:sz w:val="22"/>
                <w:szCs w:val="22"/>
              </w:rPr>
              <w:t xml:space="preserve"> </w:t>
            </w:r>
            <w:r w:rsidR="009A1C3C" w:rsidRPr="00C17D64">
              <w:rPr>
                <w:sz w:val="22"/>
                <w:szCs w:val="22"/>
              </w:rPr>
              <w:t>Private Sector Actor</w:t>
            </w:r>
          </w:p>
          <w:p w14:paraId="1E3A9C5F" w14:textId="46D2A616" w:rsidR="009A1C3C" w:rsidRPr="00C17D64" w:rsidRDefault="00535210" w:rsidP="00C17D64">
            <w:pPr>
              <w:rPr>
                <w:sz w:val="22"/>
                <w:szCs w:val="22"/>
              </w:rPr>
            </w:pPr>
            <w:sdt>
              <w:sdtPr>
                <w:rPr>
                  <w:sz w:val="22"/>
                  <w:szCs w:val="22"/>
                </w:rPr>
                <w:id w:val="274149429"/>
                <w14:checkbox>
                  <w14:checked w14:val="0"/>
                  <w14:checkedState w14:val="2612" w14:font="MS Gothic"/>
                  <w14:uncheckedState w14:val="2610" w14:font="MS Gothic"/>
                </w14:checkbox>
              </w:sdtPr>
              <w:sdtEndPr/>
              <w:sdtContent>
                <w:r w:rsidR="008518BC" w:rsidRPr="00C17D64">
                  <w:rPr>
                    <w:rFonts w:ascii="MS Gothic" w:eastAsia="MS Gothic" w:hAnsi="MS Gothic" w:hint="eastAsia"/>
                    <w:sz w:val="22"/>
                    <w:szCs w:val="22"/>
                  </w:rPr>
                  <w:t>☐</w:t>
                </w:r>
              </w:sdtContent>
            </w:sdt>
            <w:r w:rsidR="008518BC" w:rsidRPr="00C17D64">
              <w:rPr>
                <w:sz w:val="22"/>
                <w:szCs w:val="22"/>
              </w:rPr>
              <w:t xml:space="preserve"> </w:t>
            </w:r>
            <w:r w:rsidR="009A1C3C" w:rsidRPr="00C17D64">
              <w:rPr>
                <w:sz w:val="22"/>
                <w:szCs w:val="22"/>
              </w:rPr>
              <w:t>Other</w:t>
            </w:r>
            <w:r w:rsidR="008518BC" w:rsidRPr="00C17D64">
              <w:rPr>
                <w:sz w:val="22"/>
                <w:szCs w:val="22"/>
              </w:rPr>
              <w:t xml:space="preserve">, please specify: </w:t>
            </w:r>
          </w:p>
          <w:p w14:paraId="216D8FF8" w14:textId="31A5B999" w:rsidR="008518BC" w:rsidRPr="00C17D64" w:rsidRDefault="008518BC" w:rsidP="00C17D64">
            <w:pPr>
              <w:rPr>
                <w:sz w:val="22"/>
                <w:szCs w:val="22"/>
              </w:rPr>
            </w:pPr>
          </w:p>
        </w:tc>
      </w:tr>
      <w:tr w:rsidR="003409B0" w:rsidRPr="00C17D64" w14:paraId="3F6BAFDA" w14:textId="77777777" w:rsidTr="002410CB">
        <w:tc>
          <w:tcPr>
            <w:tcW w:w="2500" w:type="pct"/>
          </w:tcPr>
          <w:p w14:paraId="38E21D77" w14:textId="3EA8B438" w:rsidR="003409B0" w:rsidRPr="00D609C0" w:rsidRDefault="009A1C3C" w:rsidP="00C17D64">
            <w:pPr>
              <w:rPr>
                <w:b/>
                <w:bCs/>
                <w:color w:val="49382A" w:themeColor="accent1" w:themeShade="40"/>
                <w:sz w:val="22"/>
                <w:szCs w:val="22"/>
              </w:rPr>
            </w:pPr>
            <w:r w:rsidRPr="00D609C0">
              <w:rPr>
                <w:b/>
                <w:bCs/>
                <w:color w:val="49382A" w:themeColor="accent1" w:themeShade="40"/>
                <w:sz w:val="22"/>
                <w:szCs w:val="22"/>
              </w:rPr>
              <w:t>Email</w:t>
            </w:r>
          </w:p>
        </w:tc>
        <w:sdt>
          <w:sdtPr>
            <w:rPr>
              <w:sz w:val="22"/>
              <w:szCs w:val="22"/>
            </w:rPr>
            <w:id w:val="-1957781505"/>
            <w:placeholder>
              <w:docPart w:val="DefaultPlaceholder_-1854013440"/>
            </w:placeholder>
            <w:showingPlcHdr/>
          </w:sdtPr>
          <w:sdtEndPr/>
          <w:sdtContent>
            <w:tc>
              <w:tcPr>
                <w:tcW w:w="2500" w:type="pct"/>
              </w:tcPr>
              <w:p w14:paraId="55913A05" w14:textId="3703A387" w:rsidR="003409B0" w:rsidRPr="00C17D64" w:rsidRDefault="009A7E06" w:rsidP="00C17D64">
                <w:pPr>
                  <w:rPr>
                    <w:sz w:val="22"/>
                    <w:szCs w:val="22"/>
                  </w:rPr>
                </w:pPr>
                <w:r w:rsidRPr="00D11310">
                  <w:rPr>
                    <w:rStyle w:val="PlaceholderText"/>
                  </w:rPr>
                  <w:t>Click or tap here to enter text.</w:t>
                </w:r>
              </w:p>
            </w:tc>
          </w:sdtContent>
        </w:sdt>
      </w:tr>
    </w:tbl>
    <w:p w14:paraId="1E3C5642" w14:textId="77777777" w:rsidR="009A1C3C" w:rsidRDefault="009A1C3C" w:rsidP="003409B0"/>
    <w:p w14:paraId="7E1A7A08" w14:textId="77777777" w:rsidR="00F44B9E" w:rsidRDefault="00F44B9E" w:rsidP="003409B0"/>
    <w:p w14:paraId="1FF4F181" w14:textId="630D076B" w:rsidR="00F44B9E" w:rsidRDefault="00F44B9E" w:rsidP="003409B0"/>
    <w:p w14:paraId="75C2FE66" w14:textId="609317AB" w:rsidR="00F44B9E" w:rsidRDefault="00F44B9E" w:rsidP="003409B0"/>
    <w:p w14:paraId="5AE4F54C" w14:textId="77777777" w:rsidR="00EF17A6" w:rsidRDefault="00EF17A6" w:rsidP="003409B0"/>
    <w:p w14:paraId="15D27D24" w14:textId="3ECAB058" w:rsidR="00F44B9E" w:rsidRDefault="00F44B9E" w:rsidP="003409B0"/>
    <w:p w14:paraId="6E4779EF" w14:textId="58339618" w:rsidR="00F44B9E" w:rsidRDefault="00F44B9E" w:rsidP="003409B0"/>
    <w:p w14:paraId="592C4FC7" w14:textId="77777777" w:rsidR="00F44B9E" w:rsidRDefault="00F44B9E" w:rsidP="003409B0"/>
    <w:p w14:paraId="7D4269F9" w14:textId="5D304166" w:rsidR="00F44B9E" w:rsidRDefault="00F44B9E" w:rsidP="003409B0"/>
    <w:p w14:paraId="2B418E37" w14:textId="2AF61678" w:rsidR="00F44B9E" w:rsidRDefault="00F44B9E" w:rsidP="003409B0"/>
    <w:p w14:paraId="6029B2FF" w14:textId="69BAD752" w:rsidR="00F44B9E" w:rsidRDefault="00F44B9E" w:rsidP="003409B0"/>
    <w:tbl>
      <w:tblPr>
        <w:tblStyle w:val="TableGrid"/>
        <w:tblW w:w="0" w:type="auto"/>
        <w:tblBorders>
          <w:insideH w:val="single" w:sz="4" w:space="0" w:color="auto"/>
        </w:tblBorders>
        <w:tblLook w:val="04A0" w:firstRow="1" w:lastRow="0" w:firstColumn="1" w:lastColumn="0" w:noHBand="0" w:noVBand="1"/>
      </w:tblPr>
      <w:tblGrid>
        <w:gridCol w:w="4428"/>
        <w:gridCol w:w="4428"/>
      </w:tblGrid>
      <w:tr w:rsidR="007F6AB4" w14:paraId="5CB45949" w14:textId="77777777" w:rsidTr="002410CB">
        <w:tc>
          <w:tcPr>
            <w:tcW w:w="8856" w:type="dxa"/>
            <w:gridSpan w:val="2"/>
            <w:shd w:val="clear" w:color="auto" w:fill="DCCEC3" w:themeFill="accent1" w:themeFillShade="E6"/>
          </w:tcPr>
          <w:p w14:paraId="0D4CF735" w14:textId="3C718B88" w:rsidR="007F6AB4" w:rsidRDefault="00F244FB" w:rsidP="003B4617">
            <w:r>
              <w:rPr>
                <w:color w:val="49382A" w:themeColor="accent1" w:themeShade="40"/>
                <w:sz w:val="22"/>
                <w:szCs w:val="22"/>
              </w:rPr>
              <w:lastRenderedPageBreak/>
              <w:t>PROPOSAL OVERVIEW</w:t>
            </w:r>
          </w:p>
        </w:tc>
      </w:tr>
      <w:tr w:rsidR="009A1C3C" w14:paraId="2E66C43A" w14:textId="77777777" w:rsidTr="002410CB">
        <w:tc>
          <w:tcPr>
            <w:tcW w:w="4428" w:type="dxa"/>
          </w:tcPr>
          <w:p w14:paraId="01A5FCDB" w14:textId="4295E6A8" w:rsidR="009A1C3C" w:rsidRPr="003B4617" w:rsidRDefault="007F6AB4" w:rsidP="003409B0">
            <w:pPr>
              <w:rPr>
                <w:b/>
                <w:bCs/>
                <w:color w:val="49382A" w:themeColor="accent1" w:themeShade="40"/>
                <w:sz w:val="22"/>
                <w:szCs w:val="22"/>
              </w:rPr>
            </w:pPr>
            <w:r w:rsidRPr="003B4617">
              <w:rPr>
                <w:b/>
                <w:bCs/>
                <w:color w:val="49382A" w:themeColor="accent1" w:themeShade="40"/>
                <w:sz w:val="22"/>
                <w:szCs w:val="22"/>
              </w:rPr>
              <w:t>Focus Area</w:t>
            </w:r>
          </w:p>
          <w:p w14:paraId="04F259A3" w14:textId="681CD3FC" w:rsidR="007F6AB4" w:rsidRPr="008518BC" w:rsidRDefault="007F6AB4" w:rsidP="003409B0">
            <w:pPr>
              <w:rPr>
                <w:b/>
                <w:bCs/>
                <w:sz w:val="22"/>
                <w:szCs w:val="22"/>
              </w:rPr>
            </w:pPr>
            <w:r w:rsidRPr="00F244FB">
              <w:rPr>
                <w:i/>
                <w:iCs/>
              </w:rPr>
              <w:t xml:space="preserve">Check the </w:t>
            </w:r>
            <w:r w:rsidR="00BD7660" w:rsidRPr="00F244FB">
              <w:rPr>
                <w:i/>
                <w:iCs/>
              </w:rPr>
              <w:t>focus area</w:t>
            </w:r>
            <w:r w:rsidRPr="00F244FB">
              <w:rPr>
                <w:i/>
                <w:iCs/>
              </w:rPr>
              <w:t xml:space="preserve"> that your research will </w:t>
            </w:r>
            <w:r w:rsidR="00BD7660" w:rsidRPr="00F244FB">
              <w:rPr>
                <w:i/>
                <w:iCs/>
              </w:rPr>
              <w:t>addres</w:t>
            </w:r>
            <w:r w:rsidR="00284AB7" w:rsidRPr="00F244FB">
              <w:rPr>
                <w:i/>
                <w:iCs/>
              </w:rPr>
              <w:t>s. P</w:t>
            </w:r>
            <w:r w:rsidRPr="00F244FB">
              <w:rPr>
                <w:i/>
                <w:iCs/>
              </w:rPr>
              <w:t>lease select only one</w:t>
            </w:r>
            <w:r w:rsidR="00BD7660" w:rsidRPr="00F244FB">
              <w:rPr>
                <w:i/>
                <w:iCs/>
              </w:rPr>
              <w:t xml:space="preserve"> focus area from the list given alongside. </w:t>
            </w:r>
            <w:r w:rsidR="00284AB7" w:rsidRPr="00F244FB">
              <w:rPr>
                <w:i/>
                <w:iCs/>
              </w:rPr>
              <w:t xml:space="preserve">More details on each of the focus areas are available in </w:t>
            </w:r>
            <w:r w:rsidR="00F244FB">
              <w:rPr>
                <w:i/>
                <w:iCs/>
              </w:rPr>
              <w:t>the supporting document circulated alongside the CfP</w:t>
            </w:r>
          </w:p>
        </w:tc>
        <w:tc>
          <w:tcPr>
            <w:tcW w:w="4428" w:type="dxa"/>
          </w:tcPr>
          <w:p w14:paraId="074D4FB7" w14:textId="12B179CE" w:rsidR="00BC14D4" w:rsidRDefault="00535210" w:rsidP="00BC14D4">
            <w:pPr>
              <w:rPr>
                <w:sz w:val="22"/>
                <w:szCs w:val="22"/>
              </w:rPr>
            </w:pPr>
            <w:sdt>
              <w:sdtPr>
                <w:rPr>
                  <w:sz w:val="22"/>
                  <w:szCs w:val="22"/>
                </w:rPr>
                <w:id w:val="-1315948866"/>
                <w14:checkbox>
                  <w14:checked w14:val="0"/>
                  <w14:checkedState w14:val="2612" w14:font="MS Gothic"/>
                  <w14:uncheckedState w14:val="2610" w14:font="MS Gothic"/>
                </w14:checkbox>
              </w:sdtPr>
              <w:sdtEndPr/>
              <w:sdtContent>
                <w:r w:rsidR="00AA0240">
                  <w:rPr>
                    <w:rFonts w:ascii="MS Gothic" w:eastAsia="MS Gothic" w:hAnsi="MS Gothic" w:hint="eastAsia"/>
                    <w:sz w:val="22"/>
                    <w:szCs w:val="22"/>
                  </w:rPr>
                  <w:t>☐</w:t>
                </w:r>
              </w:sdtContent>
            </w:sdt>
            <w:r w:rsidR="00AA0240">
              <w:rPr>
                <w:sz w:val="22"/>
                <w:szCs w:val="22"/>
              </w:rPr>
              <w:t xml:space="preserve"> </w:t>
            </w:r>
            <w:r w:rsidR="00F224C3" w:rsidRPr="00F224C3">
              <w:rPr>
                <w:sz w:val="22"/>
                <w:szCs w:val="22"/>
              </w:rPr>
              <w:t>Mapping the Menstrual Product Manufacturing Ecosystem in Ethiopia</w:t>
            </w:r>
          </w:p>
          <w:p w14:paraId="3C18CC14" w14:textId="69BB91FC" w:rsidR="008F19A2" w:rsidRPr="008F19A2" w:rsidRDefault="00535210" w:rsidP="00AA0240">
            <w:pPr>
              <w:rPr>
                <w:sz w:val="22"/>
                <w:szCs w:val="22"/>
                <w:lang w:val="en-IN"/>
              </w:rPr>
            </w:pPr>
            <w:sdt>
              <w:sdtPr>
                <w:rPr>
                  <w:sz w:val="22"/>
                  <w:szCs w:val="22"/>
                  <w:lang w:val="en-IN"/>
                </w:rPr>
                <w:id w:val="-499884898"/>
                <w14:checkbox>
                  <w14:checked w14:val="0"/>
                  <w14:checkedState w14:val="2612" w14:font="MS Gothic"/>
                  <w14:uncheckedState w14:val="2610" w14:font="MS Gothic"/>
                </w14:checkbox>
              </w:sdtPr>
              <w:sdtEndPr/>
              <w:sdtContent>
                <w:r w:rsidR="00AA0240">
                  <w:rPr>
                    <w:rFonts w:ascii="MS Gothic" w:eastAsia="MS Gothic" w:hAnsi="MS Gothic" w:hint="eastAsia"/>
                    <w:sz w:val="22"/>
                    <w:szCs w:val="22"/>
                    <w:lang w:val="en-IN"/>
                  </w:rPr>
                  <w:t>☐</w:t>
                </w:r>
              </w:sdtContent>
            </w:sdt>
            <w:r w:rsidR="00AA0240">
              <w:rPr>
                <w:sz w:val="22"/>
                <w:szCs w:val="22"/>
                <w:lang w:val="en-IN"/>
              </w:rPr>
              <w:t xml:space="preserve"> </w:t>
            </w:r>
            <w:r w:rsidR="004B730B" w:rsidRPr="004B730B">
              <w:rPr>
                <w:sz w:val="22"/>
                <w:szCs w:val="22"/>
              </w:rPr>
              <w:t>Classification and Taxation on Menstrual Products</w:t>
            </w:r>
            <w:r w:rsidR="008F19A2" w:rsidRPr="004B730B">
              <w:rPr>
                <w:sz w:val="24"/>
                <w:szCs w:val="24"/>
                <w:lang w:val="en-IN"/>
              </w:rPr>
              <w:t xml:space="preserve"> </w:t>
            </w:r>
          </w:p>
          <w:p w14:paraId="2A0D6414" w14:textId="4A4CFB23" w:rsidR="00716C5B" w:rsidRPr="008B314E" w:rsidRDefault="00535210" w:rsidP="00AA0240">
            <w:pPr>
              <w:spacing w:line="278" w:lineRule="auto"/>
              <w:rPr>
                <w:sz w:val="22"/>
                <w:szCs w:val="22"/>
                <w:lang w:val="en-IN"/>
              </w:rPr>
            </w:pPr>
            <w:sdt>
              <w:sdtPr>
                <w:rPr>
                  <w:lang w:val="en-IN"/>
                </w:rPr>
                <w:id w:val="2116713459"/>
                <w14:checkbox>
                  <w14:checked w14:val="0"/>
                  <w14:checkedState w14:val="2612" w14:font="MS Gothic"/>
                  <w14:uncheckedState w14:val="2610" w14:font="MS Gothic"/>
                </w14:checkbox>
              </w:sdtPr>
              <w:sdtEndPr/>
              <w:sdtContent>
                <w:r w:rsidR="00AA0240">
                  <w:rPr>
                    <w:rFonts w:ascii="MS Gothic" w:eastAsia="MS Gothic" w:hAnsi="MS Gothic" w:hint="eastAsia"/>
                    <w:lang w:val="en-IN"/>
                  </w:rPr>
                  <w:t>☐</w:t>
                </w:r>
              </w:sdtContent>
            </w:sdt>
            <w:r w:rsidR="00AA0240">
              <w:rPr>
                <w:lang w:val="en-IN"/>
              </w:rPr>
              <w:t xml:space="preserve"> </w:t>
            </w:r>
            <w:r w:rsidR="00716C5B" w:rsidRPr="008B314E">
              <w:rPr>
                <w:sz w:val="22"/>
                <w:szCs w:val="22"/>
                <w:lang w:val="en-IN"/>
              </w:rPr>
              <w:t>Understanding the Menstrual Health (MH) Platform in Ethiopia</w:t>
            </w:r>
          </w:p>
          <w:p w14:paraId="1D054C56" w14:textId="67D4E7B0" w:rsidR="00DD3D97" w:rsidRPr="008B314E" w:rsidRDefault="00535210" w:rsidP="00AA0240">
            <w:pPr>
              <w:spacing w:line="278" w:lineRule="auto"/>
              <w:rPr>
                <w:sz w:val="22"/>
                <w:szCs w:val="22"/>
                <w:lang w:val="en-IN"/>
              </w:rPr>
            </w:pPr>
            <w:sdt>
              <w:sdtPr>
                <w:rPr>
                  <w:sz w:val="22"/>
                  <w:szCs w:val="22"/>
                  <w:lang w:val="en-IN"/>
                </w:rPr>
                <w:id w:val="-2050905168"/>
                <w14:checkbox>
                  <w14:checked w14:val="0"/>
                  <w14:checkedState w14:val="2612" w14:font="MS Gothic"/>
                  <w14:uncheckedState w14:val="2610" w14:font="MS Gothic"/>
                </w14:checkbox>
              </w:sdtPr>
              <w:sdtEndPr/>
              <w:sdtContent>
                <w:r w:rsidR="00AA0240" w:rsidRPr="008B314E">
                  <w:rPr>
                    <w:rFonts w:ascii="Segoe UI Symbol" w:eastAsia="MS Gothic" w:hAnsi="Segoe UI Symbol" w:cs="Segoe UI Symbol"/>
                    <w:sz w:val="22"/>
                    <w:szCs w:val="22"/>
                    <w:lang w:val="en-IN"/>
                  </w:rPr>
                  <w:t>☐</w:t>
                </w:r>
              </w:sdtContent>
            </w:sdt>
            <w:r w:rsidR="00AA0240" w:rsidRPr="008B314E">
              <w:rPr>
                <w:sz w:val="22"/>
                <w:szCs w:val="22"/>
                <w:lang w:val="en-IN"/>
              </w:rPr>
              <w:t xml:space="preserve"> </w:t>
            </w:r>
            <w:r w:rsidR="00DD3D97" w:rsidRPr="008B314E">
              <w:rPr>
                <w:sz w:val="22"/>
                <w:szCs w:val="22"/>
                <w:lang w:val="en-IN"/>
              </w:rPr>
              <w:t xml:space="preserve">Quality </w:t>
            </w:r>
            <w:r w:rsidR="007E2419" w:rsidRPr="008B314E">
              <w:rPr>
                <w:sz w:val="22"/>
                <w:szCs w:val="22"/>
                <w:lang w:val="en-IN"/>
              </w:rPr>
              <w:t>Control</w:t>
            </w:r>
            <w:r w:rsidR="00DD3D97" w:rsidRPr="008B314E">
              <w:rPr>
                <w:sz w:val="22"/>
                <w:szCs w:val="22"/>
                <w:lang w:val="en-IN"/>
              </w:rPr>
              <w:t xml:space="preserve"> and Standardisation for Menstrual Products</w:t>
            </w:r>
          </w:p>
          <w:p w14:paraId="754987DF" w14:textId="4B7F1173" w:rsidR="00D110AE" w:rsidRPr="008B314E" w:rsidRDefault="00535210" w:rsidP="00AA0240">
            <w:pPr>
              <w:spacing w:line="278" w:lineRule="auto"/>
              <w:rPr>
                <w:sz w:val="22"/>
                <w:szCs w:val="22"/>
                <w:lang w:val="en-IN"/>
              </w:rPr>
            </w:pPr>
            <w:sdt>
              <w:sdtPr>
                <w:rPr>
                  <w:sz w:val="22"/>
                  <w:szCs w:val="22"/>
                  <w:lang w:val="en-IN"/>
                </w:rPr>
                <w:id w:val="76571646"/>
                <w14:checkbox>
                  <w14:checked w14:val="0"/>
                  <w14:checkedState w14:val="2612" w14:font="MS Gothic"/>
                  <w14:uncheckedState w14:val="2610" w14:font="MS Gothic"/>
                </w14:checkbox>
              </w:sdtPr>
              <w:sdtEndPr/>
              <w:sdtContent>
                <w:r w:rsidR="00AA0240" w:rsidRPr="008B314E">
                  <w:rPr>
                    <w:rFonts w:ascii="Segoe UI Symbol" w:eastAsia="MS Gothic" w:hAnsi="Segoe UI Symbol" w:cs="Segoe UI Symbol"/>
                    <w:sz w:val="22"/>
                    <w:szCs w:val="22"/>
                    <w:lang w:val="en-IN"/>
                  </w:rPr>
                  <w:t>☐</w:t>
                </w:r>
              </w:sdtContent>
            </w:sdt>
            <w:r w:rsidR="00AA0240" w:rsidRPr="008B314E">
              <w:rPr>
                <w:sz w:val="22"/>
                <w:szCs w:val="22"/>
                <w:lang w:val="en-IN"/>
              </w:rPr>
              <w:t xml:space="preserve"> </w:t>
            </w:r>
            <w:r w:rsidR="00D110AE" w:rsidRPr="008B314E">
              <w:rPr>
                <w:sz w:val="22"/>
                <w:szCs w:val="22"/>
                <w:lang w:val="en-IN"/>
              </w:rPr>
              <w:t xml:space="preserve">Understanding Ethiopia’s Free Pads in School Policy </w:t>
            </w:r>
          </w:p>
          <w:p w14:paraId="459F069F" w14:textId="685CE179" w:rsidR="00D93EC0" w:rsidRPr="008B314E" w:rsidRDefault="00535210" w:rsidP="00AA0240">
            <w:pPr>
              <w:spacing w:line="278" w:lineRule="auto"/>
              <w:rPr>
                <w:sz w:val="22"/>
                <w:szCs w:val="22"/>
                <w:lang w:val="en-IN"/>
              </w:rPr>
            </w:pPr>
            <w:sdt>
              <w:sdtPr>
                <w:rPr>
                  <w:sz w:val="22"/>
                  <w:szCs w:val="22"/>
                  <w:lang w:val="en-IN"/>
                </w:rPr>
                <w:id w:val="-1518764905"/>
                <w14:checkbox>
                  <w14:checked w14:val="0"/>
                  <w14:checkedState w14:val="2612" w14:font="MS Gothic"/>
                  <w14:uncheckedState w14:val="2610" w14:font="MS Gothic"/>
                </w14:checkbox>
              </w:sdtPr>
              <w:sdtEndPr/>
              <w:sdtContent>
                <w:r w:rsidR="00AA0240" w:rsidRPr="008B314E">
                  <w:rPr>
                    <w:rFonts w:ascii="Segoe UI Symbol" w:eastAsia="MS Gothic" w:hAnsi="Segoe UI Symbol" w:cs="Segoe UI Symbol"/>
                    <w:sz w:val="22"/>
                    <w:szCs w:val="22"/>
                    <w:lang w:val="en-IN"/>
                  </w:rPr>
                  <w:t>☐</w:t>
                </w:r>
              </w:sdtContent>
            </w:sdt>
            <w:r w:rsidR="00AA0240" w:rsidRPr="008B314E">
              <w:rPr>
                <w:sz w:val="22"/>
                <w:szCs w:val="22"/>
                <w:lang w:val="en-IN"/>
              </w:rPr>
              <w:t xml:space="preserve"> </w:t>
            </w:r>
            <w:r w:rsidR="00FC79D9" w:rsidRPr="008B314E">
              <w:rPr>
                <w:sz w:val="22"/>
                <w:szCs w:val="22"/>
                <w:lang w:val="en-IN"/>
              </w:rPr>
              <w:t>Women and Girls’ Perceptions and Experiences of Menstrual Health Products</w:t>
            </w:r>
          </w:p>
          <w:p w14:paraId="51CA99F4" w14:textId="11B90811" w:rsidR="008E7AC2" w:rsidRPr="008B314E" w:rsidRDefault="00535210" w:rsidP="00AA0240">
            <w:pPr>
              <w:spacing w:line="278" w:lineRule="auto"/>
              <w:rPr>
                <w:sz w:val="22"/>
                <w:szCs w:val="22"/>
                <w:lang w:val="en-IN"/>
              </w:rPr>
            </w:pPr>
            <w:sdt>
              <w:sdtPr>
                <w:rPr>
                  <w:sz w:val="22"/>
                  <w:szCs w:val="22"/>
                </w:rPr>
                <w:id w:val="865804498"/>
                <w14:checkbox>
                  <w14:checked w14:val="0"/>
                  <w14:checkedState w14:val="2612" w14:font="MS Gothic"/>
                  <w14:uncheckedState w14:val="2610" w14:font="MS Gothic"/>
                </w14:checkbox>
              </w:sdtPr>
              <w:sdtEndPr/>
              <w:sdtContent>
                <w:r w:rsidR="006D7A84" w:rsidRPr="008B314E">
                  <w:rPr>
                    <w:rFonts w:ascii="Segoe UI Symbol" w:eastAsia="MS Gothic" w:hAnsi="Segoe UI Symbol" w:cs="Segoe UI Symbol"/>
                    <w:sz w:val="22"/>
                    <w:szCs w:val="22"/>
                  </w:rPr>
                  <w:t>☐</w:t>
                </w:r>
              </w:sdtContent>
            </w:sdt>
            <w:r w:rsidR="006D7A84" w:rsidRPr="008B314E">
              <w:rPr>
                <w:sz w:val="22"/>
                <w:szCs w:val="22"/>
              </w:rPr>
              <w:t xml:space="preserve"> </w:t>
            </w:r>
            <w:r w:rsidR="0036554C" w:rsidRPr="008B314E">
              <w:rPr>
                <w:sz w:val="22"/>
                <w:szCs w:val="22"/>
              </w:rPr>
              <w:t xml:space="preserve">Economic Decision-Making </w:t>
            </w:r>
            <w:r w:rsidR="0036554C" w:rsidRPr="008B314E">
              <w:rPr>
                <w:sz w:val="22"/>
                <w:szCs w:val="22"/>
                <w:lang w:val="en-IN"/>
              </w:rPr>
              <w:t>among Women and Girls</w:t>
            </w:r>
          </w:p>
          <w:p w14:paraId="60656F2C" w14:textId="550B66F7" w:rsidR="009A1C3C" w:rsidRPr="008B314E" w:rsidRDefault="00535210" w:rsidP="006D7A84">
            <w:pPr>
              <w:spacing w:line="278" w:lineRule="auto"/>
            </w:pPr>
            <w:sdt>
              <w:sdtPr>
                <w:rPr>
                  <w:sz w:val="22"/>
                  <w:szCs w:val="22"/>
                </w:rPr>
                <w:id w:val="648322651"/>
                <w14:checkbox>
                  <w14:checked w14:val="0"/>
                  <w14:checkedState w14:val="2612" w14:font="MS Gothic"/>
                  <w14:uncheckedState w14:val="2610" w14:font="MS Gothic"/>
                </w14:checkbox>
              </w:sdtPr>
              <w:sdtEndPr/>
              <w:sdtContent>
                <w:r w:rsidR="006D7A84" w:rsidRPr="008B314E">
                  <w:rPr>
                    <w:rFonts w:ascii="Segoe UI Symbol" w:eastAsia="MS Gothic" w:hAnsi="Segoe UI Symbol" w:cs="Segoe UI Symbol"/>
                    <w:sz w:val="22"/>
                    <w:szCs w:val="22"/>
                  </w:rPr>
                  <w:t>☐</w:t>
                </w:r>
              </w:sdtContent>
            </w:sdt>
            <w:r w:rsidR="006D7A84" w:rsidRPr="008B314E">
              <w:rPr>
                <w:sz w:val="22"/>
                <w:szCs w:val="22"/>
              </w:rPr>
              <w:t xml:space="preserve"> </w:t>
            </w:r>
            <w:r w:rsidR="008B314E" w:rsidRPr="008B314E">
              <w:rPr>
                <w:sz w:val="22"/>
                <w:szCs w:val="22"/>
              </w:rPr>
              <w:t>Menstrual Health and Dignity Needs of Vulnerable Groups</w:t>
            </w:r>
          </w:p>
        </w:tc>
      </w:tr>
      <w:tr w:rsidR="007F6AB4" w14:paraId="66949174" w14:textId="77777777" w:rsidTr="002410CB">
        <w:tc>
          <w:tcPr>
            <w:tcW w:w="4428" w:type="dxa"/>
          </w:tcPr>
          <w:p w14:paraId="689F345D" w14:textId="77777777" w:rsidR="007F6AB4" w:rsidRPr="00F244FB" w:rsidRDefault="007F6AB4" w:rsidP="003409B0">
            <w:pPr>
              <w:rPr>
                <w:b/>
                <w:bCs/>
                <w:color w:val="49382A" w:themeColor="accent1" w:themeShade="40"/>
                <w:sz w:val="22"/>
                <w:szCs w:val="22"/>
              </w:rPr>
            </w:pPr>
            <w:r w:rsidRPr="00F244FB">
              <w:rPr>
                <w:b/>
                <w:bCs/>
                <w:color w:val="49382A" w:themeColor="accent1" w:themeShade="40"/>
                <w:sz w:val="22"/>
                <w:szCs w:val="22"/>
              </w:rPr>
              <w:t>Project Title</w:t>
            </w:r>
          </w:p>
          <w:p w14:paraId="1E104DC8" w14:textId="09F7F43E" w:rsidR="007F6AB4" w:rsidRPr="008518BC" w:rsidRDefault="007F6AB4" w:rsidP="003409B0">
            <w:pPr>
              <w:rPr>
                <w:b/>
                <w:bCs/>
                <w:sz w:val="22"/>
                <w:szCs w:val="22"/>
              </w:rPr>
            </w:pPr>
          </w:p>
        </w:tc>
        <w:sdt>
          <w:sdtPr>
            <w:rPr>
              <w:sz w:val="22"/>
              <w:szCs w:val="22"/>
            </w:rPr>
            <w:id w:val="1330256714"/>
            <w:placeholder>
              <w:docPart w:val="DefaultPlaceholder_-1854013440"/>
            </w:placeholder>
            <w:showingPlcHdr/>
          </w:sdtPr>
          <w:sdtEndPr/>
          <w:sdtContent>
            <w:tc>
              <w:tcPr>
                <w:tcW w:w="4428" w:type="dxa"/>
              </w:tcPr>
              <w:p w14:paraId="7284AAAD" w14:textId="33A6D695" w:rsidR="007F6AB4" w:rsidRPr="008518BC" w:rsidRDefault="008D441C" w:rsidP="003409B0">
                <w:pPr>
                  <w:rPr>
                    <w:sz w:val="22"/>
                    <w:szCs w:val="22"/>
                  </w:rPr>
                </w:pPr>
                <w:r w:rsidRPr="00D11310">
                  <w:rPr>
                    <w:rStyle w:val="PlaceholderText"/>
                  </w:rPr>
                  <w:t>Click or tap here to enter text.</w:t>
                </w:r>
              </w:p>
            </w:tc>
          </w:sdtContent>
        </w:sdt>
      </w:tr>
      <w:tr w:rsidR="009A1C3C" w14:paraId="0B7A6A1A" w14:textId="77777777" w:rsidTr="002410CB">
        <w:tc>
          <w:tcPr>
            <w:tcW w:w="4428" w:type="dxa"/>
          </w:tcPr>
          <w:p w14:paraId="04C34947" w14:textId="77777777" w:rsidR="009A1C3C" w:rsidRPr="00F244FB" w:rsidRDefault="007F6AB4" w:rsidP="003409B0">
            <w:pPr>
              <w:rPr>
                <w:b/>
                <w:bCs/>
                <w:color w:val="49382A" w:themeColor="accent1" w:themeShade="40"/>
                <w:sz w:val="22"/>
                <w:szCs w:val="22"/>
              </w:rPr>
            </w:pPr>
            <w:r w:rsidRPr="00F244FB">
              <w:rPr>
                <w:b/>
                <w:bCs/>
                <w:color w:val="49382A" w:themeColor="accent1" w:themeShade="40"/>
                <w:sz w:val="22"/>
                <w:szCs w:val="22"/>
              </w:rPr>
              <w:t>Research Questions</w:t>
            </w:r>
          </w:p>
          <w:p w14:paraId="3782A55C" w14:textId="21637B60" w:rsidR="007F6AB4" w:rsidRPr="008518BC" w:rsidRDefault="007F6AB4" w:rsidP="003409B0">
            <w:pPr>
              <w:rPr>
                <w:i/>
                <w:iCs/>
                <w:sz w:val="22"/>
                <w:szCs w:val="22"/>
              </w:rPr>
            </w:pPr>
            <w:r w:rsidRPr="00F244FB">
              <w:rPr>
                <w:i/>
                <w:iCs/>
              </w:rPr>
              <w:t>Please use this space to articulate your research questions demonstrating how they relate to the question listed under your theme of choice. We expect each application to address most of the questions under each theme, if not all</w:t>
            </w:r>
          </w:p>
        </w:tc>
        <w:sdt>
          <w:sdtPr>
            <w:rPr>
              <w:sz w:val="22"/>
              <w:szCs w:val="22"/>
            </w:rPr>
            <w:id w:val="-2014602386"/>
            <w:placeholder>
              <w:docPart w:val="DefaultPlaceholder_-1854013440"/>
            </w:placeholder>
            <w:showingPlcHdr/>
          </w:sdtPr>
          <w:sdtEndPr/>
          <w:sdtContent>
            <w:tc>
              <w:tcPr>
                <w:tcW w:w="4428" w:type="dxa"/>
              </w:tcPr>
              <w:p w14:paraId="2A0E8E6B" w14:textId="14606108" w:rsidR="009A1C3C" w:rsidRPr="008518BC" w:rsidRDefault="00CF0BE1" w:rsidP="003409B0">
                <w:pPr>
                  <w:rPr>
                    <w:sz w:val="22"/>
                    <w:szCs w:val="22"/>
                  </w:rPr>
                </w:pPr>
                <w:r w:rsidRPr="00D11310">
                  <w:rPr>
                    <w:rStyle w:val="PlaceholderText"/>
                  </w:rPr>
                  <w:t>Click or tap here to enter text.</w:t>
                </w:r>
              </w:p>
            </w:tc>
          </w:sdtContent>
        </w:sdt>
      </w:tr>
      <w:tr w:rsidR="009A1C3C" w14:paraId="40C0AFC4" w14:textId="77777777" w:rsidTr="002410CB">
        <w:tc>
          <w:tcPr>
            <w:tcW w:w="4428" w:type="dxa"/>
          </w:tcPr>
          <w:p w14:paraId="24DE1139" w14:textId="77777777" w:rsidR="009A1C3C" w:rsidRPr="00F244FB" w:rsidRDefault="007F6AB4" w:rsidP="003409B0">
            <w:pPr>
              <w:rPr>
                <w:b/>
                <w:bCs/>
                <w:color w:val="49382A" w:themeColor="accent1" w:themeShade="40"/>
                <w:sz w:val="22"/>
                <w:szCs w:val="22"/>
              </w:rPr>
            </w:pPr>
            <w:r w:rsidRPr="00F244FB">
              <w:rPr>
                <w:b/>
                <w:bCs/>
                <w:color w:val="49382A" w:themeColor="accent1" w:themeShade="40"/>
                <w:sz w:val="22"/>
                <w:szCs w:val="22"/>
              </w:rPr>
              <w:t>Brief Summary of Proposal</w:t>
            </w:r>
          </w:p>
          <w:p w14:paraId="72452901" w14:textId="12D11543" w:rsidR="007F6AB4" w:rsidRPr="00F244FB" w:rsidRDefault="00751E8B" w:rsidP="003409B0">
            <w:pPr>
              <w:rPr>
                <w:i/>
                <w:iCs/>
                <w:sz w:val="22"/>
                <w:szCs w:val="22"/>
              </w:rPr>
            </w:pPr>
            <w:r w:rsidRPr="00F244FB">
              <w:rPr>
                <w:i/>
                <w:iCs/>
              </w:rPr>
              <w:t xml:space="preserve">Please provide a 200-word summary of your proposed research. Mention the key </w:t>
            </w:r>
            <w:r w:rsidR="008518BC" w:rsidRPr="00F244FB">
              <w:rPr>
                <w:i/>
                <w:iCs/>
              </w:rPr>
              <w:t>activities and</w:t>
            </w:r>
            <w:r w:rsidRPr="00F244FB">
              <w:rPr>
                <w:i/>
                <w:iCs/>
              </w:rPr>
              <w:t xml:space="preserve"> expected outcomes. This summary should give reviewers a quick understanding of your project and its relevance to the selected theme.</w:t>
            </w:r>
          </w:p>
        </w:tc>
        <w:sdt>
          <w:sdtPr>
            <w:rPr>
              <w:sz w:val="22"/>
              <w:szCs w:val="22"/>
            </w:rPr>
            <w:id w:val="2106147514"/>
            <w:placeholder>
              <w:docPart w:val="DefaultPlaceholder_-1854013440"/>
            </w:placeholder>
            <w:showingPlcHdr/>
          </w:sdtPr>
          <w:sdtEndPr/>
          <w:sdtContent>
            <w:tc>
              <w:tcPr>
                <w:tcW w:w="4428" w:type="dxa"/>
              </w:tcPr>
              <w:p w14:paraId="62430917" w14:textId="1092BA73" w:rsidR="009A1C3C" w:rsidRPr="008518BC" w:rsidRDefault="00CF0BE1" w:rsidP="003409B0">
                <w:pPr>
                  <w:rPr>
                    <w:sz w:val="22"/>
                    <w:szCs w:val="22"/>
                  </w:rPr>
                </w:pPr>
                <w:r w:rsidRPr="00D11310">
                  <w:rPr>
                    <w:rStyle w:val="PlaceholderText"/>
                  </w:rPr>
                  <w:t>Click or tap here to enter text.</w:t>
                </w:r>
              </w:p>
            </w:tc>
          </w:sdtContent>
        </w:sdt>
      </w:tr>
      <w:tr w:rsidR="009A1C3C" w14:paraId="5134F44E" w14:textId="77777777" w:rsidTr="002410CB">
        <w:tc>
          <w:tcPr>
            <w:tcW w:w="4428" w:type="dxa"/>
          </w:tcPr>
          <w:p w14:paraId="0B0D780B" w14:textId="77777777" w:rsidR="007F6AB4" w:rsidRPr="00F244FB" w:rsidRDefault="007F6AB4" w:rsidP="007F6AB4">
            <w:pPr>
              <w:rPr>
                <w:b/>
                <w:bCs/>
                <w:color w:val="49382A" w:themeColor="accent1" w:themeShade="40"/>
                <w:sz w:val="22"/>
                <w:szCs w:val="22"/>
              </w:rPr>
            </w:pPr>
            <w:r w:rsidRPr="00F244FB">
              <w:rPr>
                <w:b/>
                <w:bCs/>
                <w:color w:val="49382A" w:themeColor="accent1" w:themeShade="40"/>
                <w:sz w:val="22"/>
                <w:szCs w:val="22"/>
              </w:rPr>
              <w:t>Proposed Approach and Methodology</w:t>
            </w:r>
          </w:p>
          <w:p w14:paraId="3B23C812" w14:textId="68183DB6" w:rsidR="007F6AB4" w:rsidRPr="008518BC" w:rsidRDefault="007F6AB4" w:rsidP="007F6AB4">
            <w:pPr>
              <w:rPr>
                <w:sz w:val="22"/>
                <w:szCs w:val="22"/>
              </w:rPr>
            </w:pPr>
            <w:r w:rsidRPr="00F244FB">
              <w:rPr>
                <w:i/>
                <w:iCs/>
              </w:rPr>
              <w:t>Please briefly describe the approach or methodology you plan to use in this research. This could include qualitative or quantitative methods, participatory approaches, case studies, surveys, interviews, or other relevant methods. Explain why this approach is appropriate for your research questions and indicate the populations or communities you will work with</w:t>
            </w:r>
          </w:p>
        </w:tc>
        <w:sdt>
          <w:sdtPr>
            <w:rPr>
              <w:sz w:val="22"/>
              <w:szCs w:val="22"/>
            </w:rPr>
            <w:id w:val="-763766076"/>
            <w:placeholder>
              <w:docPart w:val="DefaultPlaceholder_-1854013440"/>
            </w:placeholder>
            <w:showingPlcHdr/>
          </w:sdtPr>
          <w:sdtEndPr/>
          <w:sdtContent>
            <w:tc>
              <w:tcPr>
                <w:tcW w:w="4428" w:type="dxa"/>
              </w:tcPr>
              <w:p w14:paraId="66BF3A85" w14:textId="05901344" w:rsidR="009A1C3C" w:rsidRPr="008518BC" w:rsidRDefault="00CF0BE1" w:rsidP="003409B0">
                <w:pPr>
                  <w:rPr>
                    <w:sz w:val="22"/>
                    <w:szCs w:val="22"/>
                  </w:rPr>
                </w:pPr>
                <w:r w:rsidRPr="00D11310">
                  <w:rPr>
                    <w:rStyle w:val="PlaceholderText"/>
                  </w:rPr>
                  <w:t>Click or tap here to enter text.</w:t>
                </w:r>
              </w:p>
            </w:tc>
          </w:sdtContent>
        </w:sdt>
      </w:tr>
      <w:tr w:rsidR="007F6AB4" w14:paraId="0EE2251C" w14:textId="77777777" w:rsidTr="002410CB">
        <w:tc>
          <w:tcPr>
            <w:tcW w:w="4428" w:type="dxa"/>
          </w:tcPr>
          <w:p w14:paraId="1438855A" w14:textId="77777777" w:rsidR="007F6AB4" w:rsidRPr="00F244FB" w:rsidRDefault="007F6AB4" w:rsidP="007F6AB4">
            <w:pPr>
              <w:rPr>
                <w:b/>
                <w:bCs/>
                <w:color w:val="49382A" w:themeColor="accent1" w:themeShade="40"/>
                <w:sz w:val="22"/>
                <w:szCs w:val="22"/>
              </w:rPr>
            </w:pPr>
            <w:r w:rsidRPr="00F244FB">
              <w:rPr>
                <w:b/>
                <w:bCs/>
                <w:color w:val="49382A" w:themeColor="accent1" w:themeShade="40"/>
                <w:sz w:val="22"/>
                <w:szCs w:val="22"/>
              </w:rPr>
              <w:t>Geographic Focus</w:t>
            </w:r>
          </w:p>
          <w:p w14:paraId="79EC4A3A" w14:textId="4F77A9A6" w:rsidR="007F6AB4" w:rsidRPr="00F244FB" w:rsidRDefault="00751E8B" w:rsidP="007F6AB4">
            <w:pPr>
              <w:rPr>
                <w:i/>
                <w:iCs/>
                <w:sz w:val="22"/>
                <w:szCs w:val="22"/>
              </w:rPr>
            </w:pPr>
            <w:r w:rsidRPr="00F244FB">
              <w:rPr>
                <w:i/>
                <w:iCs/>
              </w:rPr>
              <w:lastRenderedPageBreak/>
              <w:t>In 100 words, please explain the region/s of Ethiopia where your research will take place or focus on. Explain why this location is relevant for your research questions and how it aligns with your chosen theme</w:t>
            </w:r>
          </w:p>
        </w:tc>
        <w:sdt>
          <w:sdtPr>
            <w:rPr>
              <w:sz w:val="22"/>
              <w:szCs w:val="22"/>
            </w:rPr>
            <w:id w:val="-873309890"/>
            <w:placeholder>
              <w:docPart w:val="DefaultPlaceholder_-1854013440"/>
            </w:placeholder>
            <w:showingPlcHdr/>
          </w:sdtPr>
          <w:sdtEndPr/>
          <w:sdtContent>
            <w:tc>
              <w:tcPr>
                <w:tcW w:w="4428" w:type="dxa"/>
              </w:tcPr>
              <w:p w14:paraId="78E89D29" w14:textId="738CFD34" w:rsidR="007F6AB4" w:rsidRPr="008518BC" w:rsidRDefault="00CF0BE1" w:rsidP="003409B0">
                <w:pPr>
                  <w:rPr>
                    <w:sz w:val="22"/>
                    <w:szCs w:val="22"/>
                  </w:rPr>
                </w:pPr>
                <w:r w:rsidRPr="00D11310">
                  <w:rPr>
                    <w:rStyle w:val="PlaceholderText"/>
                  </w:rPr>
                  <w:t>Click or tap here to enter text.</w:t>
                </w:r>
              </w:p>
            </w:tc>
          </w:sdtContent>
        </w:sdt>
      </w:tr>
      <w:tr w:rsidR="00751E8B" w14:paraId="1A876FA8" w14:textId="77777777" w:rsidTr="002410CB">
        <w:tc>
          <w:tcPr>
            <w:tcW w:w="4428" w:type="dxa"/>
          </w:tcPr>
          <w:p w14:paraId="3F9AB628" w14:textId="0A1AADBA" w:rsidR="00751E8B" w:rsidRPr="00F244FB" w:rsidRDefault="00647444" w:rsidP="007F6AB4">
            <w:pPr>
              <w:rPr>
                <w:b/>
                <w:bCs/>
                <w:color w:val="49382A" w:themeColor="accent1" w:themeShade="40"/>
                <w:sz w:val="22"/>
                <w:szCs w:val="22"/>
              </w:rPr>
            </w:pPr>
            <w:r w:rsidRPr="00F244FB">
              <w:rPr>
                <w:b/>
                <w:bCs/>
                <w:color w:val="49382A" w:themeColor="accent1" w:themeShade="40"/>
                <w:sz w:val="22"/>
                <w:szCs w:val="22"/>
              </w:rPr>
              <w:t>Inclusion and Participation of Marginalized Communities</w:t>
            </w:r>
          </w:p>
          <w:p w14:paraId="57791F9D" w14:textId="4E72C507" w:rsidR="00751E8B" w:rsidRPr="008518BC" w:rsidRDefault="00751E8B" w:rsidP="007F6AB4">
            <w:pPr>
              <w:rPr>
                <w:i/>
                <w:iCs/>
                <w:sz w:val="22"/>
                <w:szCs w:val="22"/>
              </w:rPr>
            </w:pPr>
            <w:r w:rsidRPr="00F244FB">
              <w:rPr>
                <w:i/>
                <w:iCs/>
              </w:rPr>
              <w:t>Does your proposal elevate underrepresented voices, contexts, or communities. If yes, describe in 100 words which populations or groups your project will engage with and how your work seeks to amplify their perspectives and experiences</w:t>
            </w:r>
          </w:p>
        </w:tc>
        <w:sdt>
          <w:sdtPr>
            <w:rPr>
              <w:sz w:val="22"/>
              <w:szCs w:val="22"/>
            </w:rPr>
            <w:id w:val="1312981626"/>
            <w:placeholder>
              <w:docPart w:val="DefaultPlaceholder_-1854013440"/>
            </w:placeholder>
            <w:showingPlcHdr/>
          </w:sdtPr>
          <w:sdtEndPr/>
          <w:sdtContent>
            <w:tc>
              <w:tcPr>
                <w:tcW w:w="4428" w:type="dxa"/>
              </w:tcPr>
              <w:p w14:paraId="5CBEB089" w14:textId="68FCB1B2" w:rsidR="00751E8B" w:rsidRPr="008518BC" w:rsidRDefault="00CF0BE1" w:rsidP="003409B0">
                <w:pPr>
                  <w:rPr>
                    <w:sz w:val="22"/>
                    <w:szCs w:val="22"/>
                  </w:rPr>
                </w:pPr>
                <w:r w:rsidRPr="00D11310">
                  <w:rPr>
                    <w:rStyle w:val="PlaceholderText"/>
                  </w:rPr>
                  <w:t>Click or tap here to enter text.</w:t>
                </w:r>
              </w:p>
            </w:tc>
          </w:sdtContent>
        </w:sdt>
      </w:tr>
      <w:tr w:rsidR="008518BC" w14:paraId="4B60FF88" w14:textId="77777777" w:rsidTr="002410CB">
        <w:tc>
          <w:tcPr>
            <w:tcW w:w="4428" w:type="dxa"/>
          </w:tcPr>
          <w:p w14:paraId="08817BB2" w14:textId="77777777" w:rsidR="008518BC" w:rsidRPr="00F244FB" w:rsidRDefault="008518BC" w:rsidP="007F6AB4">
            <w:pPr>
              <w:rPr>
                <w:b/>
                <w:bCs/>
                <w:color w:val="49382A" w:themeColor="accent1" w:themeShade="40"/>
                <w:sz w:val="22"/>
                <w:szCs w:val="22"/>
              </w:rPr>
            </w:pPr>
            <w:r w:rsidRPr="00F244FB">
              <w:rPr>
                <w:b/>
                <w:bCs/>
                <w:color w:val="49382A" w:themeColor="accent1" w:themeShade="40"/>
                <w:sz w:val="22"/>
                <w:szCs w:val="22"/>
              </w:rPr>
              <w:t xml:space="preserve">Dissemination Plan </w:t>
            </w:r>
          </w:p>
          <w:p w14:paraId="5FB2D9C2" w14:textId="2F019C9B" w:rsidR="008518BC" w:rsidRPr="008518BC" w:rsidRDefault="008518BC" w:rsidP="007F6AB4">
            <w:pPr>
              <w:rPr>
                <w:sz w:val="22"/>
                <w:szCs w:val="22"/>
              </w:rPr>
            </w:pPr>
            <w:r w:rsidRPr="00F244FB">
              <w:rPr>
                <w:i/>
                <w:iCs/>
              </w:rPr>
              <w:t>Please describe how you plan to share the findings of your research, in 100 words. Include the intended audience/s and the formats or channels you will use</w:t>
            </w:r>
          </w:p>
        </w:tc>
        <w:sdt>
          <w:sdtPr>
            <w:rPr>
              <w:sz w:val="22"/>
              <w:szCs w:val="22"/>
            </w:rPr>
            <w:id w:val="-512678774"/>
            <w:placeholder>
              <w:docPart w:val="DefaultPlaceholder_-1854013440"/>
            </w:placeholder>
            <w:showingPlcHdr/>
          </w:sdtPr>
          <w:sdtEndPr/>
          <w:sdtContent>
            <w:tc>
              <w:tcPr>
                <w:tcW w:w="4428" w:type="dxa"/>
              </w:tcPr>
              <w:p w14:paraId="6B58DE9C" w14:textId="072B189B" w:rsidR="008518BC" w:rsidRPr="008518BC" w:rsidRDefault="00CF0BE1" w:rsidP="003409B0">
                <w:pPr>
                  <w:rPr>
                    <w:sz w:val="22"/>
                    <w:szCs w:val="22"/>
                  </w:rPr>
                </w:pPr>
                <w:r w:rsidRPr="00D11310">
                  <w:rPr>
                    <w:rStyle w:val="PlaceholderText"/>
                  </w:rPr>
                  <w:t>Click or tap here to enter text.</w:t>
                </w:r>
              </w:p>
            </w:tc>
          </w:sdtContent>
        </w:sdt>
      </w:tr>
    </w:tbl>
    <w:p w14:paraId="7B897317" w14:textId="77777777" w:rsidR="00751E8B" w:rsidRDefault="00751E8B" w:rsidP="003409B0"/>
    <w:tbl>
      <w:tblPr>
        <w:tblStyle w:val="TableGrid"/>
        <w:tblW w:w="0" w:type="auto"/>
        <w:tblLook w:val="04A0" w:firstRow="1" w:lastRow="0" w:firstColumn="1" w:lastColumn="0" w:noHBand="0" w:noVBand="1"/>
      </w:tblPr>
      <w:tblGrid>
        <w:gridCol w:w="4428"/>
        <w:gridCol w:w="4428"/>
      </w:tblGrid>
      <w:tr w:rsidR="00751E8B" w14:paraId="23F1BFF2" w14:textId="77777777" w:rsidTr="00F244FB">
        <w:tc>
          <w:tcPr>
            <w:tcW w:w="8856" w:type="dxa"/>
            <w:gridSpan w:val="2"/>
            <w:shd w:val="clear" w:color="auto" w:fill="DCCEC3" w:themeFill="accent1" w:themeFillShade="E6"/>
          </w:tcPr>
          <w:p w14:paraId="6CB62D38" w14:textId="4449A714" w:rsidR="00F244FB" w:rsidRPr="00F244FB" w:rsidRDefault="00F244FB" w:rsidP="00F244FB">
            <w:pPr>
              <w:rPr>
                <w:color w:val="49382A" w:themeColor="accent1" w:themeShade="40"/>
                <w:sz w:val="22"/>
                <w:szCs w:val="22"/>
              </w:rPr>
            </w:pPr>
            <w:r>
              <w:rPr>
                <w:color w:val="49382A" w:themeColor="accent1" w:themeShade="40"/>
                <w:sz w:val="22"/>
                <w:szCs w:val="22"/>
              </w:rPr>
              <w:t>BUDGET OVERVIEW</w:t>
            </w:r>
          </w:p>
        </w:tc>
      </w:tr>
      <w:tr w:rsidR="007A4D87" w14:paraId="616453B9" w14:textId="77777777" w:rsidTr="00751E8B">
        <w:tc>
          <w:tcPr>
            <w:tcW w:w="4428" w:type="dxa"/>
          </w:tcPr>
          <w:p w14:paraId="52792816" w14:textId="7459A398" w:rsidR="007A4D87" w:rsidRPr="00F244FB" w:rsidRDefault="007A4D87" w:rsidP="003409B0">
            <w:pPr>
              <w:rPr>
                <w:b/>
                <w:bCs/>
                <w:sz w:val="22"/>
                <w:szCs w:val="22"/>
              </w:rPr>
            </w:pPr>
            <w:r>
              <w:rPr>
                <w:b/>
                <w:bCs/>
                <w:sz w:val="22"/>
                <w:szCs w:val="22"/>
              </w:rPr>
              <w:t>Which grant are you applying for?</w:t>
            </w:r>
          </w:p>
        </w:tc>
        <w:tc>
          <w:tcPr>
            <w:tcW w:w="4428" w:type="dxa"/>
          </w:tcPr>
          <w:p w14:paraId="1DF83BE0" w14:textId="77777777" w:rsidR="007A4D87" w:rsidRDefault="00535210" w:rsidP="003409B0">
            <w:pPr>
              <w:rPr>
                <w:sz w:val="22"/>
                <w:szCs w:val="22"/>
              </w:rPr>
            </w:pPr>
            <w:sdt>
              <w:sdtPr>
                <w:id w:val="185419258"/>
                <w14:checkbox>
                  <w14:checked w14:val="0"/>
                  <w14:checkedState w14:val="2612" w14:font="MS Gothic"/>
                  <w14:uncheckedState w14:val="2610" w14:font="MS Gothic"/>
                </w14:checkbox>
              </w:sdtPr>
              <w:sdtEndPr/>
              <w:sdtContent>
                <w:r w:rsidR="007A4D87">
                  <w:rPr>
                    <w:rFonts w:ascii="MS Gothic" w:eastAsia="MS Gothic" w:hAnsi="MS Gothic" w:hint="eastAsia"/>
                  </w:rPr>
                  <w:t>☐</w:t>
                </w:r>
              </w:sdtContent>
            </w:sdt>
            <w:r w:rsidR="007A4D87">
              <w:t xml:space="preserve"> CSO Grant: </w:t>
            </w:r>
            <w:r w:rsidR="007A4D87" w:rsidRPr="196FD633">
              <w:rPr>
                <w:sz w:val="22"/>
                <w:szCs w:val="22"/>
              </w:rPr>
              <w:t>€</w:t>
            </w:r>
            <w:r w:rsidR="007A4D87">
              <w:rPr>
                <w:sz w:val="22"/>
                <w:szCs w:val="22"/>
              </w:rPr>
              <w:t xml:space="preserve"> 30,000</w:t>
            </w:r>
          </w:p>
          <w:p w14:paraId="7FF37353" w14:textId="77777777" w:rsidR="007A4D87" w:rsidRDefault="00535210" w:rsidP="003409B0">
            <w:pPr>
              <w:rPr>
                <w:sz w:val="22"/>
                <w:szCs w:val="22"/>
              </w:rPr>
            </w:pPr>
            <w:sdt>
              <w:sdtPr>
                <w:id w:val="-1266158230"/>
                <w14:checkbox>
                  <w14:checked w14:val="0"/>
                  <w14:checkedState w14:val="2612" w14:font="MS Gothic"/>
                  <w14:uncheckedState w14:val="2610" w14:font="MS Gothic"/>
                </w14:checkbox>
              </w:sdtPr>
              <w:sdtEndPr/>
              <w:sdtContent>
                <w:r w:rsidR="007A4D87">
                  <w:rPr>
                    <w:rFonts w:ascii="MS Gothic" w:eastAsia="MS Gothic" w:hAnsi="MS Gothic" w:hint="eastAsia"/>
                  </w:rPr>
                  <w:t>☐</w:t>
                </w:r>
              </w:sdtContent>
            </w:sdt>
            <w:r w:rsidR="007A4D87">
              <w:t xml:space="preserve"> Individual Grant: </w:t>
            </w:r>
            <w:r w:rsidR="007A4D87" w:rsidRPr="196FD633">
              <w:rPr>
                <w:sz w:val="22"/>
                <w:szCs w:val="22"/>
              </w:rPr>
              <w:t>€</w:t>
            </w:r>
            <w:r w:rsidR="007A4D87">
              <w:rPr>
                <w:sz w:val="22"/>
                <w:szCs w:val="22"/>
              </w:rPr>
              <w:t>20,000</w:t>
            </w:r>
          </w:p>
          <w:p w14:paraId="0D03AF2F" w14:textId="4AAD344B" w:rsidR="007A4D87" w:rsidRDefault="00535210" w:rsidP="003409B0">
            <w:sdt>
              <w:sdtPr>
                <w:id w:val="1731422306"/>
                <w14:checkbox>
                  <w14:checked w14:val="0"/>
                  <w14:checkedState w14:val="2612" w14:font="MS Gothic"/>
                  <w14:uncheckedState w14:val="2610" w14:font="MS Gothic"/>
                </w14:checkbox>
              </w:sdtPr>
              <w:sdtEndPr/>
              <w:sdtContent>
                <w:r w:rsidR="007A4D87">
                  <w:rPr>
                    <w:rFonts w:ascii="MS Gothic" w:eastAsia="MS Gothic" w:hAnsi="MS Gothic" w:hint="eastAsia"/>
                  </w:rPr>
                  <w:t>☐</w:t>
                </w:r>
              </w:sdtContent>
            </w:sdt>
            <w:r w:rsidR="007A4D87">
              <w:t xml:space="preserve"> Youth Grant: </w:t>
            </w:r>
            <w:r w:rsidR="007A4D87" w:rsidRPr="196FD633">
              <w:rPr>
                <w:sz w:val="22"/>
                <w:szCs w:val="22"/>
              </w:rPr>
              <w:t>€</w:t>
            </w:r>
            <w:r w:rsidR="007A4D87">
              <w:rPr>
                <w:sz w:val="22"/>
                <w:szCs w:val="22"/>
              </w:rPr>
              <w:t>10,000</w:t>
            </w:r>
          </w:p>
        </w:tc>
      </w:tr>
      <w:tr w:rsidR="00751E8B" w14:paraId="082FBFB8" w14:textId="77777777" w:rsidTr="00751E8B">
        <w:tc>
          <w:tcPr>
            <w:tcW w:w="4428" w:type="dxa"/>
          </w:tcPr>
          <w:p w14:paraId="0C5D7179" w14:textId="7BFAB607" w:rsidR="00751E8B" w:rsidRDefault="00751E8B" w:rsidP="003409B0"/>
        </w:tc>
        <w:tc>
          <w:tcPr>
            <w:tcW w:w="4428" w:type="dxa"/>
          </w:tcPr>
          <w:p w14:paraId="77D6D82A" w14:textId="19CD33FC" w:rsidR="00751E8B" w:rsidRDefault="00751E8B" w:rsidP="003409B0"/>
        </w:tc>
      </w:tr>
    </w:tbl>
    <w:p w14:paraId="1AC803CE" w14:textId="22FC83E2" w:rsidR="003409B0" w:rsidRDefault="003409B0" w:rsidP="003409B0"/>
    <w:tbl>
      <w:tblPr>
        <w:tblStyle w:val="TableGrid"/>
        <w:tblW w:w="0" w:type="auto"/>
        <w:tblBorders>
          <w:insideH w:val="single" w:sz="4" w:space="0" w:color="auto"/>
        </w:tblBorders>
        <w:tblLook w:val="04A0" w:firstRow="1" w:lastRow="0" w:firstColumn="1" w:lastColumn="0" w:noHBand="0" w:noVBand="1"/>
      </w:tblPr>
      <w:tblGrid>
        <w:gridCol w:w="4428"/>
        <w:gridCol w:w="4428"/>
      </w:tblGrid>
      <w:tr w:rsidR="00F244FB" w14:paraId="3A6E3793" w14:textId="77777777" w:rsidTr="002410CB">
        <w:tc>
          <w:tcPr>
            <w:tcW w:w="8856" w:type="dxa"/>
            <w:gridSpan w:val="2"/>
            <w:shd w:val="clear" w:color="auto" w:fill="DCCEC3" w:themeFill="accent1" w:themeFillShade="E6"/>
          </w:tcPr>
          <w:p w14:paraId="1BF8FF7E" w14:textId="60988EDB" w:rsidR="00F244FB" w:rsidRPr="00F244FB" w:rsidRDefault="00F244FB">
            <w:pPr>
              <w:rPr>
                <w:color w:val="49382A" w:themeColor="accent1" w:themeShade="40"/>
                <w:sz w:val="22"/>
                <w:szCs w:val="22"/>
              </w:rPr>
            </w:pPr>
            <w:r>
              <w:rPr>
                <w:color w:val="49382A" w:themeColor="accent1" w:themeShade="40"/>
                <w:sz w:val="22"/>
                <w:szCs w:val="22"/>
              </w:rPr>
              <w:t>OTHER</w:t>
            </w:r>
          </w:p>
        </w:tc>
      </w:tr>
      <w:tr w:rsidR="00F244FB" w14:paraId="194A68B4" w14:textId="77777777" w:rsidTr="002410CB">
        <w:tc>
          <w:tcPr>
            <w:tcW w:w="4428" w:type="dxa"/>
          </w:tcPr>
          <w:p w14:paraId="6D2C3E1B" w14:textId="46BA8472" w:rsidR="00F244FB" w:rsidRPr="00F244FB" w:rsidRDefault="00F244FB">
            <w:pPr>
              <w:rPr>
                <w:b/>
                <w:bCs/>
                <w:sz w:val="22"/>
                <w:szCs w:val="22"/>
              </w:rPr>
            </w:pPr>
            <w:r w:rsidRPr="00F244FB">
              <w:rPr>
                <w:b/>
                <w:bCs/>
                <w:sz w:val="22"/>
                <w:szCs w:val="22"/>
              </w:rPr>
              <w:t>Did you or a member of your organization participate in the in-person learning workshop held in Addis Ababa on the 16</w:t>
            </w:r>
            <w:r w:rsidRPr="00F244FB">
              <w:rPr>
                <w:b/>
                <w:bCs/>
                <w:sz w:val="22"/>
                <w:szCs w:val="22"/>
                <w:vertAlign w:val="superscript"/>
              </w:rPr>
              <w:t>th</w:t>
            </w:r>
            <w:r w:rsidRPr="00F244FB">
              <w:rPr>
                <w:b/>
                <w:bCs/>
                <w:sz w:val="22"/>
                <w:szCs w:val="22"/>
              </w:rPr>
              <w:t xml:space="preserve"> of October 2025?</w:t>
            </w:r>
          </w:p>
        </w:tc>
        <w:tc>
          <w:tcPr>
            <w:tcW w:w="4428" w:type="dxa"/>
          </w:tcPr>
          <w:p w14:paraId="7CA0984F" w14:textId="4A50B767" w:rsidR="00F244FB" w:rsidRPr="00F244FB" w:rsidRDefault="00535210">
            <w:pPr>
              <w:rPr>
                <w:sz w:val="22"/>
                <w:szCs w:val="22"/>
              </w:rPr>
            </w:pPr>
            <w:sdt>
              <w:sdtPr>
                <w:rPr>
                  <w:sz w:val="22"/>
                  <w:szCs w:val="22"/>
                </w:rPr>
                <w:id w:val="682711801"/>
                <w14:checkbox>
                  <w14:checked w14:val="0"/>
                  <w14:checkedState w14:val="2612" w14:font="MS Gothic"/>
                  <w14:uncheckedState w14:val="2610" w14:font="MS Gothic"/>
                </w14:checkbox>
              </w:sdtPr>
              <w:sdtEndPr/>
              <w:sdtContent>
                <w:r w:rsidR="00F244FB">
                  <w:rPr>
                    <w:rFonts w:ascii="MS Gothic" w:eastAsia="MS Gothic" w:hAnsi="MS Gothic" w:hint="eastAsia"/>
                    <w:sz w:val="22"/>
                    <w:szCs w:val="22"/>
                  </w:rPr>
                  <w:t>☐</w:t>
                </w:r>
              </w:sdtContent>
            </w:sdt>
            <w:r w:rsidR="00F244FB">
              <w:rPr>
                <w:sz w:val="22"/>
                <w:szCs w:val="22"/>
              </w:rPr>
              <w:t xml:space="preserve"> </w:t>
            </w:r>
            <w:r w:rsidR="00F244FB" w:rsidRPr="00F244FB">
              <w:rPr>
                <w:sz w:val="22"/>
                <w:szCs w:val="22"/>
              </w:rPr>
              <w:t>Yes</w:t>
            </w:r>
          </w:p>
          <w:p w14:paraId="55578306" w14:textId="463A6BF0" w:rsidR="00F244FB" w:rsidRDefault="00535210">
            <w:sdt>
              <w:sdtPr>
                <w:rPr>
                  <w:sz w:val="22"/>
                  <w:szCs w:val="22"/>
                </w:rPr>
                <w:id w:val="1439488548"/>
                <w14:checkbox>
                  <w14:checked w14:val="0"/>
                  <w14:checkedState w14:val="2612" w14:font="MS Gothic"/>
                  <w14:uncheckedState w14:val="2610" w14:font="MS Gothic"/>
                </w14:checkbox>
              </w:sdtPr>
              <w:sdtEndPr/>
              <w:sdtContent>
                <w:r w:rsidR="00F244FB">
                  <w:rPr>
                    <w:rFonts w:ascii="MS Gothic" w:eastAsia="MS Gothic" w:hAnsi="MS Gothic" w:hint="eastAsia"/>
                    <w:sz w:val="22"/>
                    <w:szCs w:val="22"/>
                  </w:rPr>
                  <w:t>☐</w:t>
                </w:r>
              </w:sdtContent>
            </w:sdt>
            <w:r w:rsidR="00F244FB">
              <w:rPr>
                <w:sz w:val="22"/>
                <w:szCs w:val="22"/>
              </w:rPr>
              <w:t xml:space="preserve"> </w:t>
            </w:r>
            <w:r w:rsidR="00F244FB" w:rsidRPr="00F244FB">
              <w:rPr>
                <w:sz w:val="22"/>
                <w:szCs w:val="22"/>
              </w:rPr>
              <w:t>No</w:t>
            </w:r>
          </w:p>
        </w:tc>
      </w:tr>
      <w:tr w:rsidR="00EF17A6" w14:paraId="727CD5F0" w14:textId="77777777" w:rsidTr="002410CB">
        <w:tc>
          <w:tcPr>
            <w:tcW w:w="4428" w:type="dxa"/>
          </w:tcPr>
          <w:p w14:paraId="6C597899" w14:textId="1FD4A36C" w:rsidR="00EF17A6" w:rsidRPr="00F244FB" w:rsidRDefault="00EF17A6">
            <w:pPr>
              <w:rPr>
                <w:b/>
                <w:bCs/>
                <w:sz w:val="22"/>
                <w:szCs w:val="22"/>
              </w:rPr>
            </w:pPr>
            <w:r>
              <w:rPr>
                <w:b/>
                <w:bCs/>
                <w:sz w:val="22"/>
                <w:szCs w:val="22"/>
              </w:rPr>
              <w:t>How did you hear about this call for proposals?</w:t>
            </w:r>
          </w:p>
        </w:tc>
        <w:tc>
          <w:tcPr>
            <w:tcW w:w="4428" w:type="dxa"/>
          </w:tcPr>
          <w:p w14:paraId="164F86F0" w14:textId="39C008FF" w:rsidR="00EF17A6" w:rsidRPr="00EF17A6" w:rsidRDefault="00535210" w:rsidP="00EF17A6">
            <w:pPr>
              <w:rPr>
                <w:sz w:val="22"/>
                <w:szCs w:val="22"/>
              </w:rPr>
            </w:pPr>
            <w:sdt>
              <w:sdtPr>
                <w:id w:val="-117379514"/>
                <w14:checkbox>
                  <w14:checked w14:val="0"/>
                  <w14:checkedState w14:val="2612" w14:font="MS Gothic"/>
                  <w14:uncheckedState w14:val="2610" w14:font="MS Gothic"/>
                </w14:checkbox>
              </w:sdtPr>
              <w:sdtEndPr/>
              <w:sdtContent>
                <w:r w:rsidR="001609D6">
                  <w:rPr>
                    <w:rFonts w:ascii="MS Gothic" w:eastAsia="MS Gothic" w:hAnsi="MS Gothic" w:hint="eastAsia"/>
                  </w:rPr>
                  <w:t>☐</w:t>
                </w:r>
              </w:sdtContent>
            </w:sdt>
            <w:r w:rsidR="00EF17A6">
              <w:t xml:space="preserve"> </w:t>
            </w:r>
            <w:r w:rsidR="00EF17A6" w:rsidRPr="00EF17A6">
              <w:rPr>
                <w:sz w:val="22"/>
                <w:szCs w:val="22"/>
              </w:rPr>
              <w:t xml:space="preserve">Partner Organization  </w:t>
            </w:r>
          </w:p>
          <w:p w14:paraId="03F873CB" w14:textId="77777777" w:rsidR="00EF17A6" w:rsidRPr="00EF17A6" w:rsidRDefault="00535210" w:rsidP="00EF17A6">
            <w:pPr>
              <w:rPr>
                <w:sz w:val="22"/>
                <w:szCs w:val="22"/>
              </w:rPr>
            </w:pPr>
            <w:sdt>
              <w:sdtPr>
                <w:rPr>
                  <w:sz w:val="22"/>
                  <w:szCs w:val="22"/>
                </w:rPr>
                <w:id w:val="-1666769244"/>
                <w14:checkbox>
                  <w14:checked w14:val="0"/>
                  <w14:checkedState w14:val="2612" w14:font="MS Gothic"/>
                  <w14:uncheckedState w14:val="2610" w14:font="MS Gothic"/>
                </w14:checkbox>
              </w:sdtPr>
              <w:sdtEndPr/>
              <w:sdtContent>
                <w:r w:rsidR="00EF17A6" w:rsidRPr="00EF17A6">
                  <w:rPr>
                    <w:rFonts w:ascii="Segoe UI Symbol" w:eastAsia="MS Gothic" w:hAnsi="Segoe UI Symbol" w:cs="Segoe UI Symbol"/>
                    <w:sz w:val="22"/>
                    <w:szCs w:val="22"/>
                  </w:rPr>
                  <w:t>☐</w:t>
                </w:r>
              </w:sdtContent>
            </w:sdt>
            <w:r w:rsidR="00EF17A6" w:rsidRPr="00EF17A6">
              <w:rPr>
                <w:sz w:val="22"/>
                <w:szCs w:val="22"/>
              </w:rPr>
              <w:t xml:space="preserve"> Social Media  </w:t>
            </w:r>
          </w:p>
          <w:p w14:paraId="6D7ED49C" w14:textId="77777777" w:rsidR="00EF17A6" w:rsidRPr="00EF17A6" w:rsidRDefault="00535210" w:rsidP="00EF17A6">
            <w:pPr>
              <w:rPr>
                <w:sz w:val="22"/>
                <w:szCs w:val="22"/>
              </w:rPr>
            </w:pPr>
            <w:sdt>
              <w:sdtPr>
                <w:rPr>
                  <w:sz w:val="22"/>
                  <w:szCs w:val="22"/>
                </w:rPr>
                <w:id w:val="1556512205"/>
                <w14:checkbox>
                  <w14:checked w14:val="0"/>
                  <w14:checkedState w14:val="2612" w14:font="MS Gothic"/>
                  <w14:uncheckedState w14:val="2610" w14:font="MS Gothic"/>
                </w14:checkbox>
              </w:sdtPr>
              <w:sdtEndPr/>
              <w:sdtContent>
                <w:r w:rsidR="00EF17A6" w:rsidRPr="00EF17A6">
                  <w:rPr>
                    <w:rFonts w:ascii="Segoe UI Symbol" w:eastAsia="MS Gothic" w:hAnsi="Segoe UI Symbol" w:cs="Segoe UI Symbol"/>
                    <w:sz w:val="22"/>
                    <w:szCs w:val="22"/>
                  </w:rPr>
                  <w:t>☐</w:t>
                </w:r>
              </w:sdtContent>
            </w:sdt>
            <w:r w:rsidR="00EF17A6" w:rsidRPr="00EF17A6">
              <w:rPr>
                <w:sz w:val="22"/>
                <w:szCs w:val="22"/>
              </w:rPr>
              <w:t xml:space="preserve"> Colleague  </w:t>
            </w:r>
          </w:p>
          <w:p w14:paraId="35AF68C5" w14:textId="77777777" w:rsidR="00EF17A6" w:rsidRPr="00EF17A6" w:rsidRDefault="00535210" w:rsidP="00EF17A6">
            <w:pPr>
              <w:rPr>
                <w:sz w:val="22"/>
                <w:szCs w:val="22"/>
              </w:rPr>
            </w:pPr>
            <w:sdt>
              <w:sdtPr>
                <w:rPr>
                  <w:sz w:val="22"/>
                  <w:szCs w:val="22"/>
                </w:rPr>
                <w:id w:val="-1326202865"/>
                <w14:checkbox>
                  <w14:checked w14:val="0"/>
                  <w14:checkedState w14:val="2612" w14:font="MS Gothic"/>
                  <w14:uncheckedState w14:val="2610" w14:font="MS Gothic"/>
                </w14:checkbox>
              </w:sdtPr>
              <w:sdtEndPr/>
              <w:sdtContent>
                <w:r w:rsidR="00EF17A6" w:rsidRPr="00EF17A6">
                  <w:rPr>
                    <w:rFonts w:ascii="Segoe UI Symbol" w:eastAsia="MS Gothic" w:hAnsi="Segoe UI Symbol" w:cs="Segoe UI Symbol"/>
                    <w:sz w:val="22"/>
                    <w:szCs w:val="22"/>
                  </w:rPr>
                  <w:t>☐</w:t>
                </w:r>
              </w:sdtContent>
            </w:sdt>
            <w:r w:rsidR="00EF17A6" w:rsidRPr="00EF17A6">
              <w:rPr>
                <w:sz w:val="22"/>
                <w:szCs w:val="22"/>
              </w:rPr>
              <w:t xml:space="preserve"> Other, please specify</w:t>
            </w:r>
          </w:p>
          <w:sdt>
            <w:sdtPr>
              <w:rPr>
                <w:sz w:val="22"/>
                <w:szCs w:val="22"/>
              </w:rPr>
              <w:id w:val="-1177728050"/>
              <w:placeholder>
                <w:docPart w:val="DefaultPlaceholder_-1854013440"/>
              </w:placeholder>
              <w:showingPlcHdr/>
              <w:text/>
            </w:sdtPr>
            <w:sdtEndPr/>
            <w:sdtContent>
              <w:p w14:paraId="3F747A19" w14:textId="3A715BDE" w:rsidR="00EF17A6" w:rsidRDefault="00EB15A1">
                <w:pPr>
                  <w:rPr>
                    <w:sz w:val="22"/>
                    <w:szCs w:val="22"/>
                  </w:rPr>
                </w:pPr>
                <w:r w:rsidRPr="00D11310">
                  <w:rPr>
                    <w:rStyle w:val="PlaceholderText"/>
                  </w:rPr>
                  <w:t>Click or tap here to enter text.</w:t>
                </w:r>
              </w:p>
            </w:sdtContent>
          </w:sdt>
        </w:tc>
      </w:tr>
    </w:tbl>
    <w:p w14:paraId="57EB252B" w14:textId="77777777" w:rsidR="008518BC" w:rsidRDefault="008518BC" w:rsidP="003409B0">
      <w:pPr>
        <w:sectPr w:rsidR="008518BC" w:rsidSect="00034616">
          <w:headerReference w:type="default" r:id="rId23"/>
          <w:pgSz w:w="12240" w:h="15840"/>
          <w:pgMar w:top="1440" w:right="1800" w:bottom="1440" w:left="1800" w:header="720" w:footer="720" w:gutter="0"/>
          <w:cols w:space="720"/>
          <w:docGrid w:linePitch="360"/>
        </w:sectPr>
      </w:pPr>
    </w:p>
    <w:p w14:paraId="72FDBF14" w14:textId="77777777" w:rsidR="008518BC" w:rsidRDefault="008518BC" w:rsidP="003409B0">
      <w:pPr>
        <w:sectPr w:rsidR="008518BC" w:rsidSect="008518BC">
          <w:headerReference w:type="default" r:id="rId24"/>
          <w:type w:val="continuous"/>
          <w:pgSz w:w="12240" w:h="15840"/>
          <w:pgMar w:top="1440" w:right="1800" w:bottom="1440" w:left="1800" w:header="720" w:footer="720" w:gutter="0"/>
          <w:cols w:num="2" w:space="720"/>
          <w:docGrid w:linePitch="360"/>
        </w:sectPr>
      </w:pPr>
    </w:p>
    <w:p w14:paraId="672E8512" w14:textId="77777777" w:rsidR="00D87C0B" w:rsidRDefault="00D87C0B" w:rsidP="003409B0">
      <w:pPr>
        <w:sectPr w:rsidR="00D87C0B" w:rsidSect="008518BC">
          <w:headerReference w:type="default" r:id="rId25"/>
          <w:type w:val="continuous"/>
          <w:pgSz w:w="12240" w:h="15840"/>
          <w:pgMar w:top="1440" w:right="1800" w:bottom="1440" w:left="1800" w:header="720" w:footer="720" w:gutter="0"/>
          <w:cols w:space="720"/>
          <w:docGrid w:linePitch="360"/>
        </w:sectPr>
      </w:pPr>
    </w:p>
    <w:p w14:paraId="1921A98A" w14:textId="65E23184" w:rsidR="008518BC" w:rsidRDefault="00D87C0B" w:rsidP="00D11A40">
      <w:pPr>
        <w:pStyle w:val="Heading1"/>
        <w:jc w:val="center"/>
        <w:rPr>
          <w:color w:val="49382A" w:themeColor="accent1" w:themeShade="40"/>
        </w:rPr>
      </w:pPr>
      <w:r w:rsidRPr="00D11A40">
        <w:rPr>
          <w:color w:val="49382A" w:themeColor="accent1" w:themeShade="40"/>
        </w:rPr>
        <w:lastRenderedPageBreak/>
        <w:t xml:space="preserve">Section B | </w:t>
      </w:r>
      <w:r w:rsidR="00D11A40" w:rsidRPr="00D11A40">
        <w:rPr>
          <w:color w:val="49382A" w:themeColor="accent1" w:themeShade="40"/>
        </w:rPr>
        <w:t xml:space="preserve">Narrative Proposal </w:t>
      </w:r>
    </w:p>
    <w:tbl>
      <w:tblPr>
        <w:tblStyle w:val="TableGrid"/>
        <w:tblW w:w="0" w:type="auto"/>
        <w:tblBorders>
          <w:insideH w:val="single" w:sz="4" w:space="0" w:color="auto"/>
        </w:tblBorders>
        <w:tblLook w:val="04A0" w:firstRow="1" w:lastRow="0" w:firstColumn="1" w:lastColumn="0" w:noHBand="0" w:noVBand="1"/>
      </w:tblPr>
      <w:tblGrid>
        <w:gridCol w:w="8856"/>
      </w:tblGrid>
      <w:tr w:rsidR="001C1B18" w14:paraId="4A7CB73C" w14:textId="77777777" w:rsidTr="002410CB">
        <w:tc>
          <w:tcPr>
            <w:tcW w:w="8856" w:type="dxa"/>
          </w:tcPr>
          <w:p w14:paraId="54344391" w14:textId="77777777" w:rsidR="00AB37F4" w:rsidRPr="00AB37F4" w:rsidRDefault="00AB37F4" w:rsidP="00AB37F4">
            <w:pPr>
              <w:numPr>
                <w:ilvl w:val="0"/>
                <w:numId w:val="19"/>
              </w:numPr>
            </w:pPr>
            <w:r w:rsidRPr="00AB37F4">
              <w:rPr>
                <w:b/>
                <w:bCs/>
                <w:color w:val="49382A" w:themeColor="accent1" w:themeShade="40"/>
                <w:sz w:val="22"/>
                <w:szCs w:val="22"/>
              </w:rPr>
              <w:t xml:space="preserve"> Research Focus and Objectives</w:t>
            </w:r>
          </w:p>
          <w:p w14:paraId="1E3A3298" w14:textId="6AF162A3" w:rsidR="001C1B18" w:rsidRDefault="00AB37F4" w:rsidP="009C1A9A">
            <w:pPr>
              <w:rPr>
                <w:i/>
                <w:iCs/>
              </w:rPr>
            </w:pPr>
            <w:r w:rsidRPr="00AB37F4">
              <w:rPr>
                <w:i/>
                <w:iCs/>
              </w:rPr>
              <w:t xml:space="preserve">Please indicate the </w:t>
            </w:r>
            <w:r w:rsidRPr="009C1A9A">
              <w:rPr>
                <w:i/>
                <w:iCs/>
              </w:rPr>
              <w:t>research focus area you have selected and specify which sub-question(s) under that theme your proposal will address. Explain why you chose this theme</w:t>
            </w:r>
            <w:r w:rsidR="00EB15A1">
              <w:rPr>
                <w:i/>
                <w:iCs/>
              </w:rPr>
              <w:t>.</w:t>
            </w:r>
            <w:r w:rsidRPr="009C1A9A">
              <w:rPr>
                <w:i/>
                <w:iCs/>
              </w:rPr>
              <w:t xml:space="preserve"> </w:t>
            </w:r>
            <w:r w:rsidR="00A94701">
              <w:rPr>
                <w:i/>
                <w:iCs/>
              </w:rPr>
              <w:t>(300 words)</w:t>
            </w:r>
          </w:p>
          <w:sdt>
            <w:sdtPr>
              <w:id w:val="2005318275"/>
              <w:placeholder>
                <w:docPart w:val="DefaultPlaceholder_-1854013440"/>
              </w:placeholder>
              <w:showingPlcHdr/>
            </w:sdtPr>
            <w:sdtEndPr/>
            <w:sdtContent>
              <w:p w14:paraId="3FDC8DD4" w14:textId="4B801CFF" w:rsidR="00A94701" w:rsidRPr="00AF2D98" w:rsidRDefault="00EB15A1" w:rsidP="009C1A9A">
                <w:r w:rsidRPr="00D11310">
                  <w:rPr>
                    <w:rStyle w:val="PlaceholderText"/>
                  </w:rPr>
                  <w:t>Click or tap here to enter text.</w:t>
                </w:r>
              </w:p>
            </w:sdtContent>
          </w:sdt>
          <w:p w14:paraId="45AA77C4" w14:textId="77777777" w:rsidR="00A94701" w:rsidRPr="00AF2D98" w:rsidRDefault="00A94701" w:rsidP="009C1A9A"/>
          <w:p w14:paraId="115A3505" w14:textId="77777777" w:rsidR="00A94701" w:rsidRPr="00AF2D98" w:rsidRDefault="00A94701" w:rsidP="009C1A9A"/>
          <w:p w14:paraId="34BEE07F" w14:textId="77777777" w:rsidR="00A94701" w:rsidRDefault="00A94701" w:rsidP="009C1A9A"/>
          <w:p w14:paraId="237407A3" w14:textId="77777777" w:rsidR="00AF2D98" w:rsidRDefault="00AF2D98" w:rsidP="009C1A9A"/>
          <w:p w14:paraId="3E2C7476" w14:textId="2CD7D3BC" w:rsidR="00AF2D98" w:rsidRDefault="00AF2D98" w:rsidP="009C1A9A"/>
        </w:tc>
      </w:tr>
      <w:tr w:rsidR="001C1B18" w14:paraId="46E875B1" w14:textId="77777777" w:rsidTr="002410CB">
        <w:tc>
          <w:tcPr>
            <w:tcW w:w="8856" w:type="dxa"/>
          </w:tcPr>
          <w:p w14:paraId="1566C3B8" w14:textId="77777777" w:rsidR="001C1B18" w:rsidRPr="00DD4366" w:rsidRDefault="00DD4366" w:rsidP="00A94701">
            <w:pPr>
              <w:numPr>
                <w:ilvl w:val="0"/>
                <w:numId w:val="19"/>
              </w:numPr>
              <w:rPr>
                <w:b/>
                <w:bCs/>
              </w:rPr>
            </w:pPr>
            <w:r w:rsidRPr="00DD4366">
              <w:rPr>
                <w:b/>
                <w:bCs/>
                <w:sz w:val="22"/>
                <w:szCs w:val="22"/>
              </w:rPr>
              <w:t>Research Questions</w:t>
            </w:r>
          </w:p>
          <w:p w14:paraId="0392B3A1" w14:textId="4AF35FFF" w:rsidR="00DD4366" w:rsidRDefault="00CE70FE" w:rsidP="00DD4366">
            <w:pPr>
              <w:rPr>
                <w:i/>
                <w:iCs/>
              </w:rPr>
            </w:pPr>
            <w:r w:rsidRPr="00CE70FE">
              <w:rPr>
                <w:i/>
                <w:iCs/>
              </w:rPr>
              <w:t>Describe the central research question(s) guiding your proposal. Explain how these questions contribute to advancing learning or generating new evidence on menstrual health.</w:t>
            </w:r>
            <w:r>
              <w:rPr>
                <w:i/>
                <w:iCs/>
              </w:rPr>
              <w:t xml:space="preserve"> (300 words)</w:t>
            </w:r>
          </w:p>
          <w:sdt>
            <w:sdtPr>
              <w:id w:val="2015495755"/>
              <w:placeholder>
                <w:docPart w:val="DefaultPlaceholder_-1854013440"/>
              </w:placeholder>
              <w:showingPlcHdr/>
            </w:sdtPr>
            <w:sdtEndPr/>
            <w:sdtContent>
              <w:p w14:paraId="50A9686B" w14:textId="5FDD82B1" w:rsidR="00AF2D98" w:rsidRDefault="00EB15A1" w:rsidP="00DD4366">
                <w:r w:rsidRPr="00D11310">
                  <w:rPr>
                    <w:rStyle w:val="PlaceholderText"/>
                  </w:rPr>
                  <w:t>Click or tap here to enter text.</w:t>
                </w:r>
              </w:p>
            </w:sdtContent>
          </w:sdt>
          <w:p w14:paraId="3E7288FA" w14:textId="77777777" w:rsidR="00AF2D98" w:rsidRDefault="00AF2D98" w:rsidP="00DD4366"/>
          <w:p w14:paraId="02C47B85" w14:textId="77777777" w:rsidR="00AF2D98" w:rsidRDefault="00AF2D98" w:rsidP="00DD4366"/>
          <w:p w14:paraId="4C44A156" w14:textId="77777777" w:rsidR="00AF2D98" w:rsidRDefault="00AF2D98" w:rsidP="00DD4366"/>
          <w:p w14:paraId="71F7A0A2" w14:textId="77777777" w:rsidR="00AF2D98" w:rsidRDefault="00AF2D98" w:rsidP="00DD4366"/>
          <w:p w14:paraId="2D8E4B38" w14:textId="5448E56C" w:rsidR="00AF2D98" w:rsidRPr="00AF2D98" w:rsidRDefault="00AF2D98" w:rsidP="00DD4366"/>
        </w:tc>
      </w:tr>
      <w:tr w:rsidR="001C1B18" w14:paraId="645A2CB5" w14:textId="77777777" w:rsidTr="002410CB">
        <w:tc>
          <w:tcPr>
            <w:tcW w:w="8856" w:type="dxa"/>
          </w:tcPr>
          <w:p w14:paraId="2A69A2A6" w14:textId="0E454E56" w:rsidR="007620CD" w:rsidRPr="007620CD" w:rsidRDefault="002B65C5" w:rsidP="007620CD">
            <w:pPr>
              <w:numPr>
                <w:ilvl w:val="0"/>
                <w:numId w:val="19"/>
              </w:numPr>
            </w:pPr>
            <w:r>
              <w:rPr>
                <w:b/>
                <w:bCs/>
                <w:sz w:val="22"/>
                <w:szCs w:val="22"/>
              </w:rPr>
              <w:t xml:space="preserve">Research </w:t>
            </w:r>
            <w:r w:rsidR="000E05C0" w:rsidRPr="007620CD">
              <w:rPr>
                <w:b/>
                <w:bCs/>
                <w:sz w:val="22"/>
                <w:szCs w:val="22"/>
              </w:rPr>
              <w:t>Approach</w:t>
            </w:r>
          </w:p>
          <w:p w14:paraId="185973F9" w14:textId="28492A9B" w:rsidR="00142353" w:rsidRDefault="000E05C0" w:rsidP="007620CD">
            <w:pPr>
              <w:rPr>
                <w:i/>
                <w:iCs/>
              </w:rPr>
            </w:pPr>
            <w:r w:rsidRPr="007620CD">
              <w:rPr>
                <w:i/>
                <w:iCs/>
              </w:rPr>
              <w:t xml:space="preserve">Describe the overall approach and methods you plan to use. </w:t>
            </w:r>
            <w:r w:rsidR="00142353">
              <w:rPr>
                <w:i/>
                <w:iCs/>
              </w:rPr>
              <w:t>D</w:t>
            </w:r>
            <w:r w:rsidR="00142353" w:rsidRPr="007620CD">
              <w:rPr>
                <w:i/>
                <w:iCs/>
              </w:rPr>
              <w:t>escribe the lens or perspective informing your approach (for example, a feminist, intersectional, sociological, economic, or public health framework</w:t>
            </w:r>
            <w:r w:rsidR="00142353">
              <w:rPr>
                <w:i/>
                <w:iCs/>
              </w:rPr>
              <w:t xml:space="preserve"> – and how this </w:t>
            </w:r>
            <w:r w:rsidR="002B65C5">
              <w:rPr>
                <w:i/>
                <w:iCs/>
              </w:rPr>
              <w:t>is best suited to advance the conversation on menstrual health.</w:t>
            </w:r>
            <w:r w:rsidR="00280054">
              <w:rPr>
                <w:i/>
                <w:iCs/>
              </w:rPr>
              <w:t xml:space="preserve"> (</w:t>
            </w:r>
            <w:r w:rsidR="005D787A">
              <w:rPr>
                <w:i/>
                <w:iCs/>
              </w:rPr>
              <w:t>4</w:t>
            </w:r>
            <w:r w:rsidR="00280054">
              <w:rPr>
                <w:i/>
                <w:iCs/>
              </w:rPr>
              <w:t>00 words)</w:t>
            </w:r>
          </w:p>
          <w:sdt>
            <w:sdtPr>
              <w:id w:val="-1315719961"/>
              <w:placeholder>
                <w:docPart w:val="DefaultPlaceholder_-1854013440"/>
              </w:placeholder>
              <w:showingPlcHdr/>
            </w:sdtPr>
            <w:sdtEndPr/>
            <w:sdtContent>
              <w:p w14:paraId="5F1CA4B5" w14:textId="3AA2E228" w:rsidR="007620CD" w:rsidRDefault="00EB15A1" w:rsidP="007620CD">
                <w:r w:rsidRPr="00D11310">
                  <w:rPr>
                    <w:rStyle w:val="PlaceholderText"/>
                  </w:rPr>
                  <w:t>Click or tap here to enter text.</w:t>
                </w:r>
              </w:p>
            </w:sdtContent>
          </w:sdt>
          <w:p w14:paraId="17FBBD34" w14:textId="77777777" w:rsidR="00BF5A2B" w:rsidRDefault="00BF5A2B" w:rsidP="007620CD"/>
          <w:p w14:paraId="2D4BE003" w14:textId="77777777" w:rsidR="00BF5A2B" w:rsidRDefault="00BF5A2B" w:rsidP="007620CD"/>
          <w:p w14:paraId="1CEF7BC2" w14:textId="77777777" w:rsidR="00BF5A2B" w:rsidRDefault="00BF5A2B" w:rsidP="007620CD"/>
          <w:p w14:paraId="776CC691" w14:textId="77777777" w:rsidR="00BF5A2B" w:rsidRDefault="00BF5A2B" w:rsidP="007620CD"/>
          <w:p w14:paraId="5EF7D2AD" w14:textId="6DECBEA2" w:rsidR="00BF5A2B" w:rsidRPr="007620CD" w:rsidRDefault="00BF5A2B" w:rsidP="007620CD"/>
        </w:tc>
      </w:tr>
      <w:tr w:rsidR="002B65C5" w14:paraId="11270CEF" w14:textId="77777777" w:rsidTr="002410CB">
        <w:tc>
          <w:tcPr>
            <w:tcW w:w="8856" w:type="dxa"/>
          </w:tcPr>
          <w:p w14:paraId="5BC7C799" w14:textId="77777777" w:rsidR="002B65C5" w:rsidRDefault="00280054" w:rsidP="007620CD">
            <w:pPr>
              <w:numPr>
                <w:ilvl w:val="0"/>
                <w:numId w:val="19"/>
              </w:numPr>
              <w:rPr>
                <w:b/>
                <w:bCs/>
                <w:sz w:val="22"/>
                <w:szCs w:val="22"/>
              </w:rPr>
            </w:pPr>
            <w:r>
              <w:rPr>
                <w:b/>
                <w:bCs/>
                <w:sz w:val="22"/>
                <w:szCs w:val="22"/>
              </w:rPr>
              <w:t>Research Methodology</w:t>
            </w:r>
          </w:p>
          <w:p w14:paraId="16D26E05" w14:textId="13721B09" w:rsidR="00280054" w:rsidRDefault="00280054" w:rsidP="00280054">
            <w:pPr>
              <w:rPr>
                <w:i/>
                <w:iCs/>
              </w:rPr>
            </w:pPr>
            <w:r w:rsidRPr="007620CD">
              <w:rPr>
                <w:i/>
                <w:iCs/>
              </w:rPr>
              <w:t>Specify whether your research will involve primary data collection</w:t>
            </w:r>
            <w:r>
              <w:rPr>
                <w:i/>
                <w:iCs/>
              </w:rPr>
              <w:t xml:space="preserve"> or </w:t>
            </w:r>
            <w:r w:rsidRPr="007620CD">
              <w:rPr>
                <w:i/>
                <w:iCs/>
              </w:rPr>
              <w:t>secondary analysis. Please also clarify the form in which findings will be organized and presented (e.g., report, synthesis brief, case study series, etc.</w:t>
            </w:r>
            <w:r w:rsidR="005D787A">
              <w:rPr>
                <w:i/>
                <w:iCs/>
              </w:rPr>
              <w:t xml:space="preserve"> </w:t>
            </w:r>
            <w:r w:rsidRPr="007620CD">
              <w:rPr>
                <w:i/>
                <w:iCs/>
              </w:rPr>
              <w:t>Finally, highlight the populations your research will engage</w:t>
            </w:r>
            <w:r w:rsidR="005D787A">
              <w:rPr>
                <w:i/>
                <w:iCs/>
              </w:rPr>
              <w:t xml:space="preserve"> and i</w:t>
            </w:r>
            <w:r w:rsidR="005D787A" w:rsidRPr="007620CD">
              <w:rPr>
                <w:i/>
                <w:iCs/>
              </w:rPr>
              <w:t>ndicate how you will identify and reach participants or respondents</w:t>
            </w:r>
            <w:r w:rsidR="005D787A">
              <w:rPr>
                <w:i/>
                <w:iCs/>
              </w:rPr>
              <w:t>. (400 words)</w:t>
            </w:r>
          </w:p>
          <w:sdt>
            <w:sdtPr>
              <w:rPr>
                <w:b/>
                <w:bCs/>
                <w:sz w:val="22"/>
                <w:szCs w:val="22"/>
              </w:rPr>
              <w:id w:val="1374887634"/>
              <w:placeholder>
                <w:docPart w:val="DefaultPlaceholder_-1854013440"/>
              </w:placeholder>
              <w:showingPlcHdr/>
            </w:sdtPr>
            <w:sdtEndPr/>
            <w:sdtContent>
              <w:p w14:paraId="1E5D3D49" w14:textId="51AD7DE2" w:rsidR="00280054" w:rsidRDefault="00EB15A1" w:rsidP="00280054">
                <w:pPr>
                  <w:rPr>
                    <w:b/>
                    <w:bCs/>
                    <w:sz w:val="22"/>
                    <w:szCs w:val="22"/>
                  </w:rPr>
                </w:pPr>
                <w:r w:rsidRPr="00D11310">
                  <w:rPr>
                    <w:rStyle w:val="PlaceholderText"/>
                  </w:rPr>
                  <w:t>Click or tap here to enter text.</w:t>
                </w:r>
              </w:p>
            </w:sdtContent>
          </w:sdt>
          <w:p w14:paraId="282A426D" w14:textId="77777777" w:rsidR="005D787A" w:rsidRDefault="005D787A" w:rsidP="00280054">
            <w:pPr>
              <w:rPr>
                <w:b/>
                <w:bCs/>
                <w:sz w:val="22"/>
                <w:szCs w:val="22"/>
              </w:rPr>
            </w:pPr>
          </w:p>
          <w:p w14:paraId="42B389B5" w14:textId="77777777" w:rsidR="005D787A" w:rsidRDefault="005D787A" w:rsidP="00280054">
            <w:pPr>
              <w:rPr>
                <w:b/>
                <w:bCs/>
                <w:sz w:val="22"/>
                <w:szCs w:val="22"/>
              </w:rPr>
            </w:pPr>
          </w:p>
          <w:p w14:paraId="07593A50" w14:textId="77777777" w:rsidR="005D787A" w:rsidRDefault="005D787A" w:rsidP="00280054">
            <w:pPr>
              <w:rPr>
                <w:b/>
                <w:bCs/>
                <w:sz w:val="22"/>
                <w:szCs w:val="22"/>
              </w:rPr>
            </w:pPr>
          </w:p>
          <w:p w14:paraId="06C10954" w14:textId="77777777" w:rsidR="005D787A" w:rsidRDefault="005D787A" w:rsidP="00280054">
            <w:pPr>
              <w:rPr>
                <w:b/>
                <w:bCs/>
                <w:sz w:val="22"/>
                <w:szCs w:val="22"/>
              </w:rPr>
            </w:pPr>
          </w:p>
          <w:p w14:paraId="53056601" w14:textId="4C298689" w:rsidR="005D787A" w:rsidRDefault="005D787A" w:rsidP="00280054">
            <w:pPr>
              <w:rPr>
                <w:b/>
                <w:bCs/>
                <w:sz w:val="22"/>
                <w:szCs w:val="22"/>
              </w:rPr>
            </w:pPr>
          </w:p>
        </w:tc>
      </w:tr>
      <w:tr w:rsidR="001C1B18" w14:paraId="1D0C4A2C" w14:textId="77777777" w:rsidTr="002410CB">
        <w:tc>
          <w:tcPr>
            <w:tcW w:w="8856" w:type="dxa"/>
          </w:tcPr>
          <w:p w14:paraId="0FBD6DA9" w14:textId="77777777" w:rsidR="005D787A" w:rsidRPr="005D787A" w:rsidRDefault="00E66C53" w:rsidP="005D787A">
            <w:pPr>
              <w:numPr>
                <w:ilvl w:val="0"/>
                <w:numId w:val="19"/>
              </w:numPr>
            </w:pPr>
            <w:r w:rsidRPr="005D787A">
              <w:rPr>
                <w:b/>
                <w:bCs/>
                <w:sz w:val="22"/>
                <w:szCs w:val="22"/>
              </w:rPr>
              <w:lastRenderedPageBreak/>
              <w:t>Geographic Focus</w:t>
            </w:r>
          </w:p>
          <w:p w14:paraId="6856AA97" w14:textId="66BFAB9A" w:rsidR="001C1B18" w:rsidRDefault="00E66C53" w:rsidP="005D787A">
            <w:r w:rsidRPr="00E66C53">
              <w:rPr>
                <w:i/>
                <w:iCs/>
              </w:rPr>
              <w:t>Please specify the primary geographic area(s) your research will cover. Explain why this location is significant to your research questions or approach.</w:t>
            </w:r>
            <w:r w:rsidR="005D787A">
              <w:rPr>
                <w:i/>
                <w:iCs/>
              </w:rPr>
              <w:t xml:space="preserve"> (200 words) </w:t>
            </w:r>
          </w:p>
          <w:sdt>
            <w:sdtPr>
              <w:id w:val="1413582242"/>
              <w:placeholder>
                <w:docPart w:val="DefaultPlaceholder_-1854013440"/>
              </w:placeholder>
              <w:showingPlcHdr/>
            </w:sdtPr>
            <w:sdtEndPr/>
            <w:sdtContent>
              <w:p w14:paraId="7E010D4A" w14:textId="72CBE2E9" w:rsidR="005D787A" w:rsidRDefault="00EB15A1" w:rsidP="005D787A">
                <w:r w:rsidRPr="00D11310">
                  <w:rPr>
                    <w:rStyle w:val="PlaceholderText"/>
                  </w:rPr>
                  <w:t>Click or tap here to enter text.</w:t>
                </w:r>
              </w:p>
            </w:sdtContent>
          </w:sdt>
          <w:p w14:paraId="704A5ADB" w14:textId="77777777" w:rsidR="005D787A" w:rsidRDefault="005D787A" w:rsidP="005D787A"/>
          <w:p w14:paraId="79B3A385" w14:textId="77777777" w:rsidR="005D787A" w:rsidRDefault="005D787A" w:rsidP="005D787A"/>
          <w:p w14:paraId="2531A107" w14:textId="77777777" w:rsidR="005D787A" w:rsidRDefault="005D787A" w:rsidP="005D787A"/>
          <w:p w14:paraId="75460219" w14:textId="77777777" w:rsidR="005D787A" w:rsidRDefault="005D787A" w:rsidP="005D787A"/>
          <w:p w14:paraId="7272113D" w14:textId="03871D2A" w:rsidR="005D787A" w:rsidRPr="005D787A" w:rsidRDefault="005D787A" w:rsidP="005D787A"/>
        </w:tc>
      </w:tr>
      <w:tr w:rsidR="00E66C53" w14:paraId="55CE5D57" w14:textId="77777777" w:rsidTr="002410CB">
        <w:tc>
          <w:tcPr>
            <w:tcW w:w="8856" w:type="dxa"/>
          </w:tcPr>
          <w:p w14:paraId="516E9105" w14:textId="360795A8" w:rsidR="005D787A" w:rsidRPr="00CB6593" w:rsidRDefault="00E66C53" w:rsidP="005D787A">
            <w:pPr>
              <w:numPr>
                <w:ilvl w:val="0"/>
                <w:numId w:val="19"/>
              </w:numPr>
              <w:rPr>
                <w:b/>
                <w:bCs/>
                <w:sz w:val="22"/>
                <w:szCs w:val="22"/>
              </w:rPr>
            </w:pPr>
            <w:r w:rsidRPr="00CB6593">
              <w:rPr>
                <w:b/>
                <w:bCs/>
                <w:sz w:val="22"/>
                <w:szCs w:val="22"/>
              </w:rPr>
              <w:t xml:space="preserve">Inclusion of </w:t>
            </w:r>
            <w:r w:rsidR="005D787A" w:rsidRPr="00CB6593">
              <w:rPr>
                <w:b/>
                <w:bCs/>
                <w:sz w:val="22"/>
                <w:szCs w:val="22"/>
              </w:rPr>
              <w:t>Marginalized</w:t>
            </w:r>
            <w:r w:rsidRPr="00CB6593">
              <w:rPr>
                <w:b/>
                <w:bCs/>
                <w:sz w:val="22"/>
                <w:szCs w:val="22"/>
              </w:rPr>
              <w:t xml:space="preserve"> Communities</w:t>
            </w:r>
          </w:p>
          <w:p w14:paraId="424D34E3" w14:textId="269EC3CC" w:rsidR="00E66C53" w:rsidRDefault="00E66C53" w:rsidP="005D787A">
            <w:pPr>
              <w:rPr>
                <w:i/>
                <w:iCs/>
              </w:rPr>
            </w:pPr>
            <w:r w:rsidRPr="005D787A">
              <w:rPr>
                <w:i/>
                <w:iCs/>
              </w:rPr>
              <w:t>Describe how your proposal will intentionally include or represent</w:t>
            </w:r>
            <w:r w:rsidR="00CB6593">
              <w:rPr>
                <w:i/>
                <w:iCs/>
              </w:rPr>
              <w:t xml:space="preserve"> the voices of</w:t>
            </w:r>
            <w:r w:rsidRPr="005D787A">
              <w:rPr>
                <w:i/>
                <w:iCs/>
              </w:rPr>
              <w:t xml:space="preserve"> </w:t>
            </w:r>
            <w:r w:rsidR="005D787A" w:rsidRPr="005D787A">
              <w:rPr>
                <w:i/>
                <w:iCs/>
              </w:rPr>
              <w:t>marginalized</w:t>
            </w:r>
            <w:r w:rsidRPr="005D787A">
              <w:rPr>
                <w:i/>
                <w:iCs/>
              </w:rPr>
              <w:t xml:space="preserve"> or underrepresented populations. Indicate which groups will be engaged, and how your approach ensures ethical and meaningful participation.</w:t>
            </w:r>
            <w:r w:rsidR="00CB6593">
              <w:rPr>
                <w:i/>
                <w:iCs/>
              </w:rPr>
              <w:t xml:space="preserve"> (250 words)</w:t>
            </w:r>
          </w:p>
          <w:sdt>
            <w:sdtPr>
              <w:rPr>
                <w:b/>
                <w:bCs/>
              </w:rPr>
              <w:id w:val="1906104795"/>
              <w:placeholder>
                <w:docPart w:val="DefaultPlaceholder_-1854013440"/>
              </w:placeholder>
              <w:showingPlcHdr/>
            </w:sdtPr>
            <w:sdtEndPr/>
            <w:sdtContent>
              <w:p w14:paraId="4A823718" w14:textId="0261A21B" w:rsidR="00CB6593" w:rsidRDefault="00EB15A1" w:rsidP="005D787A">
                <w:pPr>
                  <w:rPr>
                    <w:b/>
                    <w:bCs/>
                  </w:rPr>
                </w:pPr>
                <w:r w:rsidRPr="00D11310">
                  <w:rPr>
                    <w:rStyle w:val="PlaceholderText"/>
                  </w:rPr>
                  <w:t>Click or tap here to enter text.</w:t>
                </w:r>
              </w:p>
            </w:sdtContent>
          </w:sdt>
          <w:p w14:paraId="0C55DED5" w14:textId="77777777" w:rsidR="00CB6593" w:rsidRDefault="00CB6593" w:rsidP="005D787A">
            <w:pPr>
              <w:rPr>
                <w:b/>
                <w:bCs/>
              </w:rPr>
            </w:pPr>
          </w:p>
          <w:p w14:paraId="50FD1929" w14:textId="77777777" w:rsidR="00CB6593" w:rsidRDefault="00CB6593" w:rsidP="005D787A">
            <w:pPr>
              <w:rPr>
                <w:b/>
                <w:bCs/>
              </w:rPr>
            </w:pPr>
          </w:p>
          <w:p w14:paraId="5E5AE92A" w14:textId="77777777" w:rsidR="00CB6593" w:rsidRDefault="00CB6593" w:rsidP="005D787A">
            <w:pPr>
              <w:rPr>
                <w:b/>
                <w:bCs/>
              </w:rPr>
            </w:pPr>
          </w:p>
          <w:p w14:paraId="524AD9DE" w14:textId="77777777" w:rsidR="00CB6593" w:rsidRDefault="00CB6593" w:rsidP="005D787A">
            <w:pPr>
              <w:rPr>
                <w:b/>
                <w:bCs/>
              </w:rPr>
            </w:pPr>
          </w:p>
          <w:p w14:paraId="669DFBB6" w14:textId="4845D38E" w:rsidR="00CB6593" w:rsidRPr="00E66C53" w:rsidRDefault="00CB6593" w:rsidP="005D787A">
            <w:pPr>
              <w:rPr>
                <w:b/>
                <w:bCs/>
              </w:rPr>
            </w:pPr>
          </w:p>
        </w:tc>
      </w:tr>
      <w:tr w:rsidR="00E66C53" w14:paraId="0E19BC38" w14:textId="77777777" w:rsidTr="002410CB">
        <w:tc>
          <w:tcPr>
            <w:tcW w:w="8856" w:type="dxa"/>
          </w:tcPr>
          <w:p w14:paraId="6F46CE36" w14:textId="6A893D16" w:rsidR="00AD2C91" w:rsidRPr="00AD2C91" w:rsidRDefault="00310E73" w:rsidP="00AD2C91">
            <w:pPr>
              <w:numPr>
                <w:ilvl w:val="0"/>
                <w:numId w:val="19"/>
              </w:numPr>
              <w:rPr>
                <w:b/>
                <w:bCs/>
                <w:sz w:val="22"/>
                <w:szCs w:val="22"/>
              </w:rPr>
            </w:pPr>
            <w:r w:rsidRPr="00AD2C91">
              <w:rPr>
                <w:b/>
                <w:bCs/>
                <w:sz w:val="22"/>
                <w:szCs w:val="22"/>
              </w:rPr>
              <w:t>Contribution to the Menstrual Health (MHH) Ecosyste</w:t>
            </w:r>
            <w:r w:rsidR="00AD2C91" w:rsidRPr="00AD2C91">
              <w:rPr>
                <w:b/>
                <w:bCs/>
                <w:sz w:val="22"/>
                <w:szCs w:val="22"/>
              </w:rPr>
              <w:t>m</w:t>
            </w:r>
          </w:p>
          <w:p w14:paraId="57C15483" w14:textId="6AADC322" w:rsidR="00AD2C91" w:rsidRDefault="00310E73" w:rsidP="00AD2C91">
            <w:pPr>
              <w:rPr>
                <w:i/>
                <w:iCs/>
              </w:rPr>
            </w:pPr>
            <w:r w:rsidRPr="00AD2C91">
              <w:rPr>
                <w:i/>
                <w:iCs/>
              </w:rPr>
              <w:t>Please explain how your proposed research adds value to the broader MHH ecosystem. Describe how your findings could inform, strengthen, or influence policy, programming, or practice, and how your work complements or builds on existing evidence or initiatives. If your proposal focuses on documenting a unique best practice or experience, please explain why this documentation is important and how it contributes to learning and action in the field.</w:t>
            </w:r>
            <w:r w:rsidR="00AD2C91">
              <w:rPr>
                <w:i/>
                <w:iCs/>
              </w:rPr>
              <w:t xml:space="preserve"> (350 words)</w:t>
            </w:r>
          </w:p>
          <w:sdt>
            <w:sdtPr>
              <w:id w:val="737130823"/>
              <w:placeholder>
                <w:docPart w:val="DefaultPlaceholder_-1854013440"/>
              </w:placeholder>
              <w:showingPlcHdr/>
            </w:sdtPr>
            <w:sdtEndPr/>
            <w:sdtContent>
              <w:p w14:paraId="15F530E5" w14:textId="26802CE7" w:rsidR="00AD2C91" w:rsidRDefault="00EB15A1" w:rsidP="00AD2C91">
                <w:r w:rsidRPr="00D11310">
                  <w:rPr>
                    <w:rStyle w:val="PlaceholderText"/>
                  </w:rPr>
                  <w:t>Click or tap here to enter text.</w:t>
                </w:r>
              </w:p>
            </w:sdtContent>
          </w:sdt>
          <w:p w14:paraId="08F08859" w14:textId="77777777" w:rsidR="00AD2C91" w:rsidRDefault="00AD2C91" w:rsidP="00AD2C91"/>
          <w:p w14:paraId="61316FC4" w14:textId="77777777" w:rsidR="00AD2C91" w:rsidRDefault="00AD2C91" w:rsidP="00AD2C91"/>
          <w:p w14:paraId="62A059FD" w14:textId="77777777" w:rsidR="00AD2C91" w:rsidRDefault="00AD2C91" w:rsidP="00AD2C91"/>
          <w:p w14:paraId="3E9A4A40" w14:textId="77777777" w:rsidR="00AD2C91" w:rsidRDefault="00AD2C91" w:rsidP="00AD2C91"/>
          <w:p w14:paraId="0AFD3F77" w14:textId="77777777" w:rsidR="00AD2C91" w:rsidRDefault="00AD2C91" w:rsidP="00AD2C91"/>
          <w:p w14:paraId="253219EF" w14:textId="40022BB5" w:rsidR="00AD2C91" w:rsidRPr="00AD2C91" w:rsidRDefault="00AD2C91" w:rsidP="00AD2C91"/>
        </w:tc>
      </w:tr>
      <w:tr w:rsidR="00E66C53" w14:paraId="4C0F6A6A" w14:textId="77777777" w:rsidTr="002410CB">
        <w:tc>
          <w:tcPr>
            <w:tcW w:w="8856" w:type="dxa"/>
          </w:tcPr>
          <w:p w14:paraId="370325A9" w14:textId="77777777" w:rsidR="00AD2C91" w:rsidRPr="003C2AA9" w:rsidRDefault="007620CD" w:rsidP="00AD2C91">
            <w:pPr>
              <w:numPr>
                <w:ilvl w:val="0"/>
                <w:numId w:val="19"/>
              </w:numPr>
              <w:rPr>
                <w:b/>
                <w:bCs/>
                <w:sz w:val="22"/>
                <w:szCs w:val="22"/>
              </w:rPr>
            </w:pPr>
            <w:r w:rsidRPr="003C2AA9">
              <w:rPr>
                <w:b/>
                <w:bCs/>
                <w:sz w:val="22"/>
                <w:szCs w:val="22"/>
              </w:rPr>
              <w:t>Dissemination and Use of Findings</w:t>
            </w:r>
          </w:p>
          <w:p w14:paraId="63793516" w14:textId="35904865" w:rsidR="00E66C53" w:rsidRDefault="007620CD" w:rsidP="00AD2C91">
            <w:pPr>
              <w:rPr>
                <w:i/>
                <w:iCs/>
              </w:rPr>
            </w:pPr>
            <w:r w:rsidRPr="00AD2C91">
              <w:rPr>
                <w:i/>
                <w:iCs/>
              </w:rPr>
              <w:t>Outline your plan for sharing, communicating, and using the research findings. Explain how you will disseminate results to relevant stakeholders</w:t>
            </w:r>
            <w:r w:rsidR="00AD2C91">
              <w:rPr>
                <w:i/>
                <w:iCs/>
              </w:rPr>
              <w:t xml:space="preserve"> </w:t>
            </w:r>
            <w:r w:rsidRPr="00AD2C91">
              <w:rPr>
                <w:i/>
                <w:iCs/>
              </w:rPr>
              <w:t xml:space="preserve">and how your dissemination efforts will </w:t>
            </w:r>
            <w:r w:rsidR="00AD2C91">
              <w:rPr>
                <w:i/>
                <w:iCs/>
              </w:rPr>
              <w:t xml:space="preserve">complement the </w:t>
            </w:r>
            <w:r w:rsidR="000B4477">
              <w:rPr>
                <w:i/>
                <w:iCs/>
              </w:rPr>
              <w:t xml:space="preserve">response to </w:t>
            </w:r>
            <w:r w:rsidR="00AD2C91">
              <w:rPr>
                <w:i/>
                <w:iCs/>
              </w:rPr>
              <w:t>question 7</w:t>
            </w:r>
            <w:r w:rsidRPr="00AD2C91">
              <w:rPr>
                <w:i/>
                <w:iCs/>
              </w:rPr>
              <w:t>.</w:t>
            </w:r>
            <w:r w:rsidR="00EB15A1">
              <w:rPr>
                <w:i/>
                <w:iCs/>
              </w:rPr>
              <w:t xml:space="preserve"> (300 words)</w:t>
            </w:r>
          </w:p>
          <w:sdt>
            <w:sdtPr>
              <w:id w:val="-1591995292"/>
              <w:placeholder>
                <w:docPart w:val="DefaultPlaceholder_-1854013440"/>
              </w:placeholder>
              <w:showingPlcHdr/>
            </w:sdtPr>
            <w:sdtEndPr/>
            <w:sdtContent>
              <w:p w14:paraId="7B03FACF" w14:textId="4D8A0F8C" w:rsidR="000B4477" w:rsidRDefault="00EB15A1" w:rsidP="00AD2C91">
                <w:r w:rsidRPr="00D11310">
                  <w:rPr>
                    <w:rStyle w:val="PlaceholderText"/>
                  </w:rPr>
                  <w:t>Click or tap here to enter text.</w:t>
                </w:r>
              </w:p>
            </w:sdtContent>
          </w:sdt>
          <w:p w14:paraId="0E13818C" w14:textId="77777777" w:rsidR="000B4477" w:rsidRDefault="000B4477" w:rsidP="00AD2C91"/>
          <w:p w14:paraId="41F4167C" w14:textId="778B1C73" w:rsidR="000B4477" w:rsidRPr="000B4477" w:rsidRDefault="000B4477" w:rsidP="00AD2C91"/>
        </w:tc>
      </w:tr>
    </w:tbl>
    <w:p w14:paraId="1F45FAB5" w14:textId="77777777" w:rsidR="004E07E5" w:rsidRDefault="004E07E5" w:rsidP="00D11A40">
      <w:pPr>
        <w:sectPr w:rsidR="004E07E5" w:rsidSect="00D87C0B">
          <w:headerReference w:type="default" r:id="rId26"/>
          <w:pgSz w:w="12240" w:h="15840"/>
          <w:pgMar w:top="1440" w:right="1800" w:bottom="1440" w:left="1800" w:header="720" w:footer="720" w:gutter="0"/>
          <w:cols w:space="720"/>
          <w:docGrid w:linePitch="360"/>
        </w:sectPr>
      </w:pPr>
    </w:p>
    <w:p w14:paraId="27D90C00" w14:textId="0F7E790A" w:rsidR="0015180E" w:rsidRPr="004E07E5" w:rsidRDefault="004E07E5" w:rsidP="004E07E5">
      <w:pPr>
        <w:pStyle w:val="Heading1"/>
        <w:jc w:val="center"/>
        <w:rPr>
          <w:color w:val="49382A" w:themeColor="accent1" w:themeShade="40"/>
        </w:rPr>
      </w:pPr>
      <w:r w:rsidRPr="004E07E5">
        <w:rPr>
          <w:color w:val="49382A" w:themeColor="accent1" w:themeShade="40"/>
        </w:rPr>
        <w:lastRenderedPageBreak/>
        <w:t>Section C | Research Timeline</w:t>
      </w:r>
    </w:p>
    <w:p w14:paraId="4D3585C0" w14:textId="0F686E30" w:rsidR="0015180E" w:rsidRDefault="00C828B6" w:rsidP="00D11A40">
      <w:pPr>
        <w:rPr>
          <w:i/>
          <w:iCs/>
        </w:rPr>
      </w:pPr>
      <w:r w:rsidRPr="00C828B6">
        <w:rPr>
          <w:i/>
          <w:iCs/>
        </w:rPr>
        <w:t>(Please outline the key activities and milestones for your proposed research</w:t>
      </w:r>
      <w:r w:rsidR="008970C1">
        <w:rPr>
          <w:i/>
          <w:iCs/>
        </w:rPr>
        <w:t xml:space="preserve"> </w:t>
      </w:r>
      <w:r w:rsidR="003448BB">
        <w:rPr>
          <w:i/>
          <w:iCs/>
        </w:rPr>
        <w:t>using</w:t>
      </w:r>
      <w:r w:rsidR="008970C1">
        <w:rPr>
          <w:i/>
          <w:iCs/>
        </w:rPr>
        <w:t xml:space="preserve"> the table below</w:t>
      </w:r>
      <w:r w:rsidR="003448BB">
        <w:rPr>
          <w:i/>
          <w:iCs/>
        </w:rPr>
        <w:t xml:space="preserve"> as a template</w:t>
      </w:r>
      <w:r w:rsidRPr="00C828B6">
        <w:rPr>
          <w:i/>
          <w:iCs/>
        </w:rPr>
        <w:t xml:space="preserve">, indicating the expected timeline for each. The total duration of the </w:t>
      </w:r>
      <w:r>
        <w:rPr>
          <w:i/>
          <w:iCs/>
        </w:rPr>
        <w:t xml:space="preserve">proposed </w:t>
      </w:r>
      <w:r w:rsidRPr="00C828B6">
        <w:rPr>
          <w:i/>
          <w:iCs/>
        </w:rPr>
        <w:t xml:space="preserve">project should fall within three to five months </w:t>
      </w:r>
      <w:r w:rsidR="008970C1" w:rsidRPr="00C828B6">
        <w:rPr>
          <w:i/>
          <w:iCs/>
        </w:rPr>
        <w:t>following</w:t>
      </w:r>
      <w:r>
        <w:rPr>
          <w:i/>
          <w:iCs/>
        </w:rPr>
        <w:t xml:space="preserve"> December 2025</w:t>
      </w:r>
      <w:r w:rsidRPr="00C828B6">
        <w:rPr>
          <w:i/>
          <w:iCs/>
        </w:rPr>
        <w:t xml:space="preserve">. </w:t>
      </w:r>
      <w:r w:rsidR="008970C1">
        <w:rPr>
          <w:i/>
          <w:iCs/>
        </w:rPr>
        <w:t xml:space="preserve">Feel free to add as many rows as you need or offer additional information </w:t>
      </w:r>
      <w:r w:rsidR="004B2E8A">
        <w:rPr>
          <w:i/>
          <w:iCs/>
        </w:rPr>
        <w:t xml:space="preserve">by adding </w:t>
      </w:r>
      <w:r w:rsidR="008970C1">
        <w:rPr>
          <w:i/>
          <w:iCs/>
        </w:rPr>
        <w:t>columns as well</w:t>
      </w:r>
      <w:r w:rsidRPr="00C828B6">
        <w:rPr>
          <w:i/>
          <w:iCs/>
        </w:rPr>
        <w:t>)</w:t>
      </w:r>
    </w:p>
    <w:tbl>
      <w:tblPr>
        <w:tblStyle w:val="TableGrid"/>
        <w:tblW w:w="4989" w:type="pct"/>
        <w:tblLook w:val="04A0" w:firstRow="1" w:lastRow="0" w:firstColumn="1" w:lastColumn="0" w:noHBand="0" w:noVBand="1"/>
      </w:tblPr>
      <w:tblGrid>
        <w:gridCol w:w="2665"/>
        <w:gridCol w:w="2664"/>
        <w:gridCol w:w="5288"/>
        <w:gridCol w:w="1265"/>
        <w:gridCol w:w="1265"/>
      </w:tblGrid>
      <w:tr w:rsidR="00C1066E" w14:paraId="2A0FB184" w14:textId="77777777" w:rsidTr="00C1066E">
        <w:tc>
          <w:tcPr>
            <w:tcW w:w="1014" w:type="pct"/>
            <w:vAlign w:val="center"/>
          </w:tcPr>
          <w:p w14:paraId="0B38512E" w14:textId="1E4EA8FA" w:rsidR="00C1066E" w:rsidRPr="00C1066E" w:rsidRDefault="00C1066E" w:rsidP="00C1066E">
            <w:pPr>
              <w:jc w:val="center"/>
              <w:rPr>
                <w:b/>
                <w:bCs/>
                <w:color w:val="49382A" w:themeColor="accent1" w:themeShade="40"/>
                <w:sz w:val="22"/>
                <w:szCs w:val="22"/>
              </w:rPr>
            </w:pPr>
            <w:r w:rsidRPr="00C1066E">
              <w:rPr>
                <w:b/>
                <w:bCs/>
                <w:color w:val="49382A" w:themeColor="accent1" w:themeShade="40"/>
                <w:sz w:val="22"/>
                <w:szCs w:val="22"/>
              </w:rPr>
              <w:t>Main Milestone</w:t>
            </w:r>
          </w:p>
        </w:tc>
        <w:tc>
          <w:tcPr>
            <w:tcW w:w="1013" w:type="pct"/>
            <w:vAlign w:val="center"/>
          </w:tcPr>
          <w:p w14:paraId="0A8EF71B" w14:textId="5EC94192" w:rsidR="00C1066E" w:rsidRPr="00C1066E" w:rsidRDefault="00C1066E" w:rsidP="00C1066E">
            <w:pPr>
              <w:jc w:val="center"/>
              <w:rPr>
                <w:b/>
                <w:bCs/>
                <w:color w:val="49382A" w:themeColor="accent1" w:themeShade="40"/>
                <w:sz w:val="22"/>
                <w:szCs w:val="22"/>
              </w:rPr>
            </w:pPr>
            <w:r w:rsidRPr="00C1066E">
              <w:rPr>
                <w:b/>
                <w:bCs/>
                <w:color w:val="49382A" w:themeColor="accent1" w:themeShade="40"/>
                <w:sz w:val="22"/>
                <w:szCs w:val="22"/>
              </w:rPr>
              <w:t>Activities</w:t>
            </w:r>
          </w:p>
        </w:tc>
        <w:tc>
          <w:tcPr>
            <w:tcW w:w="2011" w:type="pct"/>
            <w:vAlign w:val="center"/>
          </w:tcPr>
          <w:p w14:paraId="29AA6C6D" w14:textId="6ADA74EB" w:rsidR="00C1066E" w:rsidRPr="00C1066E" w:rsidRDefault="00C1066E" w:rsidP="00C1066E">
            <w:pPr>
              <w:jc w:val="center"/>
              <w:rPr>
                <w:b/>
                <w:bCs/>
                <w:color w:val="49382A" w:themeColor="accent1" w:themeShade="40"/>
                <w:sz w:val="22"/>
                <w:szCs w:val="22"/>
              </w:rPr>
            </w:pPr>
            <w:r w:rsidRPr="00C1066E">
              <w:rPr>
                <w:b/>
                <w:bCs/>
                <w:color w:val="49382A" w:themeColor="accent1" w:themeShade="40"/>
                <w:sz w:val="22"/>
                <w:szCs w:val="22"/>
              </w:rPr>
              <w:t>Expected Output</w:t>
            </w:r>
          </w:p>
        </w:tc>
        <w:tc>
          <w:tcPr>
            <w:tcW w:w="481" w:type="pct"/>
            <w:vAlign w:val="center"/>
          </w:tcPr>
          <w:p w14:paraId="0A0E4C1F" w14:textId="28443356" w:rsidR="00C1066E" w:rsidRPr="00C1066E" w:rsidRDefault="00C1066E" w:rsidP="00C1066E">
            <w:pPr>
              <w:jc w:val="center"/>
              <w:rPr>
                <w:b/>
                <w:bCs/>
                <w:color w:val="49382A" w:themeColor="accent1" w:themeShade="40"/>
                <w:sz w:val="22"/>
                <w:szCs w:val="22"/>
              </w:rPr>
            </w:pPr>
            <w:r w:rsidRPr="00C1066E">
              <w:rPr>
                <w:b/>
                <w:bCs/>
                <w:color w:val="49382A" w:themeColor="accent1" w:themeShade="40"/>
                <w:sz w:val="22"/>
                <w:szCs w:val="22"/>
              </w:rPr>
              <w:t>Start</w:t>
            </w:r>
          </w:p>
        </w:tc>
        <w:tc>
          <w:tcPr>
            <w:tcW w:w="481" w:type="pct"/>
            <w:vAlign w:val="center"/>
          </w:tcPr>
          <w:p w14:paraId="618AEF6A" w14:textId="74C64599" w:rsidR="00C1066E" w:rsidRPr="00C1066E" w:rsidRDefault="00C1066E" w:rsidP="00C1066E">
            <w:pPr>
              <w:jc w:val="center"/>
              <w:rPr>
                <w:b/>
                <w:bCs/>
                <w:color w:val="49382A" w:themeColor="accent1" w:themeShade="40"/>
                <w:sz w:val="22"/>
                <w:szCs w:val="22"/>
              </w:rPr>
            </w:pPr>
            <w:r w:rsidRPr="00C1066E">
              <w:rPr>
                <w:b/>
                <w:bCs/>
                <w:color w:val="49382A" w:themeColor="accent1" w:themeShade="40"/>
                <w:sz w:val="22"/>
                <w:szCs w:val="22"/>
              </w:rPr>
              <w:t>End</w:t>
            </w:r>
          </w:p>
        </w:tc>
      </w:tr>
      <w:tr w:rsidR="00C1066E" w14:paraId="4FD3CDD9" w14:textId="77777777" w:rsidTr="00C1066E">
        <w:tc>
          <w:tcPr>
            <w:tcW w:w="1014" w:type="pct"/>
          </w:tcPr>
          <w:p w14:paraId="7508E93A" w14:textId="76E58AD2" w:rsidR="00C1066E" w:rsidRDefault="00C1066E" w:rsidP="00D11A40">
            <w:r>
              <w:t>Milestone 1</w:t>
            </w:r>
          </w:p>
        </w:tc>
        <w:tc>
          <w:tcPr>
            <w:tcW w:w="1013" w:type="pct"/>
          </w:tcPr>
          <w:p w14:paraId="71E83FF1" w14:textId="237D11DA" w:rsidR="00C1066E" w:rsidRDefault="00C1066E" w:rsidP="00D11A40">
            <w:r>
              <w:t>Activity 1.1</w:t>
            </w:r>
          </w:p>
        </w:tc>
        <w:tc>
          <w:tcPr>
            <w:tcW w:w="2011" w:type="pct"/>
          </w:tcPr>
          <w:p w14:paraId="75E9F3B6" w14:textId="2D633238" w:rsidR="00C1066E" w:rsidRDefault="00C1066E" w:rsidP="00D11A40">
            <w:r>
              <w:t>Output 1</w:t>
            </w:r>
          </w:p>
        </w:tc>
        <w:tc>
          <w:tcPr>
            <w:tcW w:w="481" w:type="pct"/>
          </w:tcPr>
          <w:p w14:paraId="2B37945D" w14:textId="77777777" w:rsidR="00C1066E" w:rsidRDefault="00C1066E" w:rsidP="00D11A40"/>
        </w:tc>
        <w:tc>
          <w:tcPr>
            <w:tcW w:w="481" w:type="pct"/>
          </w:tcPr>
          <w:p w14:paraId="0E438862" w14:textId="77777777" w:rsidR="00C1066E" w:rsidRDefault="00C1066E" w:rsidP="00D11A40"/>
        </w:tc>
      </w:tr>
      <w:tr w:rsidR="00C1066E" w14:paraId="2F8FC438" w14:textId="77777777" w:rsidTr="00C1066E">
        <w:tc>
          <w:tcPr>
            <w:tcW w:w="1014" w:type="pct"/>
          </w:tcPr>
          <w:p w14:paraId="72EE8CAF" w14:textId="77777777" w:rsidR="00C1066E" w:rsidRDefault="00C1066E" w:rsidP="00D11A40"/>
        </w:tc>
        <w:tc>
          <w:tcPr>
            <w:tcW w:w="1013" w:type="pct"/>
          </w:tcPr>
          <w:p w14:paraId="4497FA94" w14:textId="6A2A0D27" w:rsidR="00C1066E" w:rsidRDefault="00C1066E" w:rsidP="00D11A40">
            <w:r>
              <w:t>Activity 1.2</w:t>
            </w:r>
          </w:p>
        </w:tc>
        <w:tc>
          <w:tcPr>
            <w:tcW w:w="2011" w:type="pct"/>
          </w:tcPr>
          <w:p w14:paraId="1574D3EA" w14:textId="77777777" w:rsidR="00C1066E" w:rsidRDefault="00C1066E" w:rsidP="00D11A40"/>
        </w:tc>
        <w:tc>
          <w:tcPr>
            <w:tcW w:w="481" w:type="pct"/>
          </w:tcPr>
          <w:p w14:paraId="3DF26ACF" w14:textId="77777777" w:rsidR="00C1066E" w:rsidRDefault="00C1066E" w:rsidP="00D11A40"/>
        </w:tc>
        <w:tc>
          <w:tcPr>
            <w:tcW w:w="481" w:type="pct"/>
          </w:tcPr>
          <w:p w14:paraId="17F866E3" w14:textId="77777777" w:rsidR="00C1066E" w:rsidRDefault="00C1066E" w:rsidP="00D11A40"/>
        </w:tc>
      </w:tr>
      <w:tr w:rsidR="00C1066E" w14:paraId="19AC720B" w14:textId="77777777" w:rsidTr="00C1066E">
        <w:tc>
          <w:tcPr>
            <w:tcW w:w="1014" w:type="pct"/>
          </w:tcPr>
          <w:p w14:paraId="0A4E99A5" w14:textId="4288ADEE" w:rsidR="00C1066E" w:rsidRDefault="00C1066E" w:rsidP="00D11A40">
            <w:r>
              <w:t>Milestone 2</w:t>
            </w:r>
          </w:p>
        </w:tc>
        <w:tc>
          <w:tcPr>
            <w:tcW w:w="1013" w:type="pct"/>
          </w:tcPr>
          <w:p w14:paraId="04690B56" w14:textId="0249A9E9" w:rsidR="00C1066E" w:rsidRDefault="00C1066E" w:rsidP="00D11A40">
            <w:r>
              <w:t>Activity 2.1</w:t>
            </w:r>
          </w:p>
        </w:tc>
        <w:tc>
          <w:tcPr>
            <w:tcW w:w="2011" w:type="pct"/>
          </w:tcPr>
          <w:p w14:paraId="4CE4A527" w14:textId="0E1C1AE7" w:rsidR="00C1066E" w:rsidRDefault="00C1066E" w:rsidP="00D11A40">
            <w:r>
              <w:t>Output 2</w:t>
            </w:r>
          </w:p>
        </w:tc>
        <w:tc>
          <w:tcPr>
            <w:tcW w:w="481" w:type="pct"/>
          </w:tcPr>
          <w:p w14:paraId="7AA0AADF" w14:textId="77777777" w:rsidR="00C1066E" w:rsidRDefault="00C1066E" w:rsidP="00D11A40"/>
        </w:tc>
        <w:tc>
          <w:tcPr>
            <w:tcW w:w="481" w:type="pct"/>
          </w:tcPr>
          <w:p w14:paraId="00C827D3" w14:textId="77777777" w:rsidR="00C1066E" w:rsidRDefault="00C1066E" w:rsidP="00D11A40"/>
        </w:tc>
      </w:tr>
      <w:tr w:rsidR="00C1066E" w14:paraId="1ABA1D3A" w14:textId="77777777" w:rsidTr="00C1066E">
        <w:tc>
          <w:tcPr>
            <w:tcW w:w="1014" w:type="pct"/>
          </w:tcPr>
          <w:p w14:paraId="3D0F6EB7" w14:textId="77777777" w:rsidR="00C1066E" w:rsidRDefault="00C1066E" w:rsidP="00D11A40"/>
        </w:tc>
        <w:tc>
          <w:tcPr>
            <w:tcW w:w="1013" w:type="pct"/>
          </w:tcPr>
          <w:p w14:paraId="14172ED6" w14:textId="4BAA4A30" w:rsidR="00C1066E" w:rsidRDefault="00C1066E" w:rsidP="00D11A40">
            <w:r>
              <w:t>Activity 2.2</w:t>
            </w:r>
          </w:p>
        </w:tc>
        <w:tc>
          <w:tcPr>
            <w:tcW w:w="2011" w:type="pct"/>
          </w:tcPr>
          <w:p w14:paraId="586C7EBD" w14:textId="77777777" w:rsidR="00C1066E" w:rsidRDefault="00C1066E" w:rsidP="00D11A40"/>
        </w:tc>
        <w:tc>
          <w:tcPr>
            <w:tcW w:w="481" w:type="pct"/>
          </w:tcPr>
          <w:p w14:paraId="5546FEF0" w14:textId="77777777" w:rsidR="00C1066E" w:rsidRDefault="00C1066E" w:rsidP="00D11A40"/>
        </w:tc>
        <w:tc>
          <w:tcPr>
            <w:tcW w:w="481" w:type="pct"/>
          </w:tcPr>
          <w:p w14:paraId="1FAF14B5" w14:textId="77777777" w:rsidR="00C1066E" w:rsidRDefault="00C1066E" w:rsidP="00D11A40"/>
        </w:tc>
      </w:tr>
    </w:tbl>
    <w:p w14:paraId="2576A790" w14:textId="77777777" w:rsidR="00C1066E" w:rsidRDefault="00C1066E" w:rsidP="00D11A40"/>
    <w:sdt>
      <w:sdtPr>
        <w:id w:val="-858965175"/>
        <w:placeholder>
          <w:docPart w:val="DefaultPlaceholder_-1854013440"/>
        </w:placeholder>
        <w:showingPlcHdr/>
      </w:sdtPr>
      <w:sdtEndPr/>
      <w:sdtContent>
        <w:p w14:paraId="4596E381" w14:textId="5536B067" w:rsidR="003448BB" w:rsidRPr="00C1066E" w:rsidRDefault="003448BB" w:rsidP="00D11A40">
          <w:r w:rsidRPr="00D11310">
            <w:rPr>
              <w:rStyle w:val="PlaceholderText"/>
            </w:rPr>
            <w:t>Click or tap here to enter text.</w:t>
          </w:r>
        </w:p>
      </w:sdtContent>
    </w:sdt>
    <w:p w14:paraId="04F65157" w14:textId="77777777" w:rsidR="004C6B7F" w:rsidRDefault="004C6B7F" w:rsidP="00D11A40"/>
    <w:p w14:paraId="53F109C0" w14:textId="77777777" w:rsidR="00FF6D45" w:rsidRDefault="00FF6D45" w:rsidP="00D11A40">
      <w:pPr>
        <w:sectPr w:rsidR="00FF6D45" w:rsidSect="00FF6D45">
          <w:headerReference w:type="default" r:id="rId27"/>
          <w:pgSz w:w="15840" w:h="12240" w:orient="landscape"/>
          <w:pgMar w:top="1800" w:right="1440" w:bottom="1800" w:left="1440" w:header="720" w:footer="720" w:gutter="0"/>
          <w:cols w:space="720"/>
          <w:docGrid w:linePitch="360"/>
        </w:sectPr>
      </w:pPr>
    </w:p>
    <w:p w14:paraId="0CAC9587" w14:textId="7EE949FF" w:rsidR="00FF6D45" w:rsidRDefault="004B2E8A" w:rsidP="004B2E8A">
      <w:pPr>
        <w:pStyle w:val="Heading1"/>
        <w:jc w:val="center"/>
        <w:rPr>
          <w:color w:val="49382A" w:themeColor="accent1" w:themeShade="40"/>
        </w:rPr>
      </w:pPr>
      <w:r w:rsidRPr="004B2E8A">
        <w:rPr>
          <w:color w:val="49382A" w:themeColor="accent1" w:themeShade="40"/>
        </w:rPr>
        <w:lastRenderedPageBreak/>
        <w:t>Section D | Relevant Experience</w:t>
      </w:r>
    </w:p>
    <w:tbl>
      <w:tblPr>
        <w:tblStyle w:val="TableGrid"/>
        <w:tblW w:w="0" w:type="auto"/>
        <w:tblBorders>
          <w:insideH w:val="single" w:sz="4" w:space="0" w:color="auto"/>
        </w:tblBorders>
        <w:tblLook w:val="04A0" w:firstRow="1" w:lastRow="0" w:firstColumn="1" w:lastColumn="0" w:noHBand="0" w:noVBand="1"/>
      </w:tblPr>
      <w:tblGrid>
        <w:gridCol w:w="8856"/>
      </w:tblGrid>
      <w:tr w:rsidR="005E0D78" w14:paraId="629B628D" w14:textId="77777777" w:rsidTr="002410CB">
        <w:tc>
          <w:tcPr>
            <w:tcW w:w="8856" w:type="dxa"/>
          </w:tcPr>
          <w:p w14:paraId="3F8FC162" w14:textId="53F33C53" w:rsidR="005E0D78" w:rsidRPr="00311060" w:rsidRDefault="00395482" w:rsidP="005E0D78">
            <w:pPr>
              <w:numPr>
                <w:ilvl w:val="0"/>
                <w:numId w:val="20"/>
              </w:numPr>
              <w:rPr>
                <w:b/>
                <w:bCs/>
                <w:color w:val="49382A" w:themeColor="accent1" w:themeShade="40"/>
                <w:sz w:val="22"/>
                <w:szCs w:val="22"/>
              </w:rPr>
            </w:pPr>
            <w:r>
              <w:rPr>
                <w:b/>
                <w:bCs/>
                <w:color w:val="49382A" w:themeColor="accent1" w:themeShade="40"/>
                <w:sz w:val="22"/>
                <w:szCs w:val="22"/>
              </w:rPr>
              <w:t>Proven Track Record</w:t>
            </w:r>
          </w:p>
          <w:p w14:paraId="6A70865E" w14:textId="1BC83E6A" w:rsidR="00E75ECF" w:rsidRDefault="00311060" w:rsidP="00E75ECF">
            <w:r w:rsidRPr="00311060">
              <w:rPr>
                <w:i/>
                <w:iCs/>
              </w:rPr>
              <w:t xml:space="preserve">Please describe any </w:t>
            </w:r>
            <w:r w:rsidR="001A1A36">
              <w:rPr>
                <w:i/>
                <w:iCs/>
              </w:rPr>
              <w:t>relevant</w:t>
            </w:r>
            <w:r w:rsidRPr="00311060">
              <w:rPr>
                <w:i/>
                <w:iCs/>
              </w:rPr>
              <w:t xml:space="preserve"> experience your organization or team has in conducting similar research, documentation, or knowledge-generation work. If you do not have direct research experience, explain the strengths, capacities, or contextual experience that make you well placed to carry out this project and manage the proposed grant.</w:t>
            </w:r>
            <w:r>
              <w:t xml:space="preserve"> </w:t>
            </w:r>
            <w:r>
              <w:rPr>
                <w:i/>
                <w:iCs/>
              </w:rPr>
              <w:t>(</w:t>
            </w:r>
            <w:r w:rsidR="00FE52A4">
              <w:rPr>
                <w:i/>
                <w:iCs/>
              </w:rPr>
              <w:t xml:space="preserve">300 words) </w:t>
            </w:r>
          </w:p>
          <w:sdt>
            <w:sdtPr>
              <w:id w:val="-143581606"/>
              <w:placeholder>
                <w:docPart w:val="DefaultPlaceholder_-1854013440"/>
              </w:placeholder>
              <w:showingPlcHdr/>
            </w:sdtPr>
            <w:sdtEndPr/>
            <w:sdtContent>
              <w:p w14:paraId="152C2C82" w14:textId="5FB6328B" w:rsidR="00FE52A4" w:rsidRDefault="00EB15A1" w:rsidP="00E75ECF">
                <w:r w:rsidRPr="00D11310">
                  <w:rPr>
                    <w:rStyle w:val="PlaceholderText"/>
                  </w:rPr>
                  <w:t>Click or tap here to enter text.</w:t>
                </w:r>
              </w:p>
            </w:sdtContent>
          </w:sdt>
          <w:p w14:paraId="506EE3AD" w14:textId="77777777" w:rsidR="00FE52A4" w:rsidRDefault="00FE52A4" w:rsidP="00E75ECF"/>
          <w:p w14:paraId="1ECEF201" w14:textId="77777777" w:rsidR="00FE52A4" w:rsidRDefault="00FE52A4" w:rsidP="00E75ECF"/>
          <w:p w14:paraId="5FAF4FB4" w14:textId="77777777" w:rsidR="00FE52A4" w:rsidRDefault="00FE52A4" w:rsidP="00E75ECF"/>
          <w:p w14:paraId="657D6190" w14:textId="77777777" w:rsidR="00FE52A4" w:rsidRDefault="00FE52A4" w:rsidP="00E75ECF"/>
          <w:p w14:paraId="0F4EF1B5" w14:textId="01CBFF94" w:rsidR="00FE52A4" w:rsidRPr="00FE52A4" w:rsidRDefault="00FE52A4" w:rsidP="00E75ECF"/>
        </w:tc>
      </w:tr>
      <w:tr w:rsidR="005E0D78" w14:paraId="456A7CCF" w14:textId="77777777" w:rsidTr="002410CB">
        <w:tc>
          <w:tcPr>
            <w:tcW w:w="8856" w:type="dxa"/>
          </w:tcPr>
          <w:p w14:paraId="02540C45" w14:textId="77777777" w:rsidR="00FE52A4" w:rsidRPr="00FE52A4" w:rsidRDefault="00FE52A4" w:rsidP="00FE52A4">
            <w:pPr>
              <w:numPr>
                <w:ilvl w:val="0"/>
                <w:numId w:val="20"/>
              </w:numPr>
              <w:rPr>
                <w:b/>
                <w:bCs/>
                <w:sz w:val="22"/>
                <w:szCs w:val="22"/>
              </w:rPr>
            </w:pPr>
            <w:r w:rsidRPr="00FE52A4">
              <w:rPr>
                <w:b/>
                <w:bCs/>
                <w:sz w:val="22"/>
                <w:szCs w:val="22"/>
              </w:rPr>
              <w:t>Networks, Coalitions, and Partnerships</w:t>
            </w:r>
          </w:p>
          <w:p w14:paraId="1C31D538" w14:textId="7AE6A2F6" w:rsidR="005B66D7" w:rsidRDefault="00FE52A4" w:rsidP="00FE52A4">
            <w:r w:rsidRPr="00FE52A4">
              <w:rPr>
                <w:i/>
                <w:iCs/>
              </w:rPr>
              <w:t>Outline any networks, coalitions, or partnerships you are part of that can strengthen your proposed research. Describe how these relationships can support data collection, validation, dissemination, or policy and advocacy engagement.</w:t>
            </w:r>
            <w:r w:rsidR="005B66D7">
              <w:rPr>
                <w:i/>
                <w:iCs/>
              </w:rPr>
              <w:t xml:space="preserve"> (250 words)</w:t>
            </w:r>
          </w:p>
          <w:sdt>
            <w:sdtPr>
              <w:id w:val="-1078285556"/>
              <w:placeholder>
                <w:docPart w:val="DefaultPlaceholder_-1854013440"/>
              </w:placeholder>
              <w:showingPlcHdr/>
            </w:sdtPr>
            <w:sdtEndPr/>
            <w:sdtContent>
              <w:p w14:paraId="6D10D168" w14:textId="2A0901B3" w:rsidR="005B66D7" w:rsidRDefault="00EB15A1" w:rsidP="00FE52A4">
                <w:r w:rsidRPr="00D11310">
                  <w:rPr>
                    <w:rStyle w:val="PlaceholderText"/>
                  </w:rPr>
                  <w:t>Click or tap here to enter text.</w:t>
                </w:r>
              </w:p>
            </w:sdtContent>
          </w:sdt>
          <w:p w14:paraId="29D2C1BB" w14:textId="77777777" w:rsidR="005B66D7" w:rsidRDefault="005B66D7" w:rsidP="00FE52A4"/>
          <w:p w14:paraId="7872E555" w14:textId="77777777" w:rsidR="005B66D7" w:rsidRDefault="005B66D7" w:rsidP="00FE52A4"/>
          <w:p w14:paraId="028B3250" w14:textId="77777777" w:rsidR="005B66D7" w:rsidRDefault="005B66D7" w:rsidP="00FE52A4"/>
          <w:p w14:paraId="2E3FB3E1" w14:textId="77777777" w:rsidR="005B66D7" w:rsidRDefault="005B66D7" w:rsidP="00FE52A4"/>
          <w:p w14:paraId="7E20A518" w14:textId="751D486E" w:rsidR="005B66D7" w:rsidRPr="005B66D7" w:rsidRDefault="005B66D7" w:rsidP="00FE52A4"/>
        </w:tc>
      </w:tr>
      <w:tr w:rsidR="005E0D78" w14:paraId="1F3FB04F" w14:textId="77777777" w:rsidTr="002410CB">
        <w:tc>
          <w:tcPr>
            <w:tcW w:w="8856" w:type="dxa"/>
          </w:tcPr>
          <w:p w14:paraId="3B5CFC40" w14:textId="77777777" w:rsidR="005B66D7" w:rsidRPr="005B66D7" w:rsidRDefault="005B66D7" w:rsidP="005B66D7">
            <w:pPr>
              <w:numPr>
                <w:ilvl w:val="0"/>
                <w:numId w:val="20"/>
              </w:numPr>
              <w:rPr>
                <w:b/>
                <w:bCs/>
                <w:sz w:val="22"/>
                <w:szCs w:val="22"/>
              </w:rPr>
            </w:pPr>
            <w:r w:rsidRPr="005B66D7">
              <w:rPr>
                <w:b/>
                <w:bCs/>
                <w:sz w:val="22"/>
                <w:szCs w:val="22"/>
              </w:rPr>
              <w:t>Research Team Composition and Roles</w:t>
            </w:r>
          </w:p>
          <w:p w14:paraId="4930FD81" w14:textId="055E5222" w:rsidR="005E0D78" w:rsidRDefault="005B66D7" w:rsidP="005B66D7">
            <w:pPr>
              <w:rPr>
                <w:i/>
                <w:iCs/>
              </w:rPr>
            </w:pPr>
            <w:r w:rsidRPr="005B66D7">
              <w:rPr>
                <w:i/>
                <w:iCs/>
              </w:rPr>
              <w:t>Briefly describe the key members of your research team, their roles, and relevant expertise.</w:t>
            </w:r>
            <w:r>
              <w:rPr>
                <w:i/>
                <w:iCs/>
              </w:rPr>
              <w:t xml:space="preserve"> (200 words)</w:t>
            </w:r>
          </w:p>
          <w:sdt>
            <w:sdtPr>
              <w:id w:val="-37513655"/>
              <w:placeholder>
                <w:docPart w:val="DefaultPlaceholder_-1854013440"/>
              </w:placeholder>
              <w:showingPlcHdr/>
            </w:sdtPr>
            <w:sdtEndPr/>
            <w:sdtContent>
              <w:p w14:paraId="21A4494C" w14:textId="64D8F63D" w:rsidR="005B66D7" w:rsidRDefault="00EB15A1" w:rsidP="005B66D7">
                <w:r w:rsidRPr="00D11310">
                  <w:rPr>
                    <w:rStyle w:val="PlaceholderText"/>
                  </w:rPr>
                  <w:t>Click or tap here to enter text.</w:t>
                </w:r>
              </w:p>
            </w:sdtContent>
          </w:sdt>
          <w:p w14:paraId="34FF5CEB" w14:textId="77777777" w:rsidR="005B66D7" w:rsidRDefault="005B66D7" w:rsidP="005B66D7"/>
          <w:p w14:paraId="6473DE2F" w14:textId="77777777" w:rsidR="005B66D7" w:rsidRDefault="005B66D7" w:rsidP="005B66D7"/>
          <w:p w14:paraId="76230AFF" w14:textId="77777777" w:rsidR="005B66D7" w:rsidRDefault="005B66D7" w:rsidP="005B66D7"/>
          <w:p w14:paraId="2D237CAE" w14:textId="77777777" w:rsidR="005B66D7" w:rsidRDefault="005B66D7" w:rsidP="005B66D7"/>
          <w:p w14:paraId="2142EB0A" w14:textId="72199C45" w:rsidR="005B66D7" w:rsidRDefault="005B66D7" w:rsidP="005B66D7"/>
        </w:tc>
      </w:tr>
    </w:tbl>
    <w:p w14:paraId="6AC19C8B" w14:textId="77777777" w:rsidR="004B2E8A" w:rsidRPr="004C6B7F" w:rsidRDefault="004B2E8A" w:rsidP="00D11A40"/>
    <w:p w14:paraId="623E5007" w14:textId="77777777" w:rsidR="00F51D97" w:rsidRDefault="00F51D97" w:rsidP="00D11A40">
      <w:pPr>
        <w:sectPr w:rsidR="00F51D97" w:rsidSect="00D87C0B">
          <w:headerReference w:type="default" r:id="rId28"/>
          <w:pgSz w:w="12240" w:h="15840"/>
          <w:pgMar w:top="1440" w:right="1800" w:bottom="1440" w:left="1800" w:header="720" w:footer="720" w:gutter="0"/>
          <w:cols w:space="720"/>
          <w:docGrid w:linePitch="360"/>
        </w:sectPr>
      </w:pPr>
    </w:p>
    <w:p w14:paraId="2E876084" w14:textId="6D96F134" w:rsidR="0015180E" w:rsidRPr="00F51D97" w:rsidRDefault="00F51D97" w:rsidP="00F51D97">
      <w:pPr>
        <w:pStyle w:val="Heading1"/>
        <w:jc w:val="center"/>
        <w:rPr>
          <w:color w:val="49382A" w:themeColor="accent1" w:themeShade="40"/>
        </w:rPr>
      </w:pPr>
      <w:r w:rsidRPr="00F51D97">
        <w:rPr>
          <w:color w:val="49382A" w:themeColor="accent1" w:themeShade="40"/>
        </w:rPr>
        <w:lastRenderedPageBreak/>
        <w:t>Section E | Budget Proposal</w:t>
      </w:r>
    </w:p>
    <w:p w14:paraId="4FE5FCD9" w14:textId="77777777" w:rsidR="00F51D97" w:rsidRDefault="00F51D97" w:rsidP="00D11A40"/>
    <w:p w14:paraId="4568CC08" w14:textId="5FB7EC6B" w:rsidR="004E07E5" w:rsidRDefault="00C441E2" w:rsidP="00D11A40">
      <w:r w:rsidRPr="00C441E2">
        <w:rPr>
          <w:b/>
          <w:bCs/>
          <w:color w:val="49382A" w:themeColor="accent1" w:themeShade="40"/>
          <w:sz w:val="22"/>
          <w:szCs w:val="22"/>
        </w:rPr>
        <w:t>Major Budget Heads</w:t>
      </w:r>
      <w:r w:rsidRPr="00C441E2">
        <w:br/>
      </w:r>
      <w:r w:rsidRPr="00C441E2">
        <w:rPr>
          <w:i/>
          <w:iCs/>
        </w:rPr>
        <w:t>(Provide a brief breakdown of your proposed budget across major cost categories</w:t>
      </w:r>
      <w:r w:rsidR="00D93C53">
        <w:rPr>
          <w:i/>
          <w:iCs/>
        </w:rPr>
        <w:t xml:space="preserve"> (</w:t>
      </w:r>
      <w:r w:rsidR="00D93C53" w:rsidRPr="00C441E2">
        <w:rPr>
          <w:i/>
          <w:iCs/>
        </w:rPr>
        <w:t xml:space="preserve">for example, personnel, travel, materials, data collection, analysis, dissemination, </w:t>
      </w:r>
      <w:r w:rsidR="00137ECB" w:rsidRPr="00C441E2">
        <w:rPr>
          <w:i/>
          <w:iCs/>
        </w:rPr>
        <w:t>etc.</w:t>
      </w:r>
      <w:r w:rsidR="00D93C53">
        <w:rPr>
          <w:i/>
          <w:iCs/>
        </w:rPr>
        <w:t>)</w:t>
      </w:r>
      <w:r w:rsidRPr="00C441E2">
        <w:rPr>
          <w:i/>
          <w:iCs/>
        </w:rPr>
        <w:t xml:space="preserve">. You may use a simple table </w:t>
      </w:r>
      <w:r w:rsidR="005C7F54">
        <w:rPr>
          <w:i/>
          <w:iCs/>
        </w:rPr>
        <w:t>for this section</w:t>
      </w:r>
      <w:r w:rsidRPr="00C441E2">
        <w:rPr>
          <w:i/>
          <w:iCs/>
        </w:rPr>
        <w:t>.</w:t>
      </w:r>
      <w:r w:rsidR="005C7F54" w:rsidRPr="005C7F54">
        <w:t xml:space="preserve"> </w:t>
      </w:r>
      <w:r w:rsidR="005C7F54" w:rsidRPr="005C7F54">
        <w:rPr>
          <w:i/>
          <w:iCs/>
        </w:rPr>
        <w:t>Please</w:t>
      </w:r>
      <w:r w:rsidR="005C7F54">
        <w:t xml:space="preserve"> e</w:t>
      </w:r>
      <w:r w:rsidR="005C7F54" w:rsidRPr="005C7F54">
        <w:rPr>
          <w:i/>
          <w:iCs/>
        </w:rPr>
        <w:t xml:space="preserve">nsure that the total matches the amount stated </w:t>
      </w:r>
      <w:r w:rsidR="00D93C53">
        <w:rPr>
          <w:i/>
          <w:iCs/>
        </w:rPr>
        <w:t>in the budget overview in Section A</w:t>
      </w:r>
      <w:r w:rsidR="005C7F54" w:rsidRPr="005C7F54">
        <w:rPr>
          <w:i/>
          <w:iCs/>
        </w:rPr>
        <w:t>. Budgets should be realistic and commensurate with the proposed scope and duration of your research</w:t>
      </w:r>
      <w:r w:rsidRPr="00C441E2">
        <w:rPr>
          <w:i/>
          <w:iCs/>
        </w:rPr>
        <w:t>)</w:t>
      </w:r>
    </w:p>
    <w:sdt>
      <w:sdtPr>
        <w:id w:val="-264772718"/>
        <w:placeholder>
          <w:docPart w:val="DefaultPlaceholder_-1854013440"/>
        </w:placeholder>
        <w:showingPlcHdr/>
      </w:sdtPr>
      <w:sdtEndPr/>
      <w:sdtContent>
        <w:p w14:paraId="18126301" w14:textId="63046DFB" w:rsidR="004E07E5" w:rsidRDefault="0030364A" w:rsidP="00D11A40">
          <w:r w:rsidRPr="00D11310">
            <w:rPr>
              <w:rStyle w:val="PlaceholderText"/>
            </w:rPr>
            <w:t>Click or tap here to enter text.</w:t>
          </w:r>
        </w:p>
      </w:sdtContent>
    </w:sdt>
    <w:p w14:paraId="2D04E03F" w14:textId="77777777" w:rsidR="004E07E5" w:rsidRDefault="004E07E5" w:rsidP="00D11A40"/>
    <w:p w14:paraId="4FC29DA9" w14:textId="77777777" w:rsidR="004E07E5" w:rsidRDefault="004E07E5" w:rsidP="00D11A40"/>
    <w:p w14:paraId="14A01EBB" w14:textId="77777777" w:rsidR="004E07E5" w:rsidRDefault="004E07E5" w:rsidP="00D11A40"/>
    <w:p w14:paraId="4CBFE1E3" w14:textId="77777777" w:rsidR="004E07E5" w:rsidRDefault="004E07E5" w:rsidP="00D11A40"/>
    <w:p w14:paraId="3BCF05E3" w14:textId="77777777" w:rsidR="004E07E5" w:rsidRDefault="004E07E5" w:rsidP="00D11A40"/>
    <w:p w14:paraId="75DF258F" w14:textId="77777777" w:rsidR="004E07E5" w:rsidRDefault="004E07E5" w:rsidP="00D11A40"/>
    <w:p w14:paraId="76EC7E3E" w14:textId="77777777" w:rsidR="004E07E5" w:rsidRDefault="004E07E5" w:rsidP="00D11A40"/>
    <w:p w14:paraId="39717E15" w14:textId="77777777" w:rsidR="004E07E5" w:rsidRDefault="004E07E5" w:rsidP="00D11A40"/>
    <w:p w14:paraId="35970204" w14:textId="77777777" w:rsidR="004E07E5" w:rsidRDefault="004E07E5" w:rsidP="00D11A40"/>
    <w:p w14:paraId="7CAFC10F" w14:textId="77777777" w:rsidR="004E07E5" w:rsidRPr="00D11A40" w:rsidRDefault="004E07E5" w:rsidP="00D11A40"/>
    <w:sectPr w:rsidR="004E07E5" w:rsidRPr="00D11A40" w:rsidSect="00A86297">
      <w:headerReference w:type="default" r:id="rId29"/>
      <w:pgSz w:w="15840" w:h="12240" w:orient="landscape"/>
      <w:pgMar w:top="1800" w:right="1440" w:bottom="180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BC53B5" w14:textId="77777777" w:rsidR="00CC0924" w:rsidRDefault="00CC0924">
      <w:pPr>
        <w:spacing w:after="0" w:line="240" w:lineRule="auto"/>
      </w:pPr>
      <w:r>
        <w:separator/>
      </w:r>
    </w:p>
  </w:endnote>
  <w:endnote w:type="continuationSeparator" w:id="0">
    <w:p w14:paraId="0B69C5E2" w14:textId="77777777" w:rsidR="00CC0924" w:rsidRDefault="00CC09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modern"/>
    <w:pitch w:val="fixed"/>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887B17" w14:textId="09218CC4" w:rsidR="001E1342" w:rsidRDefault="001E1342" w:rsidP="00FC2388">
    <w:pPr>
      <w:pStyle w:val="Footer"/>
      <w:tabs>
        <w:tab w:val="left" w:pos="2808"/>
      </w:tabs>
      <w:jc w:val="both"/>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DB0FAE" w14:textId="77777777" w:rsidR="00CC0924" w:rsidRDefault="00CC0924">
      <w:pPr>
        <w:spacing w:after="0" w:line="240" w:lineRule="auto"/>
      </w:pPr>
      <w:r>
        <w:separator/>
      </w:r>
    </w:p>
  </w:footnote>
  <w:footnote w:type="continuationSeparator" w:id="0">
    <w:p w14:paraId="71C24738" w14:textId="77777777" w:rsidR="00CC0924" w:rsidRDefault="00CC092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2880"/>
      <w:gridCol w:w="2880"/>
      <w:gridCol w:w="2880"/>
    </w:tblGrid>
    <w:tr w:rsidR="196FD633" w14:paraId="21FEB905" w14:textId="77777777" w:rsidTr="196FD633">
      <w:trPr>
        <w:trHeight w:val="300"/>
      </w:trPr>
      <w:tc>
        <w:tcPr>
          <w:tcW w:w="2880" w:type="dxa"/>
        </w:tcPr>
        <w:p w14:paraId="7D5365F2" w14:textId="242887F6" w:rsidR="196FD633" w:rsidRDefault="196FD633" w:rsidP="196FD633">
          <w:pPr>
            <w:pStyle w:val="Header"/>
            <w:ind w:left="-115"/>
          </w:pPr>
        </w:p>
      </w:tc>
      <w:tc>
        <w:tcPr>
          <w:tcW w:w="2880" w:type="dxa"/>
        </w:tcPr>
        <w:p w14:paraId="023D9B98" w14:textId="4C9CDA95" w:rsidR="196FD633" w:rsidRDefault="196FD633" w:rsidP="196FD633">
          <w:pPr>
            <w:pStyle w:val="Header"/>
            <w:jc w:val="center"/>
          </w:pPr>
        </w:p>
      </w:tc>
      <w:tc>
        <w:tcPr>
          <w:tcW w:w="2880" w:type="dxa"/>
        </w:tcPr>
        <w:p w14:paraId="543E2D28" w14:textId="26BCA8FA" w:rsidR="196FD633" w:rsidRDefault="196FD633" w:rsidP="196FD633">
          <w:pPr>
            <w:pStyle w:val="Header"/>
            <w:ind w:right="-115"/>
            <w:jc w:val="right"/>
          </w:pPr>
        </w:p>
      </w:tc>
    </w:tr>
  </w:tbl>
  <w:p w14:paraId="7866744F" w14:textId="35D8AE02" w:rsidR="196FD633" w:rsidRDefault="00947E64" w:rsidP="196FD633">
    <w:pPr>
      <w:pStyle w:val="Header"/>
    </w:pPr>
    <w: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2880"/>
      <w:gridCol w:w="2880"/>
      <w:gridCol w:w="2880"/>
    </w:tblGrid>
    <w:tr w:rsidR="196FD633" w14:paraId="3FAC6F42" w14:textId="77777777" w:rsidTr="196FD633">
      <w:trPr>
        <w:trHeight w:val="300"/>
      </w:trPr>
      <w:tc>
        <w:tcPr>
          <w:tcW w:w="2880" w:type="dxa"/>
        </w:tcPr>
        <w:p w14:paraId="44A2A142" w14:textId="2738F4B9" w:rsidR="196FD633" w:rsidRDefault="196FD633" w:rsidP="196FD633">
          <w:pPr>
            <w:pStyle w:val="Header"/>
            <w:ind w:left="-115"/>
          </w:pPr>
        </w:p>
      </w:tc>
      <w:tc>
        <w:tcPr>
          <w:tcW w:w="2880" w:type="dxa"/>
        </w:tcPr>
        <w:p w14:paraId="416E3857" w14:textId="0620ABE0" w:rsidR="196FD633" w:rsidRDefault="196FD633" w:rsidP="196FD633">
          <w:pPr>
            <w:pStyle w:val="Header"/>
            <w:jc w:val="center"/>
          </w:pPr>
        </w:p>
      </w:tc>
      <w:tc>
        <w:tcPr>
          <w:tcW w:w="2880" w:type="dxa"/>
        </w:tcPr>
        <w:p w14:paraId="1372A9B9" w14:textId="2172A8F8" w:rsidR="196FD633" w:rsidRDefault="196FD633" w:rsidP="196FD633">
          <w:pPr>
            <w:pStyle w:val="Header"/>
            <w:ind w:right="-115"/>
            <w:jc w:val="right"/>
          </w:pPr>
        </w:p>
      </w:tc>
    </w:tr>
  </w:tbl>
  <w:p w14:paraId="73BEA4B3" w14:textId="241331BA" w:rsidR="196FD633" w:rsidRDefault="196FD633" w:rsidP="196FD63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2880"/>
      <w:gridCol w:w="2880"/>
      <w:gridCol w:w="2880"/>
    </w:tblGrid>
    <w:tr w:rsidR="196FD633" w14:paraId="426281F2" w14:textId="77777777" w:rsidTr="196FD633">
      <w:trPr>
        <w:trHeight w:val="300"/>
      </w:trPr>
      <w:tc>
        <w:tcPr>
          <w:tcW w:w="2880" w:type="dxa"/>
        </w:tcPr>
        <w:p w14:paraId="6E743065" w14:textId="11D6927C" w:rsidR="196FD633" w:rsidRDefault="196FD633" w:rsidP="196FD633">
          <w:pPr>
            <w:pStyle w:val="Header"/>
            <w:ind w:left="-115"/>
          </w:pPr>
        </w:p>
      </w:tc>
      <w:tc>
        <w:tcPr>
          <w:tcW w:w="2880" w:type="dxa"/>
        </w:tcPr>
        <w:p w14:paraId="637DABE3" w14:textId="3AB049B5" w:rsidR="196FD633" w:rsidRDefault="196FD633" w:rsidP="196FD633">
          <w:pPr>
            <w:pStyle w:val="Header"/>
            <w:jc w:val="center"/>
          </w:pPr>
        </w:p>
      </w:tc>
      <w:tc>
        <w:tcPr>
          <w:tcW w:w="2880" w:type="dxa"/>
        </w:tcPr>
        <w:p w14:paraId="72332788" w14:textId="289AD3AC" w:rsidR="196FD633" w:rsidRDefault="196FD633" w:rsidP="196FD633">
          <w:pPr>
            <w:pStyle w:val="Header"/>
            <w:ind w:right="-115"/>
            <w:jc w:val="right"/>
          </w:pPr>
        </w:p>
      </w:tc>
    </w:tr>
  </w:tbl>
  <w:p w14:paraId="64F62DC2" w14:textId="79717461" w:rsidR="196FD633" w:rsidRDefault="196FD633" w:rsidP="196FD63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2880"/>
      <w:gridCol w:w="2880"/>
      <w:gridCol w:w="2880"/>
    </w:tblGrid>
    <w:tr w:rsidR="196FD633" w14:paraId="41152DD8" w14:textId="77777777" w:rsidTr="196FD633">
      <w:trPr>
        <w:trHeight w:val="300"/>
      </w:trPr>
      <w:tc>
        <w:tcPr>
          <w:tcW w:w="2880" w:type="dxa"/>
        </w:tcPr>
        <w:p w14:paraId="59326498" w14:textId="3907B442" w:rsidR="196FD633" w:rsidRDefault="196FD633" w:rsidP="196FD633">
          <w:pPr>
            <w:pStyle w:val="Header"/>
            <w:ind w:left="-115"/>
          </w:pPr>
        </w:p>
      </w:tc>
      <w:tc>
        <w:tcPr>
          <w:tcW w:w="2880" w:type="dxa"/>
        </w:tcPr>
        <w:p w14:paraId="2ADA7941" w14:textId="6C2397EA" w:rsidR="196FD633" w:rsidRDefault="196FD633" w:rsidP="196FD633">
          <w:pPr>
            <w:pStyle w:val="Header"/>
            <w:jc w:val="center"/>
          </w:pPr>
        </w:p>
      </w:tc>
      <w:tc>
        <w:tcPr>
          <w:tcW w:w="2880" w:type="dxa"/>
        </w:tcPr>
        <w:p w14:paraId="4584B7C7" w14:textId="7A4FB1EB" w:rsidR="196FD633" w:rsidRDefault="196FD633" w:rsidP="196FD633">
          <w:pPr>
            <w:pStyle w:val="Header"/>
            <w:ind w:right="-115"/>
            <w:jc w:val="right"/>
          </w:pPr>
        </w:p>
      </w:tc>
    </w:tr>
  </w:tbl>
  <w:p w14:paraId="1EA75D7D" w14:textId="78E6167A" w:rsidR="196FD633" w:rsidRDefault="196FD633" w:rsidP="196FD633">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2880"/>
      <w:gridCol w:w="2880"/>
      <w:gridCol w:w="2880"/>
    </w:tblGrid>
    <w:tr w:rsidR="196FD633" w14:paraId="54094764" w14:textId="77777777" w:rsidTr="196FD633">
      <w:trPr>
        <w:trHeight w:val="300"/>
      </w:trPr>
      <w:tc>
        <w:tcPr>
          <w:tcW w:w="2880" w:type="dxa"/>
        </w:tcPr>
        <w:p w14:paraId="387D10E3" w14:textId="649D9E12" w:rsidR="196FD633" w:rsidRDefault="196FD633" w:rsidP="196FD633">
          <w:pPr>
            <w:pStyle w:val="Header"/>
            <w:ind w:left="-115"/>
          </w:pPr>
        </w:p>
      </w:tc>
      <w:tc>
        <w:tcPr>
          <w:tcW w:w="2880" w:type="dxa"/>
        </w:tcPr>
        <w:p w14:paraId="69FFE32A" w14:textId="71A8AA00" w:rsidR="196FD633" w:rsidRDefault="196FD633" w:rsidP="196FD633">
          <w:pPr>
            <w:pStyle w:val="Header"/>
            <w:jc w:val="center"/>
          </w:pPr>
        </w:p>
      </w:tc>
      <w:tc>
        <w:tcPr>
          <w:tcW w:w="2880" w:type="dxa"/>
        </w:tcPr>
        <w:p w14:paraId="55F9DCF1" w14:textId="2AE6F948" w:rsidR="196FD633" w:rsidRDefault="196FD633" w:rsidP="196FD633">
          <w:pPr>
            <w:pStyle w:val="Header"/>
            <w:ind w:right="-115"/>
            <w:jc w:val="right"/>
          </w:pPr>
        </w:p>
      </w:tc>
    </w:tr>
  </w:tbl>
  <w:p w14:paraId="0F6FC72A" w14:textId="68A208AD" w:rsidR="196FD633" w:rsidRDefault="196FD633" w:rsidP="196FD633">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4320"/>
      <w:gridCol w:w="4320"/>
      <w:gridCol w:w="4320"/>
    </w:tblGrid>
    <w:tr w:rsidR="196FD633" w14:paraId="501AA3E5" w14:textId="77777777" w:rsidTr="196FD633">
      <w:trPr>
        <w:trHeight w:val="300"/>
      </w:trPr>
      <w:tc>
        <w:tcPr>
          <w:tcW w:w="4320" w:type="dxa"/>
        </w:tcPr>
        <w:p w14:paraId="232AF272" w14:textId="68EC5137" w:rsidR="196FD633" w:rsidRDefault="196FD633" w:rsidP="196FD633">
          <w:pPr>
            <w:pStyle w:val="Header"/>
            <w:ind w:left="-115"/>
          </w:pPr>
        </w:p>
      </w:tc>
      <w:tc>
        <w:tcPr>
          <w:tcW w:w="4320" w:type="dxa"/>
        </w:tcPr>
        <w:p w14:paraId="75626EFB" w14:textId="5A9D159F" w:rsidR="196FD633" w:rsidRDefault="196FD633" w:rsidP="196FD633">
          <w:pPr>
            <w:pStyle w:val="Header"/>
            <w:jc w:val="center"/>
          </w:pPr>
        </w:p>
      </w:tc>
      <w:tc>
        <w:tcPr>
          <w:tcW w:w="4320" w:type="dxa"/>
        </w:tcPr>
        <w:p w14:paraId="44A6C94B" w14:textId="72CA961B" w:rsidR="196FD633" w:rsidRDefault="196FD633" w:rsidP="196FD633">
          <w:pPr>
            <w:pStyle w:val="Header"/>
            <w:ind w:right="-115"/>
            <w:jc w:val="right"/>
          </w:pPr>
        </w:p>
      </w:tc>
    </w:tr>
  </w:tbl>
  <w:p w14:paraId="430C34C0" w14:textId="14E44874" w:rsidR="196FD633" w:rsidRDefault="196FD633" w:rsidP="196FD633">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2880"/>
      <w:gridCol w:w="2880"/>
      <w:gridCol w:w="2880"/>
    </w:tblGrid>
    <w:tr w:rsidR="196FD633" w14:paraId="24643F2E" w14:textId="77777777" w:rsidTr="196FD633">
      <w:trPr>
        <w:trHeight w:val="300"/>
      </w:trPr>
      <w:tc>
        <w:tcPr>
          <w:tcW w:w="2880" w:type="dxa"/>
        </w:tcPr>
        <w:p w14:paraId="43CD1980" w14:textId="56598564" w:rsidR="196FD633" w:rsidRDefault="196FD633" w:rsidP="196FD633">
          <w:pPr>
            <w:pStyle w:val="Header"/>
            <w:ind w:left="-115"/>
          </w:pPr>
        </w:p>
      </w:tc>
      <w:tc>
        <w:tcPr>
          <w:tcW w:w="2880" w:type="dxa"/>
        </w:tcPr>
        <w:p w14:paraId="4E20DEE9" w14:textId="2FEBA2DA" w:rsidR="196FD633" w:rsidRDefault="196FD633" w:rsidP="196FD633">
          <w:pPr>
            <w:pStyle w:val="Header"/>
            <w:jc w:val="center"/>
          </w:pPr>
        </w:p>
      </w:tc>
      <w:tc>
        <w:tcPr>
          <w:tcW w:w="2880" w:type="dxa"/>
        </w:tcPr>
        <w:p w14:paraId="31FD7507" w14:textId="61668C9B" w:rsidR="196FD633" w:rsidRDefault="196FD633" w:rsidP="196FD633">
          <w:pPr>
            <w:pStyle w:val="Header"/>
            <w:ind w:right="-115"/>
            <w:jc w:val="right"/>
          </w:pPr>
        </w:p>
      </w:tc>
    </w:tr>
  </w:tbl>
  <w:p w14:paraId="41005ED2" w14:textId="3A387D67" w:rsidR="196FD633" w:rsidRDefault="196FD633" w:rsidP="196FD633">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2880"/>
      <w:gridCol w:w="2880"/>
      <w:gridCol w:w="2880"/>
    </w:tblGrid>
    <w:tr w:rsidR="196FD633" w14:paraId="1FC6AEF7" w14:textId="77777777" w:rsidTr="196FD633">
      <w:trPr>
        <w:trHeight w:val="300"/>
      </w:trPr>
      <w:tc>
        <w:tcPr>
          <w:tcW w:w="2880" w:type="dxa"/>
        </w:tcPr>
        <w:p w14:paraId="4D77861A" w14:textId="0114D1A8" w:rsidR="196FD633" w:rsidRDefault="196FD633" w:rsidP="196FD633">
          <w:pPr>
            <w:pStyle w:val="Header"/>
            <w:ind w:left="-115"/>
          </w:pPr>
        </w:p>
      </w:tc>
      <w:tc>
        <w:tcPr>
          <w:tcW w:w="2880" w:type="dxa"/>
        </w:tcPr>
        <w:p w14:paraId="364DC3FA" w14:textId="73DA561F" w:rsidR="196FD633" w:rsidRDefault="196FD633" w:rsidP="196FD633">
          <w:pPr>
            <w:pStyle w:val="Header"/>
            <w:jc w:val="center"/>
          </w:pPr>
        </w:p>
      </w:tc>
      <w:tc>
        <w:tcPr>
          <w:tcW w:w="2880" w:type="dxa"/>
        </w:tcPr>
        <w:p w14:paraId="6B12ACEC" w14:textId="1F220C36" w:rsidR="196FD633" w:rsidRDefault="196FD633" w:rsidP="196FD633">
          <w:pPr>
            <w:pStyle w:val="Header"/>
            <w:ind w:right="-115"/>
            <w:jc w:val="right"/>
          </w:pPr>
        </w:p>
      </w:tc>
    </w:tr>
  </w:tbl>
  <w:p w14:paraId="697CE296" w14:textId="3FB426D8" w:rsidR="196FD633" w:rsidRDefault="196FD633" w:rsidP="196FD63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08BE0347"/>
    <w:multiLevelType w:val="hybridMultilevel"/>
    <w:tmpl w:val="2D5C9BF2"/>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1DA21712"/>
    <w:multiLevelType w:val="hybridMultilevel"/>
    <w:tmpl w:val="35460722"/>
    <w:lvl w:ilvl="0" w:tplc="E714907A">
      <w:start w:val="1"/>
      <w:numFmt w:val="upperLetter"/>
      <w:lvlText w:val="%1."/>
      <w:lvlJc w:val="left"/>
      <w:pPr>
        <w:ind w:left="360" w:hanging="360"/>
      </w:pPr>
      <w:rPr>
        <w:rFonts w:hint="default"/>
        <w:b/>
        <w:bCs/>
        <w:color w:val="5C3873" w:themeColor="accent4"/>
        <w:sz w:val="24"/>
        <w:szCs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25155B90"/>
    <w:multiLevelType w:val="hybridMultilevel"/>
    <w:tmpl w:val="CDB08F22"/>
    <w:lvl w:ilvl="0" w:tplc="40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7D9789B"/>
    <w:multiLevelType w:val="hybridMultilevel"/>
    <w:tmpl w:val="4ACA7F5C"/>
    <w:lvl w:ilvl="0" w:tplc="15AA6A78">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28354131"/>
    <w:multiLevelType w:val="hybridMultilevel"/>
    <w:tmpl w:val="84B6A26C"/>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3D2F6311"/>
    <w:multiLevelType w:val="hybridMultilevel"/>
    <w:tmpl w:val="BBCCFD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F667099"/>
    <w:multiLevelType w:val="hybridMultilevel"/>
    <w:tmpl w:val="CC5C7500"/>
    <w:lvl w:ilvl="0" w:tplc="40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422A02B2"/>
    <w:multiLevelType w:val="hybridMultilevel"/>
    <w:tmpl w:val="01E86224"/>
    <w:lvl w:ilvl="0" w:tplc="88CEA610">
      <w:start w:val="1"/>
      <w:numFmt w:val="upperLetter"/>
      <w:lvlText w:val="%1."/>
      <w:lvlJc w:val="left"/>
      <w:pPr>
        <w:ind w:left="360" w:hanging="360"/>
      </w:pPr>
      <w:rPr>
        <w:rFonts w:hint="default"/>
        <w:b/>
        <w:bCs/>
        <w:color w:val="5C3873" w:themeColor="accent4"/>
        <w:sz w:val="24"/>
        <w:szCs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42DD688C"/>
    <w:multiLevelType w:val="hybridMultilevel"/>
    <w:tmpl w:val="A7CE06B6"/>
    <w:lvl w:ilvl="0" w:tplc="9A4618B2">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46445222"/>
    <w:multiLevelType w:val="hybridMultilevel"/>
    <w:tmpl w:val="589015BA"/>
    <w:lvl w:ilvl="0" w:tplc="FBBAA09E">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7EF438E2"/>
    <w:multiLevelType w:val="hybridMultilevel"/>
    <w:tmpl w:val="9DE83B7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7F762133"/>
    <w:multiLevelType w:val="hybridMultilevel"/>
    <w:tmpl w:val="904056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11297399">
    <w:abstractNumId w:val="8"/>
  </w:num>
  <w:num w:numId="2" w16cid:durableId="314340867">
    <w:abstractNumId w:val="6"/>
  </w:num>
  <w:num w:numId="3" w16cid:durableId="1953899457">
    <w:abstractNumId w:val="5"/>
  </w:num>
  <w:num w:numId="4" w16cid:durableId="43992424">
    <w:abstractNumId w:val="4"/>
  </w:num>
  <w:num w:numId="5" w16cid:durableId="1716198791">
    <w:abstractNumId w:val="7"/>
  </w:num>
  <w:num w:numId="6" w16cid:durableId="1118448924">
    <w:abstractNumId w:val="3"/>
  </w:num>
  <w:num w:numId="7" w16cid:durableId="769394661">
    <w:abstractNumId w:val="2"/>
  </w:num>
  <w:num w:numId="8" w16cid:durableId="133061376">
    <w:abstractNumId w:val="1"/>
  </w:num>
  <w:num w:numId="9" w16cid:durableId="518544538">
    <w:abstractNumId w:val="0"/>
  </w:num>
  <w:num w:numId="10" w16cid:durableId="1859076457">
    <w:abstractNumId w:val="9"/>
  </w:num>
  <w:num w:numId="11" w16cid:durableId="521825011">
    <w:abstractNumId w:val="13"/>
  </w:num>
  <w:num w:numId="12" w16cid:durableId="1157188701">
    <w:abstractNumId w:val="15"/>
  </w:num>
  <w:num w:numId="13" w16cid:durableId="1918897213">
    <w:abstractNumId w:val="12"/>
  </w:num>
  <w:num w:numId="14" w16cid:durableId="241179240">
    <w:abstractNumId w:val="10"/>
  </w:num>
  <w:num w:numId="15" w16cid:durableId="8334420">
    <w:abstractNumId w:val="16"/>
  </w:num>
  <w:num w:numId="16" w16cid:durableId="539586988">
    <w:abstractNumId w:val="11"/>
  </w:num>
  <w:num w:numId="17" w16cid:durableId="2139445530">
    <w:abstractNumId w:val="18"/>
  </w:num>
  <w:num w:numId="18" w16cid:durableId="1461919103">
    <w:abstractNumId w:val="14"/>
  </w:num>
  <w:num w:numId="19" w16cid:durableId="75515193">
    <w:abstractNumId w:val="17"/>
  </w:num>
  <w:num w:numId="20" w16cid:durableId="726075450">
    <w:abstractNumId w:val="19"/>
  </w:num>
  <w:num w:numId="21" w16cid:durableId="95366279">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isplayBackgroundShape/>
  <w:proofState w:spelling="clean" w:grammar="clean"/>
  <w:documentProtection w:edit="forms" w:enforcement="1"/>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47730"/>
    <w:rsid w:val="00003F06"/>
    <w:rsid w:val="00010648"/>
    <w:rsid w:val="00012575"/>
    <w:rsid w:val="00034616"/>
    <w:rsid w:val="00044D09"/>
    <w:rsid w:val="00053564"/>
    <w:rsid w:val="0006063C"/>
    <w:rsid w:val="000644D4"/>
    <w:rsid w:val="00070B51"/>
    <w:rsid w:val="000B4477"/>
    <w:rsid w:val="000B452C"/>
    <w:rsid w:val="000D1E5E"/>
    <w:rsid w:val="000E05C0"/>
    <w:rsid w:val="000E6B7E"/>
    <w:rsid w:val="00135A82"/>
    <w:rsid w:val="00137ECB"/>
    <w:rsid w:val="001403F0"/>
    <w:rsid w:val="00142353"/>
    <w:rsid w:val="001502E0"/>
    <w:rsid w:val="0015074B"/>
    <w:rsid w:val="0015180E"/>
    <w:rsid w:val="001609D6"/>
    <w:rsid w:val="00160AA9"/>
    <w:rsid w:val="001A1A36"/>
    <w:rsid w:val="001B4230"/>
    <w:rsid w:val="001C1B18"/>
    <w:rsid w:val="001C1E65"/>
    <w:rsid w:val="001E1342"/>
    <w:rsid w:val="001F1CA8"/>
    <w:rsid w:val="0020239A"/>
    <w:rsid w:val="0022396C"/>
    <w:rsid w:val="00226CB8"/>
    <w:rsid w:val="00233EAC"/>
    <w:rsid w:val="002410CB"/>
    <w:rsid w:val="00273927"/>
    <w:rsid w:val="00280054"/>
    <w:rsid w:val="00284AB7"/>
    <w:rsid w:val="0029639D"/>
    <w:rsid w:val="002A13C3"/>
    <w:rsid w:val="002B65C5"/>
    <w:rsid w:val="002B700C"/>
    <w:rsid w:val="002E6E9F"/>
    <w:rsid w:val="00301016"/>
    <w:rsid w:val="0030364A"/>
    <w:rsid w:val="00310E73"/>
    <w:rsid w:val="00311060"/>
    <w:rsid w:val="0031309A"/>
    <w:rsid w:val="003204C2"/>
    <w:rsid w:val="00326F90"/>
    <w:rsid w:val="003409B0"/>
    <w:rsid w:val="003448BB"/>
    <w:rsid w:val="003620EE"/>
    <w:rsid w:val="0036554C"/>
    <w:rsid w:val="003677EF"/>
    <w:rsid w:val="00395482"/>
    <w:rsid w:val="003B4617"/>
    <w:rsid w:val="003C2AA9"/>
    <w:rsid w:val="003C7507"/>
    <w:rsid w:val="003D09FA"/>
    <w:rsid w:val="003E7DEA"/>
    <w:rsid w:val="00452B3D"/>
    <w:rsid w:val="00456D54"/>
    <w:rsid w:val="00495E91"/>
    <w:rsid w:val="00497E0B"/>
    <w:rsid w:val="004B2E8A"/>
    <w:rsid w:val="004B730B"/>
    <w:rsid w:val="004C6B7F"/>
    <w:rsid w:val="004D5261"/>
    <w:rsid w:val="004E07E5"/>
    <w:rsid w:val="004E24A7"/>
    <w:rsid w:val="004F57BA"/>
    <w:rsid w:val="0051720E"/>
    <w:rsid w:val="0053417D"/>
    <w:rsid w:val="00535210"/>
    <w:rsid w:val="00594A6E"/>
    <w:rsid w:val="005A0081"/>
    <w:rsid w:val="005A12CD"/>
    <w:rsid w:val="005A3362"/>
    <w:rsid w:val="005A4EAB"/>
    <w:rsid w:val="005A6935"/>
    <w:rsid w:val="005A74CA"/>
    <w:rsid w:val="005B4BB3"/>
    <w:rsid w:val="005B66D7"/>
    <w:rsid w:val="005C1E80"/>
    <w:rsid w:val="005C7F54"/>
    <w:rsid w:val="005D787A"/>
    <w:rsid w:val="005E0D78"/>
    <w:rsid w:val="00620F3B"/>
    <w:rsid w:val="0063355C"/>
    <w:rsid w:val="00634575"/>
    <w:rsid w:val="00647444"/>
    <w:rsid w:val="00662BCD"/>
    <w:rsid w:val="00680521"/>
    <w:rsid w:val="006D170C"/>
    <w:rsid w:val="006D7A84"/>
    <w:rsid w:val="006F1986"/>
    <w:rsid w:val="006F3948"/>
    <w:rsid w:val="006F7367"/>
    <w:rsid w:val="007143B0"/>
    <w:rsid w:val="00716C5B"/>
    <w:rsid w:val="00720408"/>
    <w:rsid w:val="00734FAD"/>
    <w:rsid w:val="00751744"/>
    <w:rsid w:val="00751E8B"/>
    <w:rsid w:val="007620CD"/>
    <w:rsid w:val="0077353F"/>
    <w:rsid w:val="0077684C"/>
    <w:rsid w:val="00785816"/>
    <w:rsid w:val="007A4D87"/>
    <w:rsid w:val="007E2419"/>
    <w:rsid w:val="007E2A85"/>
    <w:rsid w:val="007E2C95"/>
    <w:rsid w:val="007F6AB4"/>
    <w:rsid w:val="00801997"/>
    <w:rsid w:val="00826110"/>
    <w:rsid w:val="008273B2"/>
    <w:rsid w:val="0083205F"/>
    <w:rsid w:val="00843DBE"/>
    <w:rsid w:val="00846585"/>
    <w:rsid w:val="008518BC"/>
    <w:rsid w:val="00862080"/>
    <w:rsid w:val="0087639E"/>
    <w:rsid w:val="008970C1"/>
    <w:rsid w:val="008A77FF"/>
    <w:rsid w:val="008B1032"/>
    <w:rsid w:val="008B314E"/>
    <w:rsid w:val="008D441C"/>
    <w:rsid w:val="008D66DE"/>
    <w:rsid w:val="008E756D"/>
    <w:rsid w:val="008E7AC2"/>
    <w:rsid w:val="008F19A2"/>
    <w:rsid w:val="008F20FC"/>
    <w:rsid w:val="008F7A2E"/>
    <w:rsid w:val="0090388C"/>
    <w:rsid w:val="00905974"/>
    <w:rsid w:val="00906C93"/>
    <w:rsid w:val="0091658D"/>
    <w:rsid w:val="00932D2C"/>
    <w:rsid w:val="0094585B"/>
    <w:rsid w:val="00947E64"/>
    <w:rsid w:val="00961286"/>
    <w:rsid w:val="00981733"/>
    <w:rsid w:val="0098347D"/>
    <w:rsid w:val="00986B05"/>
    <w:rsid w:val="009A1C3C"/>
    <w:rsid w:val="009A6F60"/>
    <w:rsid w:val="009A7E06"/>
    <w:rsid w:val="009B30C8"/>
    <w:rsid w:val="009B3BA5"/>
    <w:rsid w:val="009C1A9A"/>
    <w:rsid w:val="009C76E3"/>
    <w:rsid w:val="009E0982"/>
    <w:rsid w:val="009E388C"/>
    <w:rsid w:val="009F4D43"/>
    <w:rsid w:val="009F7071"/>
    <w:rsid w:val="00A44816"/>
    <w:rsid w:val="00A66552"/>
    <w:rsid w:val="00A82B73"/>
    <w:rsid w:val="00A86297"/>
    <w:rsid w:val="00A94701"/>
    <w:rsid w:val="00A96492"/>
    <w:rsid w:val="00AA0240"/>
    <w:rsid w:val="00AA1D8D"/>
    <w:rsid w:val="00AB1C21"/>
    <w:rsid w:val="00AB3555"/>
    <w:rsid w:val="00AB37F4"/>
    <w:rsid w:val="00AC49EF"/>
    <w:rsid w:val="00AD2C91"/>
    <w:rsid w:val="00AD7C02"/>
    <w:rsid w:val="00AE0ACF"/>
    <w:rsid w:val="00AF1A1B"/>
    <w:rsid w:val="00AF2D98"/>
    <w:rsid w:val="00B04B1D"/>
    <w:rsid w:val="00B14086"/>
    <w:rsid w:val="00B34374"/>
    <w:rsid w:val="00B468A0"/>
    <w:rsid w:val="00B47730"/>
    <w:rsid w:val="00B63FE4"/>
    <w:rsid w:val="00B72A7E"/>
    <w:rsid w:val="00B841A7"/>
    <w:rsid w:val="00BC14D4"/>
    <w:rsid w:val="00BC7963"/>
    <w:rsid w:val="00BD7660"/>
    <w:rsid w:val="00BE4F0B"/>
    <w:rsid w:val="00BE7E15"/>
    <w:rsid w:val="00BF5A2B"/>
    <w:rsid w:val="00C04FC0"/>
    <w:rsid w:val="00C1066E"/>
    <w:rsid w:val="00C17D64"/>
    <w:rsid w:val="00C441E2"/>
    <w:rsid w:val="00C524C9"/>
    <w:rsid w:val="00C56DF7"/>
    <w:rsid w:val="00C60DD3"/>
    <w:rsid w:val="00C745F1"/>
    <w:rsid w:val="00C80D57"/>
    <w:rsid w:val="00C828B6"/>
    <w:rsid w:val="00CB0664"/>
    <w:rsid w:val="00CB21DA"/>
    <w:rsid w:val="00CB6593"/>
    <w:rsid w:val="00CC0924"/>
    <w:rsid w:val="00CC1A73"/>
    <w:rsid w:val="00CE13D6"/>
    <w:rsid w:val="00CE70FE"/>
    <w:rsid w:val="00CF0A30"/>
    <w:rsid w:val="00CF0BE1"/>
    <w:rsid w:val="00CF1FD9"/>
    <w:rsid w:val="00D043AA"/>
    <w:rsid w:val="00D110AE"/>
    <w:rsid w:val="00D11A40"/>
    <w:rsid w:val="00D25585"/>
    <w:rsid w:val="00D25B03"/>
    <w:rsid w:val="00D54154"/>
    <w:rsid w:val="00D54C69"/>
    <w:rsid w:val="00D609C0"/>
    <w:rsid w:val="00D60D8A"/>
    <w:rsid w:val="00D62BCC"/>
    <w:rsid w:val="00D709CB"/>
    <w:rsid w:val="00D8293C"/>
    <w:rsid w:val="00D87C0B"/>
    <w:rsid w:val="00D93C53"/>
    <w:rsid w:val="00D93EC0"/>
    <w:rsid w:val="00D942F1"/>
    <w:rsid w:val="00DD3D97"/>
    <w:rsid w:val="00DD4366"/>
    <w:rsid w:val="00DE06CD"/>
    <w:rsid w:val="00DF392B"/>
    <w:rsid w:val="00DF39A1"/>
    <w:rsid w:val="00E0174A"/>
    <w:rsid w:val="00E17278"/>
    <w:rsid w:val="00E23308"/>
    <w:rsid w:val="00E4515C"/>
    <w:rsid w:val="00E51811"/>
    <w:rsid w:val="00E66C53"/>
    <w:rsid w:val="00E75ECF"/>
    <w:rsid w:val="00E82D02"/>
    <w:rsid w:val="00EA4A29"/>
    <w:rsid w:val="00EB15A1"/>
    <w:rsid w:val="00EB3118"/>
    <w:rsid w:val="00EC0FB3"/>
    <w:rsid w:val="00ED05BE"/>
    <w:rsid w:val="00EF0999"/>
    <w:rsid w:val="00EF17A6"/>
    <w:rsid w:val="00EF71C8"/>
    <w:rsid w:val="00F224C3"/>
    <w:rsid w:val="00F244FB"/>
    <w:rsid w:val="00F43A00"/>
    <w:rsid w:val="00F44B9E"/>
    <w:rsid w:val="00F51D97"/>
    <w:rsid w:val="00F544E2"/>
    <w:rsid w:val="00F546C0"/>
    <w:rsid w:val="00F64DB9"/>
    <w:rsid w:val="00F67021"/>
    <w:rsid w:val="00F75B17"/>
    <w:rsid w:val="00F912B9"/>
    <w:rsid w:val="00FA7212"/>
    <w:rsid w:val="00FA7C27"/>
    <w:rsid w:val="00FC2388"/>
    <w:rsid w:val="00FC693F"/>
    <w:rsid w:val="00FC79D9"/>
    <w:rsid w:val="00FE52A4"/>
    <w:rsid w:val="00FF5D41"/>
    <w:rsid w:val="00FF6D45"/>
    <w:rsid w:val="01B762C7"/>
    <w:rsid w:val="0242EE52"/>
    <w:rsid w:val="02970D26"/>
    <w:rsid w:val="047EBBA6"/>
    <w:rsid w:val="08D917F1"/>
    <w:rsid w:val="0DD14E57"/>
    <w:rsid w:val="196FD633"/>
    <w:rsid w:val="21B04064"/>
    <w:rsid w:val="21B0E070"/>
    <w:rsid w:val="229D2D96"/>
    <w:rsid w:val="2B813817"/>
    <w:rsid w:val="2C38E948"/>
    <w:rsid w:val="2F055DF2"/>
    <w:rsid w:val="2F216FCA"/>
    <w:rsid w:val="303874A1"/>
    <w:rsid w:val="3316FFDA"/>
    <w:rsid w:val="331E2303"/>
    <w:rsid w:val="34BC8190"/>
    <w:rsid w:val="3692EAB2"/>
    <w:rsid w:val="38E69087"/>
    <w:rsid w:val="3918319A"/>
    <w:rsid w:val="3B0ABAD8"/>
    <w:rsid w:val="3BEC76E1"/>
    <w:rsid w:val="3E939E82"/>
    <w:rsid w:val="41FA4E2D"/>
    <w:rsid w:val="42EDD47A"/>
    <w:rsid w:val="4435431E"/>
    <w:rsid w:val="4765078D"/>
    <w:rsid w:val="49F03444"/>
    <w:rsid w:val="4FE54BA4"/>
    <w:rsid w:val="50CC0627"/>
    <w:rsid w:val="54594F0C"/>
    <w:rsid w:val="56060AF8"/>
    <w:rsid w:val="6069584B"/>
    <w:rsid w:val="634FC714"/>
    <w:rsid w:val="66510902"/>
    <w:rsid w:val="68234B5F"/>
    <w:rsid w:val="6D245894"/>
    <w:rsid w:val="71796E53"/>
    <w:rsid w:val="73895725"/>
    <w:rsid w:val="75723E21"/>
    <w:rsid w:val="77ECA3DD"/>
    <w:rsid w:val="7AC35CA4"/>
    <w:rsid w:val="7FF6B42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B0D1094"/>
  <w14:defaultImageDpi w14:val="330"/>
  <w15:docId w15:val="{1D8FA6D9-325D-4E32-B24E-310EC6CA45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US" w:eastAsia="en-US"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A3362"/>
  </w:style>
  <w:style w:type="paragraph" w:styleId="Heading1">
    <w:name w:val="heading 1"/>
    <w:basedOn w:val="Normal"/>
    <w:next w:val="Normal"/>
    <w:link w:val="Heading1Char"/>
    <w:uiPriority w:val="9"/>
    <w:qFormat/>
    <w:rsid w:val="005A3362"/>
    <w:pPr>
      <w:pBdr>
        <w:top w:val="single" w:sz="24" w:space="0" w:color="EDE6E0" w:themeColor="accent1"/>
        <w:left w:val="single" w:sz="24" w:space="0" w:color="EDE6E0" w:themeColor="accent1"/>
        <w:bottom w:val="single" w:sz="24" w:space="0" w:color="EDE6E0" w:themeColor="accent1"/>
        <w:right w:val="single" w:sz="24" w:space="0" w:color="EDE6E0" w:themeColor="accent1"/>
      </w:pBdr>
      <w:shd w:val="clear" w:color="auto" w:fill="EDE6E0" w:themeFill="accent1"/>
      <w:spacing w:after="0"/>
      <w:outlineLvl w:val="0"/>
    </w:pPr>
    <w:rPr>
      <w:caps/>
      <w:color w:val="FFFFFF" w:themeColor="background1"/>
      <w:spacing w:val="15"/>
      <w:sz w:val="22"/>
      <w:szCs w:val="22"/>
    </w:rPr>
  </w:style>
  <w:style w:type="paragraph" w:styleId="Heading2">
    <w:name w:val="heading 2"/>
    <w:basedOn w:val="Normal"/>
    <w:next w:val="Normal"/>
    <w:link w:val="Heading2Char"/>
    <w:uiPriority w:val="9"/>
    <w:unhideWhenUsed/>
    <w:qFormat/>
    <w:rsid w:val="005A3362"/>
    <w:pPr>
      <w:pBdr>
        <w:top w:val="single" w:sz="24" w:space="0" w:color="FBF9F8" w:themeColor="accent1" w:themeTint="33"/>
        <w:left w:val="single" w:sz="24" w:space="0" w:color="FBF9F8" w:themeColor="accent1" w:themeTint="33"/>
        <w:bottom w:val="single" w:sz="24" w:space="0" w:color="FBF9F8" w:themeColor="accent1" w:themeTint="33"/>
        <w:right w:val="single" w:sz="24" w:space="0" w:color="FBF9F8" w:themeColor="accent1" w:themeTint="33"/>
      </w:pBdr>
      <w:shd w:val="clear" w:color="auto" w:fill="FBF9F8" w:themeFill="accent1" w:themeFillTint="33"/>
      <w:spacing w:after="0"/>
      <w:outlineLvl w:val="1"/>
    </w:pPr>
    <w:rPr>
      <w:caps/>
      <w:spacing w:val="15"/>
    </w:rPr>
  </w:style>
  <w:style w:type="paragraph" w:styleId="Heading3">
    <w:name w:val="heading 3"/>
    <w:basedOn w:val="Normal"/>
    <w:next w:val="Normal"/>
    <w:link w:val="Heading3Char"/>
    <w:uiPriority w:val="9"/>
    <w:unhideWhenUsed/>
    <w:qFormat/>
    <w:rsid w:val="005A3362"/>
    <w:pPr>
      <w:pBdr>
        <w:top w:val="single" w:sz="6" w:space="2" w:color="EDE6E0" w:themeColor="accent1"/>
      </w:pBdr>
      <w:spacing w:before="300" w:after="0"/>
      <w:outlineLvl w:val="2"/>
    </w:pPr>
    <w:rPr>
      <w:caps/>
      <w:color w:val="917054" w:themeColor="accent1" w:themeShade="7F"/>
      <w:spacing w:val="15"/>
    </w:rPr>
  </w:style>
  <w:style w:type="paragraph" w:styleId="Heading4">
    <w:name w:val="heading 4"/>
    <w:basedOn w:val="Normal"/>
    <w:next w:val="Normal"/>
    <w:link w:val="Heading4Char"/>
    <w:uiPriority w:val="9"/>
    <w:semiHidden/>
    <w:unhideWhenUsed/>
    <w:qFormat/>
    <w:rsid w:val="005A3362"/>
    <w:pPr>
      <w:pBdr>
        <w:top w:val="dotted" w:sz="6" w:space="2" w:color="EDE6E0" w:themeColor="accent1"/>
      </w:pBdr>
      <w:spacing w:before="200" w:after="0"/>
      <w:outlineLvl w:val="3"/>
    </w:pPr>
    <w:rPr>
      <w:caps/>
      <w:color w:val="C2AA96" w:themeColor="accent1" w:themeShade="BF"/>
      <w:spacing w:val="10"/>
    </w:rPr>
  </w:style>
  <w:style w:type="paragraph" w:styleId="Heading5">
    <w:name w:val="heading 5"/>
    <w:basedOn w:val="Normal"/>
    <w:next w:val="Normal"/>
    <w:link w:val="Heading5Char"/>
    <w:uiPriority w:val="9"/>
    <w:semiHidden/>
    <w:unhideWhenUsed/>
    <w:qFormat/>
    <w:rsid w:val="005A3362"/>
    <w:pPr>
      <w:pBdr>
        <w:bottom w:val="single" w:sz="6" w:space="1" w:color="EDE6E0" w:themeColor="accent1"/>
      </w:pBdr>
      <w:spacing w:before="200" w:after="0"/>
      <w:outlineLvl w:val="4"/>
    </w:pPr>
    <w:rPr>
      <w:caps/>
      <w:color w:val="C2AA96" w:themeColor="accent1" w:themeShade="BF"/>
      <w:spacing w:val="10"/>
    </w:rPr>
  </w:style>
  <w:style w:type="paragraph" w:styleId="Heading6">
    <w:name w:val="heading 6"/>
    <w:basedOn w:val="Normal"/>
    <w:next w:val="Normal"/>
    <w:link w:val="Heading6Char"/>
    <w:uiPriority w:val="9"/>
    <w:semiHidden/>
    <w:unhideWhenUsed/>
    <w:qFormat/>
    <w:rsid w:val="005A3362"/>
    <w:pPr>
      <w:pBdr>
        <w:bottom w:val="dotted" w:sz="6" w:space="1" w:color="EDE6E0" w:themeColor="accent1"/>
      </w:pBdr>
      <w:spacing w:before="200" w:after="0"/>
      <w:outlineLvl w:val="5"/>
    </w:pPr>
    <w:rPr>
      <w:caps/>
      <w:color w:val="C2AA96" w:themeColor="accent1" w:themeShade="BF"/>
      <w:spacing w:val="10"/>
    </w:rPr>
  </w:style>
  <w:style w:type="paragraph" w:styleId="Heading7">
    <w:name w:val="heading 7"/>
    <w:basedOn w:val="Normal"/>
    <w:next w:val="Normal"/>
    <w:link w:val="Heading7Char"/>
    <w:uiPriority w:val="9"/>
    <w:semiHidden/>
    <w:unhideWhenUsed/>
    <w:qFormat/>
    <w:rsid w:val="005A3362"/>
    <w:pPr>
      <w:spacing w:before="200" w:after="0"/>
      <w:outlineLvl w:val="6"/>
    </w:pPr>
    <w:rPr>
      <w:caps/>
      <w:color w:val="C2AA96" w:themeColor="accent1" w:themeShade="BF"/>
      <w:spacing w:val="10"/>
    </w:rPr>
  </w:style>
  <w:style w:type="paragraph" w:styleId="Heading8">
    <w:name w:val="heading 8"/>
    <w:basedOn w:val="Normal"/>
    <w:next w:val="Normal"/>
    <w:link w:val="Heading8Char"/>
    <w:uiPriority w:val="9"/>
    <w:semiHidden/>
    <w:unhideWhenUsed/>
    <w:qFormat/>
    <w:rsid w:val="005A3362"/>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5A3362"/>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5A3362"/>
    <w:pPr>
      <w:spacing w:after="0" w:line="240" w:lineRule="auto"/>
    </w:pPr>
  </w:style>
  <w:style w:type="character" w:customStyle="1" w:styleId="Heading1Char">
    <w:name w:val="Heading 1 Char"/>
    <w:basedOn w:val="DefaultParagraphFont"/>
    <w:link w:val="Heading1"/>
    <w:uiPriority w:val="9"/>
    <w:rsid w:val="005A3362"/>
    <w:rPr>
      <w:caps/>
      <w:color w:val="FFFFFF" w:themeColor="background1"/>
      <w:spacing w:val="15"/>
      <w:sz w:val="22"/>
      <w:szCs w:val="22"/>
      <w:shd w:val="clear" w:color="auto" w:fill="EDE6E0" w:themeFill="accent1"/>
    </w:rPr>
  </w:style>
  <w:style w:type="character" w:customStyle="1" w:styleId="Heading2Char">
    <w:name w:val="Heading 2 Char"/>
    <w:basedOn w:val="DefaultParagraphFont"/>
    <w:link w:val="Heading2"/>
    <w:uiPriority w:val="9"/>
    <w:rsid w:val="005A3362"/>
    <w:rPr>
      <w:caps/>
      <w:spacing w:val="15"/>
      <w:shd w:val="clear" w:color="auto" w:fill="FBF9F8" w:themeFill="accent1" w:themeFillTint="33"/>
    </w:rPr>
  </w:style>
  <w:style w:type="character" w:customStyle="1" w:styleId="Heading3Char">
    <w:name w:val="Heading 3 Char"/>
    <w:basedOn w:val="DefaultParagraphFont"/>
    <w:link w:val="Heading3"/>
    <w:uiPriority w:val="9"/>
    <w:rsid w:val="005A3362"/>
    <w:rPr>
      <w:caps/>
      <w:color w:val="917054" w:themeColor="accent1" w:themeShade="7F"/>
      <w:spacing w:val="15"/>
    </w:rPr>
  </w:style>
  <w:style w:type="paragraph" w:styleId="Title">
    <w:name w:val="Title"/>
    <w:basedOn w:val="Normal"/>
    <w:next w:val="Normal"/>
    <w:link w:val="TitleChar"/>
    <w:uiPriority w:val="10"/>
    <w:qFormat/>
    <w:rsid w:val="005A3362"/>
    <w:pPr>
      <w:spacing w:before="0" w:after="0"/>
    </w:pPr>
    <w:rPr>
      <w:rFonts w:asciiTheme="majorHAnsi" w:eastAsiaTheme="majorEastAsia" w:hAnsiTheme="majorHAnsi" w:cstheme="majorBidi"/>
      <w:caps/>
      <w:color w:val="EDE6E0" w:themeColor="accent1"/>
      <w:spacing w:val="10"/>
      <w:sz w:val="52"/>
      <w:szCs w:val="52"/>
    </w:rPr>
  </w:style>
  <w:style w:type="character" w:customStyle="1" w:styleId="TitleChar">
    <w:name w:val="Title Char"/>
    <w:basedOn w:val="DefaultParagraphFont"/>
    <w:link w:val="Title"/>
    <w:uiPriority w:val="10"/>
    <w:rsid w:val="005A3362"/>
    <w:rPr>
      <w:rFonts w:asciiTheme="majorHAnsi" w:eastAsiaTheme="majorEastAsia" w:hAnsiTheme="majorHAnsi" w:cstheme="majorBidi"/>
      <w:caps/>
      <w:color w:val="EDE6E0" w:themeColor="accent1"/>
      <w:spacing w:val="10"/>
      <w:sz w:val="52"/>
      <w:szCs w:val="52"/>
    </w:rPr>
  </w:style>
  <w:style w:type="paragraph" w:styleId="Subtitle">
    <w:name w:val="Subtitle"/>
    <w:basedOn w:val="Normal"/>
    <w:next w:val="Normal"/>
    <w:link w:val="SubtitleChar"/>
    <w:uiPriority w:val="11"/>
    <w:qFormat/>
    <w:rsid w:val="005A3362"/>
    <w:pPr>
      <w:spacing w:before="0" w:after="500" w:line="240" w:lineRule="auto"/>
    </w:pPr>
    <w:rPr>
      <w:caps/>
      <w:color w:val="796D83" w:themeColor="text1" w:themeTint="A6"/>
      <w:spacing w:val="10"/>
      <w:sz w:val="21"/>
      <w:szCs w:val="21"/>
    </w:rPr>
  </w:style>
  <w:style w:type="character" w:customStyle="1" w:styleId="SubtitleChar">
    <w:name w:val="Subtitle Char"/>
    <w:basedOn w:val="DefaultParagraphFont"/>
    <w:link w:val="Subtitle"/>
    <w:uiPriority w:val="11"/>
    <w:rsid w:val="005A3362"/>
    <w:rPr>
      <w:caps/>
      <w:color w:val="796D83" w:themeColor="text1" w:themeTint="A6"/>
      <w:spacing w:val="10"/>
      <w:sz w:val="21"/>
      <w:szCs w:val="21"/>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5A3362"/>
    <w:rPr>
      <w:i/>
      <w:iCs/>
      <w:sz w:val="24"/>
      <w:szCs w:val="24"/>
    </w:rPr>
  </w:style>
  <w:style w:type="character" w:customStyle="1" w:styleId="QuoteChar">
    <w:name w:val="Quote Char"/>
    <w:basedOn w:val="DefaultParagraphFont"/>
    <w:link w:val="Quote"/>
    <w:uiPriority w:val="29"/>
    <w:rsid w:val="005A3362"/>
    <w:rPr>
      <w:i/>
      <w:iCs/>
      <w:sz w:val="24"/>
      <w:szCs w:val="24"/>
    </w:rPr>
  </w:style>
  <w:style w:type="character" w:customStyle="1" w:styleId="Heading4Char">
    <w:name w:val="Heading 4 Char"/>
    <w:basedOn w:val="DefaultParagraphFont"/>
    <w:link w:val="Heading4"/>
    <w:uiPriority w:val="9"/>
    <w:semiHidden/>
    <w:rsid w:val="005A3362"/>
    <w:rPr>
      <w:caps/>
      <w:color w:val="C2AA96" w:themeColor="accent1" w:themeShade="BF"/>
      <w:spacing w:val="10"/>
    </w:rPr>
  </w:style>
  <w:style w:type="character" w:customStyle="1" w:styleId="Heading5Char">
    <w:name w:val="Heading 5 Char"/>
    <w:basedOn w:val="DefaultParagraphFont"/>
    <w:link w:val="Heading5"/>
    <w:uiPriority w:val="9"/>
    <w:semiHidden/>
    <w:rsid w:val="005A3362"/>
    <w:rPr>
      <w:caps/>
      <w:color w:val="C2AA96" w:themeColor="accent1" w:themeShade="BF"/>
      <w:spacing w:val="10"/>
    </w:rPr>
  </w:style>
  <w:style w:type="character" w:customStyle="1" w:styleId="Heading6Char">
    <w:name w:val="Heading 6 Char"/>
    <w:basedOn w:val="DefaultParagraphFont"/>
    <w:link w:val="Heading6"/>
    <w:uiPriority w:val="9"/>
    <w:semiHidden/>
    <w:rsid w:val="005A3362"/>
    <w:rPr>
      <w:caps/>
      <w:color w:val="C2AA96" w:themeColor="accent1" w:themeShade="BF"/>
      <w:spacing w:val="10"/>
    </w:rPr>
  </w:style>
  <w:style w:type="character" w:customStyle="1" w:styleId="Heading7Char">
    <w:name w:val="Heading 7 Char"/>
    <w:basedOn w:val="DefaultParagraphFont"/>
    <w:link w:val="Heading7"/>
    <w:uiPriority w:val="9"/>
    <w:semiHidden/>
    <w:rsid w:val="005A3362"/>
    <w:rPr>
      <w:caps/>
      <w:color w:val="C2AA96" w:themeColor="accent1" w:themeShade="BF"/>
      <w:spacing w:val="10"/>
    </w:rPr>
  </w:style>
  <w:style w:type="character" w:customStyle="1" w:styleId="Heading8Char">
    <w:name w:val="Heading 8 Char"/>
    <w:basedOn w:val="DefaultParagraphFont"/>
    <w:link w:val="Heading8"/>
    <w:uiPriority w:val="9"/>
    <w:semiHidden/>
    <w:rsid w:val="005A3362"/>
    <w:rPr>
      <w:caps/>
      <w:spacing w:val="10"/>
      <w:sz w:val="18"/>
      <w:szCs w:val="18"/>
    </w:rPr>
  </w:style>
  <w:style w:type="character" w:customStyle="1" w:styleId="Heading9Char">
    <w:name w:val="Heading 9 Char"/>
    <w:basedOn w:val="DefaultParagraphFont"/>
    <w:link w:val="Heading9"/>
    <w:uiPriority w:val="9"/>
    <w:semiHidden/>
    <w:rsid w:val="005A3362"/>
    <w:rPr>
      <w:i/>
      <w:iCs/>
      <w:caps/>
      <w:spacing w:val="10"/>
      <w:sz w:val="18"/>
      <w:szCs w:val="18"/>
    </w:rPr>
  </w:style>
  <w:style w:type="paragraph" w:styleId="Caption">
    <w:name w:val="caption"/>
    <w:basedOn w:val="Normal"/>
    <w:next w:val="Normal"/>
    <w:uiPriority w:val="35"/>
    <w:semiHidden/>
    <w:unhideWhenUsed/>
    <w:qFormat/>
    <w:rsid w:val="005A3362"/>
    <w:rPr>
      <w:b/>
      <w:bCs/>
      <w:color w:val="C2AA96" w:themeColor="accent1" w:themeShade="BF"/>
      <w:sz w:val="16"/>
      <w:szCs w:val="16"/>
    </w:rPr>
  </w:style>
  <w:style w:type="character" w:styleId="Strong">
    <w:name w:val="Strong"/>
    <w:uiPriority w:val="22"/>
    <w:qFormat/>
    <w:rsid w:val="005A3362"/>
    <w:rPr>
      <w:b/>
      <w:bCs/>
    </w:rPr>
  </w:style>
  <w:style w:type="character" w:styleId="Emphasis">
    <w:name w:val="Emphasis"/>
    <w:uiPriority w:val="20"/>
    <w:qFormat/>
    <w:rsid w:val="005A3362"/>
    <w:rPr>
      <w:caps/>
      <w:color w:val="917054" w:themeColor="accent1" w:themeShade="7F"/>
      <w:spacing w:val="5"/>
    </w:rPr>
  </w:style>
  <w:style w:type="paragraph" w:styleId="IntenseQuote">
    <w:name w:val="Intense Quote"/>
    <w:basedOn w:val="Normal"/>
    <w:next w:val="Normal"/>
    <w:link w:val="IntenseQuoteChar"/>
    <w:uiPriority w:val="30"/>
    <w:qFormat/>
    <w:rsid w:val="005A3362"/>
    <w:pPr>
      <w:spacing w:before="240" w:after="240" w:line="240" w:lineRule="auto"/>
      <w:ind w:left="1080" w:right="1080"/>
      <w:jc w:val="center"/>
    </w:pPr>
    <w:rPr>
      <w:color w:val="EDE6E0" w:themeColor="accent1"/>
      <w:sz w:val="24"/>
      <w:szCs w:val="24"/>
    </w:rPr>
  </w:style>
  <w:style w:type="character" w:customStyle="1" w:styleId="IntenseQuoteChar">
    <w:name w:val="Intense Quote Char"/>
    <w:basedOn w:val="DefaultParagraphFont"/>
    <w:link w:val="IntenseQuote"/>
    <w:uiPriority w:val="30"/>
    <w:rsid w:val="005A3362"/>
    <w:rPr>
      <w:color w:val="EDE6E0" w:themeColor="accent1"/>
      <w:sz w:val="24"/>
      <w:szCs w:val="24"/>
    </w:rPr>
  </w:style>
  <w:style w:type="character" w:styleId="SubtleEmphasis">
    <w:name w:val="Subtle Emphasis"/>
    <w:uiPriority w:val="19"/>
    <w:qFormat/>
    <w:rsid w:val="005A3362"/>
    <w:rPr>
      <w:i/>
      <w:iCs/>
      <w:color w:val="917054" w:themeColor="accent1" w:themeShade="7F"/>
    </w:rPr>
  </w:style>
  <w:style w:type="character" w:styleId="IntenseEmphasis">
    <w:name w:val="Intense Emphasis"/>
    <w:uiPriority w:val="21"/>
    <w:qFormat/>
    <w:rsid w:val="005A3362"/>
    <w:rPr>
      <w:b/>
      <w:bCs/>
      <w:caps/>
      <w:color w:val="917054" w:themeColor="accent1" w:themeShade="7F"/>
      <w:spacing w:val="10"/>
    </w:rPr>
  </w:style>
  <w:style w:type="character" w:styleId="SubtleReference">
    <w:name w:val="Subtle Reference"/>
    <w:uiPriority w:val="31"/>
    <w:qFormat/>
    <w:rsid w:val="005A3362"/>
    <w:rPr>
      <w:b/>
      <w:bCs/>
      <w:color w:val="EDE6E0" w:themeColor="accent1"/>
    </w:rPr>
  </w:style>
  <w:style w:type="character" w:styleId="IntenseReference">
    <w:name w:val="Intense Reference"/>
    <w:uiPriority w:val="32"/>
    <w:qFormat/>
    <w:rsid w:val="005A3362"/>
    <w:rPr>
      <w:b/>
      <w:bCs/>
      <w:i/>
      <w:iCs/>
      <w:caps/>
      <w:color w:val="EDE6E0" w:themeColor="accent1"/>
    </w:rPr>
  </w:style>
  <w:style w:type="character" w:styleId="BookTitle">
    <w:name w:val="Book Title"/>
    <w:uiPriority w:val="33"/>
    <w:qFormat/>
    <w:rsid w:val="005A3362"/>
    <w:rPr>
      <w:b/>
      <w:bCs/>
      <w:i/>
      <w:iCs/>
      <w:spacing w:val="0"/>
    </w:rPr>
  </w:style>
  <w:style w:type="paragraph" w:styleId="TOCHeading">
    <w:name w:val="TOC Heading"/>
    <w:basedOn w:val="Heading1"/>
    <w:next w:val="Normal"/>
    <w:uiPriority w:val="39"/>
    <w:semiHidden/>
    <w:unhideWhenUsed/>
    <w:qFormat/>
    <w:rsid w:val="005A3362"/>
    <w:pPr>
      <w:outlineLvl w:val="9"/>
    </w:pPr>
  </w:style>
  <w:style w:type="table" w:styleId="TableGrid">
    <w:name w:val="Table Grid"/>
    <w:basedOn w:val="TableNormal"/>
    <w:uiPriority w:val="59"/>
    <w:rsid w:val="00FC693F"/>
    <w:pPr>
      <w:spacing w:after="0" w:line="240" w:lineRule="auto"/>
    </w:pPr>
    <w:tblPr/>
  </w:style>
  <w:style w:type="table" w:styleId="LightShading">
    <w:name w:val="Light Shading"/>
    <w:basedOn w:val="TableNormal"/>
    <w:uiPriority w:val="60"/>
    <w:rsid w:val="00FC693F"/>
    <w:pPr>
      <w:spacing w:after="0" w:line="240" w:lineRule="auto"/>
    </w:pPr>
    <w:rPr>
      <w:color w:val="242127" w:themeColor="text1" w:themeShade="BF"/>
    </w:rPr>
    <w:tblPr>
      <w:tblStyleRowBandSize w:val="1"/>
      <w:tblStyleColBandSize w:val="1"/>
    </w:tblPr>
    <w:tblStylePr w:type="firstRow">
      <w:pPr>
        <w:spacing w:before="0" w:after="0" w:line="240" w:lineRule="auto"/>
      </w:pPr>
      <w:rPr>
        <w:b/>
        <w:bCs/>
      </w:rPr>
      <w:tblPr/>
      <w:tcPr>
        <w:tcBorders>
          <w:top w:val="single" w:sz="8" w:space="0" w:color="312C35" w:themeColor="text1"/>
          <w:left w:val="nil"/>
          <w:bottom w:val="single" w:sz="8" w:space="0" w:color="312C35" w:themeColor="text1"/>
          <w:right w:val="nil"/>
          <w:insideH w:val="nil"/>
          <w:insideV w:val="nil"/>
        </w:tcBorders>
      </w:tcPr>
    </w:tblStylePr>
    <w:tblStylePr w:type="lastRow">
      <w:pPr>
        <w:spacing w:before="0" w:after="0" w:line="240" w:lineRule="auto"/>
      </w:pPr>
      <w:rPr>
        <w:b/>
        <w:bCs/>
      </w:rPr>
      <w:tblPr/>
      <w:tcPr>
        <w:tcBorders>
          <w:top w:val="single" w:sz="8" w:space="0" w:color="312C35" w:themeColor="text1"/>
          <w:left w:val="nil"/>
          <w:bottom w:val="single" w:sz="8" w:space="0" w:color="312C35"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CC7D0" w:themeFill="text1" w:themeFillTint="3F"/>
      </w:tcPr>
    </w:tblStylePr>
    <w:tblStylePr w:type="band1Horz">
      <w:tblPr/>
      <w:tcPr>
        <w:tcBorders>
          <w:left w:val="nil"/>
          <w:right w:val="nil"/>
          <w:insideH w:val="nil"/>
          <w:insideV w:val="nil"/>
        </w:tcBorders>
        <w:shd w:val="clear" w:color="auto" w:fill="CCC7D0" w:themeFill="text1" w:themeFillTint="3F"/>
      </w:tcPr>
    </w:tblStylePr>
  </w:style>
  <w:style w:type="table" w:styleId="LightShading-Accent1">
    <w:name w:val="Light Shading Accent 1"/>
    <w:basedOn w:val="TableNormal"/>
    <w:uiPriority w:val="60"/>
    <w:rsid w:val="00FC693F"/>
    <w:pPr>
      <w:spacing w:after="0" w:line="240" w:lineRule="auto"/>
    </w:pPr>
    <w:rPr>
      <w:color w:val="C2AA96" w:themeColor="accent1" w:themeShade="BF"/>
    </w:rPr>
    <w:tblPr>
      <w:tblStyleRowBandSize w:val="1"/>
      <w:tblStyleColBandSize w:val="1"/>
    </w:tblPr>
    <w:tblStylePr w:type="firstRow">
      <w:pPr>
        <w:spacing w:before="0" w:after="0" w:line="240" w:lineRule="auto"/>
      </w:pPr>
      <w:rPr>
        <w:b/>
        <w:bCs/>
      </w:rPr>
      <w:tblPr/>
      <w:tcPr>
        <w:tcBorders>
          <w:top w:val="single" w:sz="8" w:space="0" w:color="EDE6E0" w:themeColor="accent1"/>
          <w:left w:val="nil"/>
          <w:bottom w:val="single" w:sz="8" w:space="0" w:color="EDE6E0" w:themeColor="accent1"/>
          <w:right w:val="nil"/>
          <w:insideH w:val="nil"/>
          <w:insideV w:val="nil"/>
        </w:tcBorders>
      </w:tcPr>
    </w:tblStylePr>
    <w:tblStylePr w:type="lastRow">
      <w:pPr>
        <w:spacing w:before="0" w:after="0" w:line="240" w:lineRule="auto"/>
      </w:pPr>
      <w:rPr>
        <w:b/>
        <w:bCs/>
      </w:rPr>
      <w:tblPr/>
      <w:tcPr>
        <w:tcBorders>
          <w:top w:val="single" w:sz="8" w:space="0" w:color="EDE6E0" w:themeColor="accent1"/>
          <w:left w:val="nil"/>
          <w:bottom w:val="single" w:sz="8" w:space="0" w:color="EDE6E0"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F8F7" w:themeFill="accent1" w:themeFillTint="3F"/>
      </w:tcPr>
    </w:tblStylePr>
    <w:tblStylePr w:type="band1Horz">
      <w:tblPr/>
      <w:tcPr>
        <w:tcBorders>
          <w:left w:val="nil"/>
          <w:right w:val="nil"/>
          <w:insideH w:val="nil"/>
          <w:insideV w:val="nil"/>
        </w:tcBorders>
        <w:shd w:val="clear" w:color="auto" w:fill="FAF8F7" w:themeFill="accent1" w:themeFillTint="3F"/>
      </w:tcPr>
    </w:tblStylePr>
  </w:style>
  <w:style w:type="table" w:styleId="LightShading-Accent2">
    <w:name w:val="Light Shading Accent 2"/>
    <w:basedOn w:val="TableNormal"/>
    <w:uiPriority w:val="60"/>
    <w:rsid w:val="00FC693F"/>
    <w:pPr>
      <w:spacing w:after="0" w:line="240" w:lineRule="auto"/>
    </w:pPr>
    <w:rPr>
      <w:color w:val="C07F13" w:themeColor="accent2" w:themeShade="BF"/>
    </w:rPr>
    <w:tblPr>
      <w:tblStyleRowBandSize w:val="1"/>
      <w:tblStyleColBandSize w:val="1"/>
    </w:tblPr>
    <w:tblStylePr w:type="firstRow">
      <w:pPr>
        <w:spacing w:before="0" w:after="0" w:line="240" w:lineRule="auto"/>
      </w:pPr>
      <w:rPr>
        <w:b/>
        <w:bCs/>
      </w:rPr>
      <w:tblPr/>
      <w:tcPr>
        <w:tcBorders>
          <w:top w:val="single" w:sz="8" w:space="0" w:color="EAA532" w:themeColor="accent2"/>
          <w:left w:val="nil"/>
          <w:bottom w:val="single" w:sz="8" w:space="0" w:color="EAA532" w:themeColor="accent2"/>
          <w:right w:val="nil"/>
          <w:insideH w:val="nil"/>
          <w:insideV w:val="nil"/>
        </w:tcBorders>
      </w:tcPr>
    </w:tblStylePr>
    <w:tblStylePr w:type="lastRow">
      <w:pPr>
        <w:spacing w:before="0" w:after="0" w:line="240" w:lineRule="auto"/>
      </w:pPr>
      <w:rPr>
        <w:b/>
        <w:bCs/>
      </w:rPr>
      <w:tblPr/>
      <w:tcPr>
        <w:tcBorders>
          <w:top w:val="single" w:sz="8" w:space="0" w:color="EAA532" w:themeColor="accent2"/>
          <w:left w:val="nil"/>
          <w:bottom w:val="single" w:sz="8" w:space="0" w:color="EAA53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E8CC" w:themeFill="accent2" w:themeFillTint="3F"/>
      </w:tcPr>
    </w:tblStylePr>
    <w:tblStylePr w:type="band1Horz">
      <w:tblPr/>
      <w:tcPr>
        <w:tcBorders>
          <w:left w:val="nil"/>
          <w:right w:val="nil"/>
          <w:insideH w:val="nil"/>
          <w:insideV w:val="nil"/>
        </w:tcBorders>
        <w:shd w:val="clear" w:color="auto" w:fill="F9E8CC" w:themeFill="accent2" w:themeFillTint="3F"/>
      </w:tcPr>
    </w:tblStylePr>
  </w:style>
  <w:style w:type="table" w:styleId="LightShading-Accent3">
    <w:name w:val="Light Shading Accent 3"/>
    <w:basedOn w:val="TableNormal"/>
    <w:uiPriority w:val="60"/>
    <w:rsid w:val="00FC693F"/>
    <w:pPr>
      <w:spacing w:after="0" w:line="240" w:lineRule="auto"/>
    </w:pPr>
    <w:rPr>
      <w:color w:val="994A76" w:themeColor="accent3" w:themeShade="BF"/>
    </w:rPr>
    <w:tblPr>
      <w:tblStyleRowBandSize w:val="1"/>
      <w:tblStyleColBandSize w:val="1"/>
    </w:tblPr>
    <w:tblStylePr w:type="firstRow">
      <w:pPr>
        <w:spacing w:before="0" w:after="0" w:line="240" w:lineRule="auto"/>
      </w:pPr>
      <w:rPr>
        <w:b/>
        <w:bCs/>
      </w:rPr>
      <w:tblPr/>
      <w:tcPr>
        <w:tcBorders>
          <w:top w:val="single" w:sz="8" w:space="0" w:color="BC749C" w:themeColor="accent3"/>
          <w:left w:val="nil"/>
          <w:bottom w:val="single" w:sz="8" w:space="0" w:color="BC749C" w:themeColor="accent3"/>
          <w:right w:val="nil"/>
          <w:insideH w:val="nil"/>
          <w:insideV w:val="nil"/>
        </w:tcBorders>
      </w:tcPr>
    </w:tblStylePr>
    <w:tblStylePr w:type="lastRow">
      <w:pPr>
        <w:spacing w:before="0" w:after="0" w:line="240" w:lineRule="auto"/>
      </w:pPr>
      <w:rPr>
        <w:b/>
        <w:bCs/>
      </w:rPr>
      <w:tblPr/>
      <w:tcPr>
        <w:tcBorders>
          <w:top w:val="single" w:sz="8" w:space="0" w:color="BC749C" w:themeColor="accent3"/>
          <w:left w:val="nil"/>
          <w:bottom w:val="single" w:sz="8" w:space="0" w:color="BC749C"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EDCE6" w:themeFill="accent3" w:themeFillTint="3F"/>
      </w:tcPr>
    </w:tblStylePr>
    <w:tblStylePr w:type="band1Horz">
      <w:tblPr/>
      <w:tcPr>
        <w:tcBorders>
          <w:left w:val="nil"/>
          <w:right w:val="nil"/>
          <w:insideH w:val="nil"/>
          <w:insideV w:val="nil"/>
        </w:tcBorders>
        <w:shd w:val="clear" w:color="auto" w:fill="EEDCE6" w:themeFill="accent3" w:themeFillTint="3F"/>
      </w:tcPr>
    </w:tblStylePr>
  </w:style>
  <w:style w:type="table" w:styleId="LightShading-Accent4">
    <w:name w:val="Light Shading Accent 4"/>
    <w:basedOn w:val="TableNormal"/>
    <w:uiPriority w:val="60"/>
    <w:rsid w:val="00FC693F"/>
    <w:pPr>
      <w:spacing w:after="0" w:line="240" w:lineRule="auto"/>
    </w:pPr>
    <w:rPr>
      <w:color w:val="442A56" w:themeColor="accent4" w:themeShade="BF"/>
    </w:rPr>
    <w:tblPr>
      <w:tblStyleRowBandSize w:val="1"/>
      <w:tblStyleColBandSize w:val="1"/>
    </w:tblPr>
    <w:tblStylePr w:type="firstRow">
      <w:pPr>
        <w:spacing w:before="0" w:after="0" w:line="240" w:lineRule="auto"/>
      </w:pPr>
      <w:rPr>
        <w:b/>
        <w:bCs/>
      </w:rPr>
      <w:tblPr/>
      <w:tcPr>
        <w:tcBorders>
          <w:top w:val="single" w:sz="8" w:space="0" w:color="5C3873" w:themeColor="accent4"/>
          <w:left w:val="nil"/>
          <w:bottom w:val="single" w:sz="8" w:space="0" w:color="5C3873" w:themeColor="accent4"/>
          <w:right w:val="nil"/>
          <w:insideH w:val="nil"/>
          <w:insideV w:val="nil"/>
        </w:tcBorders>
      </w:tcPr>
    </w:tblStylePr>
    <w:tblStylePr w:type="lastRow">
      <w:pPr>
        <w:spacing w:before="0" w:after="0" w:line="240" w:lineRule="auto"/>
      </w:pPr>
      <w:rPr>
        <w:b/>
        <w:bCs/>
      </w:rPr>
      <w:tblPr/>
      <w:tcPr>
        <w:tcBorders>
          <w:top w:val="single" w:sz="8" w:space="0" w:color="5C3873" w:themeColor="accent4"/>
          <w:left w:val="nil"/>
          <w:bottom w:val="single" w:sz="8" w:space="0" w:color="5C3873"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8C6E3" w:themeFill="accent4" w:themeFillTint="3F"/>
      </w:tcPr>
    </w:tblStylePr>
    <w:tblStylePr w:type="band1Horz">
      <w:tblPr/>
      <w:tcPr>
        <w:tcBorders>
          <w:left w:val="nil"/>
          <w:right w:val="nil"/>
          <w:insideH w:val="nil"/>
          <w:insideV w:val="nil"/>
        </w:tcBorders>
        <w:shd w:val="clear" w:color="auto" w:fill="D8C6E3" w:themeFill="accent4" w:themeFillTint="3F"/>
      </w:tcPr>
    </w:tblStylePr>
  </w:style>
  <w:style w:type="table" w:styleId="LightShading-Accent5">
    <w:name w:val="Light Shading Accent 5"/>
    <w:basedOn w:val="TableNormal"/>
    <w:uiPriority w:val="60"/>
    <w:rsid w:val="00FC693F"/>
    <w:pPr>
      <w:spacing w:after="0" w:line="240" w:lineRule="auto"/>
    </w:pPr>
    <w:rPr>
      <w:color w:val="77206D" w:themeColor="accent5" w:themeShade="BF"/>
    </w:rPr>
    <w:tblPr>
      <w:tblStyleRowBandSize w:val="1"/>
      <w:tblStyleColBandSize w:val="1"/>
    </w:tblPr>
    <w:tblStylePr w:type="firstRow">
      <w:pPr>
        <w:spacing w:before="0" w:after="0" w:line="240" w:lineRule="auto"/>
      </w:pPr>
      <w:rPr>
        <w:b/>
        <w:bCs/>
      </w:rPr>
      <w:tblPr/>
      <w:tcPr>
        <w:tcBorders>
          <w:top w:val="single" w:sz="8" w:space="0" w:color="A02B93" w:themeColor="accent5"/>
          <w:left w:val="nil"/>
          <w:bottom w:val="single" w:sz="8" w:space="0" w:color="A02B93" w:themeColor="accent5"/>
          <w:right w:val="nil"/>
          <w:insideH w:val="nil"/>
          <w:insideV w:val="nil"/>
        </w:tcBorders>
      </w:tcPr>
    </w:tblStylePr>
    <w:tblStylePr w:type="lastRow">
      <w:pPr>
        <w:spacing w:before="0" w:after="0" w:line="240" w:lineRule="auto"/>
      </w:pPr>
      <w:rPr>
        <w:b/>
        <w:bCs/>
      </w:rPr>
      <w:tblPr/>
      <w:tcPr>
        <w:tcBorders>
          <w:top w:val="single" w:sz="8" w:space="0" w:color="A02B93" w:themeColor="accent5"/>
          <w:left w:val="nil"/>
          <w:bottom w:val="single" w:sz="8" w:space="0" w:color="A02B93"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C3E9" w:themeFill="accent5" w:themeFillTint="3F"/>
      </w:tcPr>
    </w:tblStylePr>
    <w:tblStylePr w:type="band1Horz">
      <w:tblPr/>
      <w:tcPr>
        <w:tcBorders>
          <w:left w:val="nil"/>
          <w:right w:val="nil"/>
          <w:insideH w:val="nil"/>
          <w:insideV w:val="nil"/>
        </w:tcBorders>
        <w:shd w:val="clear" w:color="auto" w:fill="EFC3E9" w:themeFill="accent5" w:themeFillTint="3F"/>
      </w:tcPr>
    </w:tblStylePr>
  </w:style>
  <w:style w:type="table" w:styleId="LightShading-Accent6">
    <w:name w:val="Light Shading Accent 6"/>
    <w:basedOn w:val="TableNormal"/>
    <w:uiPriority w:val="60"/>
    <w:rsid w:val="00FC693F"/>
    <w:pPr>
      <w:spacing w:after="0" w:line="240" w:lineRule="auto"/>
    </w:pPr>
    <w:rPr>
      <w:color w:val="3A7C22" w:themeColor="accent6" w:themeShade="BF"/>
    </w:rPr>
    <w:tblPr>
      <w:tblStyleRowBandSize w:val="1"/>
      <w:tblStyleColBandSize w:val="1"/>
    </w:tblPr>
    <w:tblStylePr w:type="firstRow">
      <w:pPr>
        <w:spacing w:before="0" w:after="0" w:line="240" w:lineRule="auto"/>
      </w:pPr>
      <w:rPr>
        <w:b/>
        <w:bCs/>
      </w:rPr>
      <w:tblPr/>
      <w:tcPr>
        <w:tcBorders>
          <w:top w:val="single" w:sz="8" w:space="0" w:color="4EA72E" w:themeColor="accent6"/>
          <w:left w:val="nil"/>
          <w:bottom w:val="single" w:sz="8" w:space="0" w:color="4EA72E" w:themeColor="accent6"/>
          <w:right w:val="nil"/>
          <w:insideH w:val="nil"/>
          <w:insideV w:val="nil"/>
        </w:tcBorders>
      </w:tcPr>
    </w:tblStylePr>
    <w:tblStylePr w:type="lastRow">
      <w:pPr>
        <w:spacing w:before="0" w:after="0" w:line="240" w:lineRule="auto"/>
      </w:pPr>
      <w:rPr>
        <w:b/>
        <w:bCs/>
      </w:rPr>
      <w:tblPr/>
      <w:tcPr>
        <w:tcBorders>
          <w:top w:val="single" w:sz="8" w:space="0" w:color="4EA72E" w:themeColor="accent6"/>
          <w:left w:val="nil"/>
          <w:bottom w:val="single" w:sz="8" w:space="0" w:color="4EA72E"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EFC5" w:themeFill="accent6" w:themeFillTint="3F"/>
      </w:tcPr>
    </w:tblStylePr>
    <w:tblStylePr w:type="band1Horz">
      <w:tblPr/>
      <w:tcPr>
        <w:tcBorders>
          <w:left w:val="nil"/>
          <w:right w:val="nil"/>
          <w:insideH w:val="nil"/>
          <w:insideV w:val="nil"/>
        </w:tcBorders>
        <w:shd w:val="clear" w:color="auto" w:fill="D0EFC5"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Pr>
    <w:tcPr>
      <w:tcBorders>
        <w:top w:val="single" w:sz="8" w:space="0" w:color="312C35" w:themeColor="text1"/>
        <w:left w:val="single" w:sz="8" w:space="0" w:color="312C35" w:themeColor="text1"/>
        <w:bottom w:val="single" w:sz="8" w:space="0" w:color="312C35" w:themeColor="text1"/>
        <w:right w:val="single" w:sz="8" w:space="0" w:color="312C35" w:themeColor="text1"/>
      </w:tcBorders>
    </w:tcPr>
    <w:tblStylePr w:type="firstRow">
      <w:pPr>
        <w:spacing w:before="0" w:after="0" w:line="240" w:lineRule="auto"/>
      </w:pPr>
      <w:rPr>
        <w:b/>
        <w:bCs/>
        <w:color w:val="FFFFFF" w:themeColor="background1"/>
      </w:rPr>
      <w:tblPr/>
      <w:tcPr>
        <w:shd w:val="clear" w:color="auto" w:fill="312C35" w:themeFill="text1"/>
      </w:tcPr>
    </w:tblStylePr>
    <w:tblStylePr w:type="lastRow">
      <w:pPr>
        <w:spacing w:before="0" w:after="0" w:line="240" w:lineRule="auto"/>
      </w:pPr>
      <w:rPr>
        <w:b/>
        <w:bCs/>
      </w:rPr>
    </w:tblStylePr>
    <w:tblStylePr w:type="firstCol">
      <w:rPr>
        <w:b/>
        <w:bCs/>
      </w:rPr>
    </w:tblStylePr>
    <w:tblStylePr w:type="lastCol">
      <w:rPr>
        <w:b/>
        <w:bCs/>
      </w:rPr>
    </w:tblStylePr>
  </w:style>
  <w:style w:type="table" w:styleId="LightList-Accent1">
    <w:name w:val="Light List Accent 1"/>
    <w:basedOn w:val="TableNormal"/>
    <w:uiPriority w:val="61"/>
    <w:rsid w:val="00FC693F"/>
    <w:pPr>
      <w:spacing w:after="0" w:line="240" w:lineRule="auto"/>
    </w:pPr>
    <w:tblPr>
      <w:tblStyleRowBandSize w:val="1"/>
      <w:tblStyleColBandSize w:val="1"/>
    </w:tblPr>
    <w:tcPr>
      <w:tcBorders>
        <w:top w:val="single" w:sz="8" w:space="0" w:color="EDE6E0" w:themeColor="accent1"/>
        <w:left w:val="single" w:sz="8" w:space="0" w:color="EDE6E0" w:themeColor="accent1"/>
        <w:bottom w:val="single" w:sz="8" w:space="0" w:color="EDE6E0" w:themeColor="accent1"/>
        <w:right w:val="single" w:sz="8" w:space="0" w:color="EDE6E0" w:themeColor="accent1"/>
      </w:tcBorders>
    </w:tcPr>
    <w:tblStylePr w:type="firstRow">
      <w:pPr>
        <w:spacing w:before="0" w:after="0" w:line="240" w:lineRule="auto"/>
      </w:pPr>
      <w:rPr>
        <w:b/>
        <w:bCs/>
        <w:color w:val="FFFFFF" w:themeColor="background1"/>
      </w:rPr>
      <w:tblPr/>
      <w:tcPr>
        <w:shd w:val="clear" w:color="auto" w:fill="EDE6E0" w:themeFill="accent1"/>
      </w:tcPr>
    </w:tblStylePr>
    <w:tblStylePr w:type="lastRow">
      <w:pPr>
        <w:spacing w:before="0" w:after="0" w:line="240" w:lineRule="auto"/>
      </w:pPr>
      <w:rPr>
        <w:b/>
        <w:bCs/>
      </w:rPr>
    </w:tblStylePr>
    <w:tblStylePr w:type="firstCol">
      <w:rPr>
        <w:b/>
        <w:bCs/>
      </w:rPr>
    </w:tblStylePr>
    <w:tblStylePr w:type="lastCol">
      <w:rPr>
        <w:b/>
        <w:bCs/>
      </w:rPr>
    </w:tblStylePr>
  </w:style>
  <w:style w:type="table" w:styleId="LightList-Accent2">
    <w:name w:val="Light List Accent 2"/>
    <w:basedOn w:val="TableNormal"/>
    <w:uiPriority w:val="61"/>
    <w:rsid w:val="00CB0664"/>
    <w:pPr>
      <w:spacing w:after="0" w:line="240" w:lineRule="auto"/>
    </w:pPr>
    <w:tblPr>
      <w:tblStyleRowBandSize w:val="1"/>
      <w:tblStyleColBandSize w:val="1"/>
    </w:tblPr>
    <w:tcPr>
      <w:tcBorders>
        <w:top w:val="single" w:sz="8" w:space="0" w:color="EAA532" w:themeColor="accent2"/>
        <w:left w:val="single" w:sz="8" w:space="0" w:color="EAA532" w:themeColor="accent2"/>
        <w:bottom w:val="single" w:sz="8" w:space="0" w:color="EAA532" w:themeColor="accent2"/>
        <w:right w:val="single" w:sz="8" w:space="0" w:color="EAA532" w:themeColor="accent2"/>
      </w:tcBorders>
    </w:tcPr>
    <w:tblStylePr w:type="firstRow">
      <w:pPr>
        <w:spacing w:before="0" w:after="0" w:line="240" w:lineRule="auto"/>
      </w:pPr>
      <w:rPr>
        <w:b/>
        <w:bCs/>
        <w:color w:val="FFFFFF" w:themeColor="background1"/>
      </w:rPr>
      <w:tblPr/>
      <w:tcPr>
        <w:shd w:val="clear" w:color="auto" w:fill="EAA532" w:themeFill="accent2"/>
      </w:tcPr>
    </w:tblStylePr>
    <w:tblStylePr w:type="lastRow">
      <w:pPr>
        <w:spacing w:before="0" w:after="0" w:line="240" w:lineRule="auto"/>
      </w:pPr>
      <w:rPr>
        <w:b/>
        <w:bCs/>
      </w:rPr>
    </w:tblStylePr>
    <w:tblStylePr w:type="firstCol">
      <w:rPr>
        <w:b/>
        <w:bCs/>
      </w:rPr>
    </w:tblStylePr>
    <w:tblStylePr w:type="lastCol">
      <w:rPr>
        <w:b/>
        <w:bCs/>
      </w:rPr>
    </w:tblStylePr>
  </w:style>
  <w:style w:type="table" w:styleId="LightList-Accent3">
    <w:name w:val="Light List Accent 3"/>
    <w:basedOn w:val="TableNormal"/>
    <w:uiPriority w:val="61"/>
    <w:rsid w:val="00CB0664"/>
    <w:pPr>
      <w:spacing w:after="0" w:line="240" w:lineRule="auto"/>
    </w:pPr>
    <w:tblPr>
      <w:tblStyleRowBandSize w:val="1"/>
      <w:tblStyleColBandSize w:val="1"/>
    </w:tblPr>
    <w:tcPr>
      <w:tcBorders>
        <w:top w:val="single" w:sz="8" w:space="0" w:color="BC749C" w:themeColor="accent3"/>
        <w:left w:val="single" w:sz="8" w:space="0" w:color="BC749C" w:themeColor="accent3"/>
        <w:bottom w:val="single" w:sz="8" w:space="0" w:color="BC749C" w:themeColor="accent3"/>
        <w:right w:val="single" w:sz="8" w:space="0" w:color="BC749C" w:themeColor="accent3"/>
      </w:tcBorders>
    </w:tcPr>
    <w:tblStylePr w:type="firstRow">
      <w:pPr>
        <w:spacing w:before="0" w:after="0" w:line="240" w:lineRule="auto"/>
      </w:pPr>
      <w:rPr>
        <w:b/>
        <w:bCs/>
        <w:color w:val="FFFFFF" w:themeColor="background1"/>
      </w:rPr>
      <w:tblPr/>
      <w:tcPr>
        <w:shd w:val="clear" w:color="auto" w:fill="BC749C" w:themeFill="accent3"/>
      </w:tcPr>
    </w:tblStylePr>
    <w:tblStylePr w:type="lastRow">
      <w:pPr>
        <w:spacing w:before="0" w:after="0" w:line="240" w:lineRule="auto"/>
      </w:pPr>
      <w:rPr>
        <w:b/>
        <w:bCs/>
      </w:rPr>
    </w:tblStylePr>
    <w:tblStylePr w:type="firstCol">
      <w:rPr>
        <w:b/>
        <w:bCs/>
      </w:rPr>
    </w:tblStylePr>
    <w:tblStylePr w:type="lastCol">
      <w:rPr>
        <w:b/>
        <w:bCs/>
      </w:rPr>
    </w:tblStylePr>
  </w:style>
  <w:style w:type="table" w:styleId="LightList-Accent4">
    <w:name w:val="Light List Accent 4"/>
    <w:basedOn w:val="TableNormal"/>
    <w:uiPriority w:val="61"/>
    <w:rsid w:val="00CB0664"/>
    <w:pPr>
      <w:spacing w:after="0" w:line="240" w:lineRule="auto"/>
    </w:pPr>
    <w:tblPr>
      <w:tblStyleRowBandSize w:val="1"/>
      <w:tblStyleColBandSize w:val="1"/>
    </w:tblPr>
    <w:tcPr>
      <w:tcBorders>
        <w:top w:val="single" w:sz="8" w:space="0" w:color="5C3873" w:themeColor="accent4"/>
        <w:left w:val="single" w:sz="8" w:space="0" w:color="5C3873" w:themeColor="accent4"/>
        <w:bottom w:val="single" w:sz="8" w:space="0" w:color="5C3873" w:themeColor="accent4"/>
        <w:right w:val="single" w:sz="8" w:space="0" w:color="5C3873" w:themeColor="accent4"/>
      </w:tcBorders>
    </w:tcPr>
    <w:tblStylePr w:type="firstRow">
      <w:pPr>
        <w:spacing w:before="0" w:after="0" w:line="240" w:lineRule="auto"/>
      </w:pPr>
      <w:rPr>
        <w:b/>
        <w:bCs/>
        <w:color w:val="FFFFFF" w:themeColor="background1"/>
      </w:rPr>
      <w:tblPr/>
      <w:tcPr>
        <w:shd w:val="clear" w:color="auto" w:fill="5C3873" w:themeFill="accent4"/>
      </w:tcPr>
    </w:tblStylePr>
    <w:tblStylePr w:type="lastRow">
      <w:pPr>
        <w:spacing w:before="0" w:after="0" w:line="240" w:lineRule="auto"/>
      </w:pPr>
      <w:rPr>
        <w:b/>
        <w:bCs/>
      </w:rPr>
    </w:tblStylePr>
    <w:tblStylePr w:type="firstCol">
      <w:rPr>
        <w:b/>
        <w:bCs/>
      </w:rPr>
    </w:tblStylePr>
    <w:tblStylePr w:type="lastCol">
      <w:rPr>
        <w:b/>
        <w:bCs/>
      </w:rPr>
    </w:tblStylePr>
  </w:style>
  <w:style w:type="table" w:styleId="LightList-Accent5">
    <w:name w:val="Light List Accent 5"/>
    <w:basedOn w:val="TableNormal"/>
    <w:uiPriority w:val="61"/>
    <w:rsid w:val="00CB0664"/>
    <w:pPr>
      <w:spacing w:after="0" w:line="240" w:lineRule="auto"/>
    </w:pPr>
    <w:tblPr>
      <w:tblStyleRowBandSize w:val="1"/>
      <w:tblStyleColBandSize w:val="1"/>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type="firstRow">
      <w:pPr>
        <w:spacing w:before="0" w:after="0" w:line="240" w:lineRule="auto"/>
      </w:pPr>
      <w:rPr>
        <w:b/>
        <w:bCs/>
        <w:color w:val="FFFFFF" w:themeColor="background1"/>
      </w:rPr>
      <w:tblPr/>
      <w:tcPr>
        <w:shd w:val="clear" w:color="auto" w:fill="A02B93" w:themeFill="accent5"/>
      </w:tcPr>
    </w:tblStylePr>
    <w:tblStylePr w:type="lastRow">
      <w:pPr>
        <w:spacing w:before="0" w:after="0" w:line="240" w:lineRule="auto"/>
      </w:pPr>
      <w:rPr>
        <w:b/>
        <w:bCs/>
      </w:rPr>
    </w:tblStylePr>
    <w:tblStylePr w:type="firstCol">
      <w:rPr>
        <w:b/>
        <w:bCs/>
      </w:rPr>
    </w:tblStylePr>
    <w:tblStylePr w:type="lastCol">
      <w:rPr>
        <w:b/>
        <w:bCs/>
      </w:rPr>
    </w:tblStylePr>
  </w:style>
  <w:style w:type="table" w:styleId="LightList-Accent6">
    <w:name w:val="Light List Accent 6"/>
    <w:basedOn w:val="TableNormal"/>
    <w:uiPriority w:val="61"/>
    <w:rsid w:val="00CB0664"/>
    <w:pPr>
      <w:spacing w:after="0" w:line="240" w:lineRule="auto"/>
    </w:pPr>
    <w:tblPr>
      <w:tblStyleRowBandSize w:val="1"/>
      <w:tblStyleColBandSize w:val="1"/>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type="firstRow">
      <w:pPr>
        <w:spacing w:before="0" w:after="0" w:line="240" w:lineRule="auto"/>
      </w:pPr>
      <w:rPr>
        <w:b/>
        <w:bCs/>
        <w:color w:val="FFFFFF" w:themeColor="background1"/>
      </w:rPr>
      <w:tblPr/>
      <w:tcPr>
        <w:shd w:val="clear" w:color="auto" w:fill="4EA72E" w:themeFill="accent6"/>
      </w:tcPr>
    </w:tblStylePr>
    <w:tblStylePr w:type="lastRow">
      <w:pPr>
        <w:spacing w:before="0" w:after="0" w:line="240" w:lineRule="auto"/>
      </w:pPr>
      <w:rPr>
        <w:b/>
        <w:bCs/>
      </w:rPr>
    </w:tblStylePr>
    <w:tblStylePr w:type="firstCol">
      <w:rPr>
        <w:b/>
        <w:bCs/>
      </w:rPr>
    </w:tblStylePr>
    <w:tblStylePr w:type="lastCol">
      <w:rPr>
        <w:b/>
        <w:bCs/>
      </w:rPr>
    </w:tblStylePr>
  </w:style>
  <w:style w:type="table" w:styleId="LightGrid">
    <w:name w:val="Light Grid"/>
    <w:basedOn w:val="TableNormal"/>
    <w:uiPriority w:val="62"/>
    <w:rsid w:val="00CB0664"/>
    <w:pPr>
      <w:spacing w:after="0" w:line="240" w:lineRule="auto"/>
    </w:pPr>
    <w:tblPr>
      <w:tblStyleRowBandSize w:val="1"/>
      <w:tblStyleColBandSize w:val="1"/>
    </w:tblPr>
    <w:tblStylePr w:type="firstRow">
      <w:pPr>
        <w:spacing w:before="0" w:after="0" w:line="240" w:lineRule="auto"/>
      </w:pPr>
      <w:rPr>
        <w:rFonts w:asciiTheme="majorHAnsi" w:eastAsiaTheme="majorEastAsia" w:hAnsiTheme="majorHAnsi" w:cstheme="majorBidi"/>
        <w:b/>
        <w:bCs/>
      </w:rPr>
      <w:tblPr/>
      <w:tcPr>
        <w:tcBorders>
          <w:top w:val="single" w:sz="8" w:space="0" w:color="312C35" w:themeColor="text1"/>
          <w:left w:val="single" w:sz="8" w:space="0" w:color="312C35" w:themeColor="text1"/>
          <w:bottom w:val="single" w:sz="18" w:space="0" w:color="312C35" w:themeColor="text1"/>
          <w:right w:val="single" w:sz="8" w:space="0" w:color="312C35" w:themeColor="text1"/>
          <w:insideH w:val="nil"/>
          <w:insideV w:val="single" w:sz="8" w:space="0" w:color="312C35"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12C35" w:themeColor="text1"/>
          <w:left w:val="single" w:sz="8" w:space="0" w:color="312C35" w:themeColor="text1"/>
          <w:bottom w:val="single" w:sz="8" w:space="0" w:color="312C35" w:themeColor="text1"/>
          <w:right w:val="single" w:sz="8" w:space="0" w:color="312C35" w:themeColor="text1"/>
          <w:insideH w:val="nil"/>
          <w:insideV w:val="single" w:sz="8" w:space="0" w:color="312C35"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12C35" w:themeColor="text1"/>
          <w:left w:val="single" w:sz="8" w:space="0" w:color="312C35" w:themeColor="text1"/>
          <w:bottom w:val="single" w:sz="8" w:space="0" w:color="312C35" w:themeColor="text1"/>
          <w:right w:val="single" w:sz="8" w:space="0" w:color="312C35" w:themeColor="text1"/>
        </w:tcBorders>
      </w:tcPr>
    </w:tblStylePr>
    <w:tblStylePr w:type="band1Vert">
      <w:tblPr/>
      <w:tcPr>
        <w:tcBorders>
          <w:top w:val="single" w:sz="8" w:space="0" w:color="312C35" w:themeColor="text1"/>
          <w:left w:val="single" w:sz="8" w:space="0" w:color="312C35" w:themeColor="text1"/>
          <w:bottom w:val="single" w:sz="8" w:space="0" w:color="312C35" w:themeColor="text1"/>
          <w:right w:val="single" w:sz="8" w:space="0" w:color="312C35" w:themeColor="text1"/>
        </w:tcBorders>
        <w:shd w:val="clear" w:color="auto" w:fill="CCC7D0" w:themeFill="text1" w:themeFillTint="3F"/>
      </w:tcPr>
    </w:tblStylePr>
    <w:tblStylePr w:type="band1Horz">
      <w:tblPr/>
      <w:tcPr>
        <w:tcBorders>
          <w:top w:val="single" w:sz="8" w:space="0" w:color="312C35" w:themeColor="text1"/>
          <w:left w:val="single" w:sz="8" w:space="0" w:color="312C35" w:themeColor="text1"/>
          <w:bottom w:val="single" w:sz="8" w:space="0" w:color="312C35" w:themeColor="text1"/>
          <w:right w:val="single" w:sz="8" w:space="0" w:color="312C35" w:themeColor="text1"/>
          <w:insideV w:val="single" w:sz="8" w:space="0" w:color="312C35" w:themeColor="text1"/>
        </w:tcBorders>
        <w:shd w:val="clear" w:color="auto" w:fill="CCC7D0" w:themeFill="text1" w:themeFillTint="3F"/>
      </w:tcPr>
    </w:tblStylePr>
    <w:tblStylePr w:type="band2Horz">
      <w:tblPr/>
      <w:tcPr>
        <w:tcBorders>
          <w:top w:val="single" w:sz="8" w:space="0" w:color="312C35" w:themeColor="text1"/>
          <w:left w:val="single" w:sz="8" w:space="0" w:color="312C35" w:themeColor="text1"/>
          <w:bottom w:val="single" w:sz="8" w:space="0" w:color="312C35" w:themeColor="text1"/>
          <w:right w:val="single" w:sz="8" w:space="0" w:color="312C35" w:themeColor="text1"/>
          <w:insideV w:val="single" w:sz="8" w:space="0" w:color="312C35"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Pr>
    <w:tblStylePr w:type="firstRow">
      <w:pPr>
        <w:spacing w:before="0" w:after="0" w:line="240" w:lineRule="auto"/>
      </w:pPr>
      <w:rPr>
        <w:rFonts w:asciiTheme="majorHAnsi" w:eastAsiaTheme="majorEastAsia" w:hAnsiTheme="majorHAnsi" w:cstheme="majorBidi"/>
        <w:b/>
        <w:bCs/>
      </w:rPr>
      <w:tblPr/>
      <w:tcPr>
        <w:tcBorders>
          <w:top w:val="single" w:sz="8" w:space="0" w:color="EDE6E0" w:themeColor="accent1"/>
          <w:left w:val="single" w:sz="8" w:space="0" w:color="EDE6E0" w:themeColor="accent1"/>
          <w:bottom w:val="single" w:sz="18" w:space="0" w:color="EDE6E0" w:themeColor="accent1"/>
          <w:right w:val="single" w:sz="8" w:space="0" w:color="EDE6E0" w:themeColor="accent1"/>
          <w:insideH w:val="nil"/>
          <w:insideV w:val="single" w:sz="8" w:space="0" w:color="EDE6E0"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E6E0" w:themeColor="accent1"/>
          <w:left w:val="single" w:sz="8" w:space="0" w:color="EDE6E0" w:themeColor="accent1"/>
          <w:bottom w:val="single" w:sz="8" w:space="0" w:color="EDE6E0" w:themeColor="accent1"/>
          <w:right w:val="single" w:sz="8" w:space="0" w:color="EDE6E0" w:themeColor="accent1"/>
          <w:insideH w:val="nil"/>
          <w:insideV w:val="single" w:sz="8" w:space="0" w:color="EDE6E0"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E6E0" w:themeColor="accent1"/>
          <w:left w:val="single" w:sz="8" w:space="0" w:color="EDE6E0" w:themeColor="accent1"/>
          <w:bottom w:val="single" w:sz="8" w:space="0" w:color="EDE6E0" w:themeColor="accent1"/>
          <w:right w:val="single" w:sz="8" w:space="0" w:color="EDE6E0" w:themeColor="accent1"/>
        </w:tcBorders>
      </w:tcPr>
    </w:tblStylePr>
    <w:tblStylePr w:type="band1Vert">
      <w:tblPr/>
      <w:tcPr>
        <w:tcBorders>
          <w:top w:val="single" w:sz="8" w:space="0" w:color="EDE6E0" w:themeColor="accent1"/>
          <w:left w:val="single" w:sz="8" w:space="0" w:color="EDE6E0" w:themeColor="accent1"/>
          <w:bottom w:val="single" w:sz="8" w:space="0" w:color="EDE6E0" w:themeColor="accent1"/>
          <w:right w:val="single" w:sz="8" w:space="0" w:color="EDE6E0" w:themeColor="accent1"/>
        </w:tcBorders>
        <w:shd w:val="clear" w:color="auto" w:fill="FAF8F7" w:themeFill="accent1" w:themeFillTint="3F"/>
      </w:tcPr>
    </w:tblStylePr>
    <w:tblStylePr w:type="band1Horz">
      <w:tblPr/>
      <w:tcPr>
        <w:tcBorders>
          <w:top w:val="single" w:sz="8" w:space="0" w:color="EDE6E0" w:themeColor="accent1"/>
          <w:left w:val="single" w:sz="8" w:space="0" w:color="EDE6E0" w:themeColor="accent1"/>
          <w:bottom w:val="single" w:sz="8" w:space="0" w:color="EDE6E0" w:themeColor="accent1"/>
          <w:right w:val="single" w:sz="8" w:space="0" w:color="EDE6E0" w:themeColor="accent1"/>
          <w:insideV w:val="single" w:sz="8" w:space="0" w:color="EDE6E0" w:themeColor="accent1"/>
        </w:tcBorders>
        <w:shd w:val="clear" w:color="auto" w:fill="FAF8F7" w:themeFill="accent1" w:themeFillTint="3F"/>
      </w:tcPr>
    </w:tblStylePr>
    <w:tblStylePr w:type="band2Horz">
      <w:tblPr/>
      <w:tcPr>
        <w:tcBorders>
          <w:top w:val="single" w:sz="8" w:space="0" w:color="EDE6E0" w:themeColor="accent1"/>
          <w:left w:val="single" w:sz="8" w:space="0" w:color="EDE6E0" w:themeColor="accent1"/>
          <w:bottom w:val="single" w:sz="8" w:space="0" w:color="EDE6E0" w:themeColor="accent1"/>
          <w:right w:val="single" w:sz="8" w:space="0" w:color="EDE6E0" w:themeColor="accent1"/>
          <w:insideV w:val="single" w:sz="8" w:space="0" w:color="EDE6E0"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Pr>
    <w:tblStylePr w:type="firstRow">
      <w:pPr>
        <w:spacing w:before="0" w:after="0" w:line="240" w:lineRule="auto"/>
      </w:pPr>
      <w:rPr>
        <w:rFonts w:asciiTheme="majorHAnsi" w:eastAsiaTheme="majorEastAsia" w:hAnsiTheme="majorHAnsi" w:cstheme="majorBidi"/>
        <w:b/>
        <w:bCs/>
      </w:rPr>
      <w:tblPr/>
      <w:tcPr>
        <w:tcBorders>
          <w:top w:val="single" w:sz="8" w:space="0" w:color="EAA532" w:themeColor="accent2"/>
          <w:left w:val="single" w:sz="8" w:space="0" w:color="EAA532" w:themeColor="accent2"/>
          <w:bottom w:val="single" w:sz="18" w:space="0" w:color="EAA532" w:themeColor="accent2"/>
          <w:right w:val="single" w:sz="8" w:space="0" w:color="EAA532" w:themeColor="accent2"/>
          <w:insideH w:val="nil"/>
          <w:insideV w:val="single" w:sz="8" w:space="0" w:color="EAA53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AA532" w:themeColor="accent2"/>
          <w:left w:val="single" w:sz="8" w:space="0" w:color="EAA532" w:themeColor="accent2"/>
          <w:bottom w:val="single" w:sz="8" w:space="0" w:color="EAA532" w:themeColor="accent2"/>
          <w:right w:val="single" w:sz="8" w:space="0" w:color="EAA532" w:themeColor="accent2"/>
          <w:insideH w:val="nil"/>
          <w:insideV w:val="single" w:sz="8" w:space="0" w:color="EAA53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AA532" w:themeColor="accent2"/>
          <w:left w:val="single" w:sz="8" w:space="0" w:color="EAA532" w:themeColor="accent2"/>
          <w:bottom w:val="single" w:sz="8" w:space="0" w:color="EAA532" w:themeColor="accent2"/>
          <w:right w:val="single" w:sz="8" w:space="0" w:color="EAA532" w:themeColor="accent2"/>
        </w:tcBorders>
      </w:tcPr>
    </w:tblStylePr>
    <w:tblStylePr w:type="band1Vert">
      <w:tblPr/>
      <w:tcPr>
        <w:tcBorders>
          <w:top w:val="single" w:sz="8" w:space="0" w:color="EAA532" w:themeColor="accent2"/>
          <w:left w:val="single" w:sz="8" w:space="0" w:color="EAA532" w:themeColor="accent2"/>
          <w:bottom w:val="single" w:sz="8" w:space="0" w:color="EAA532" w:themeColor="accent2"/>
          <w:right w:val="single" w:sz="8" w:space="0" w:color="EAA532" w:themeColor="accent2"/>
        </w:tcBorders>
        <w:shd w:val="clear" w:color="auto" w:fill="F9E8CC" w:themeFill="accent2" w:themeFillTint="3F"/>
      </w:tcPr>
    </w:tblStylePr>
    <w:tblStylePr w:type="band1Horz">
      <w:tblPr/>
      <w:tcPr>
        <w:tcBorders>
          <w:top w:val="single" w:sz="8" w:space="0" w:color="EAA532" w:themeColor="accent2"/>
          <w:left w:val="single" w:sz="8" w:space="0" w:color="EAA532" w:themeColor="accent2"/>
          <w:bottom w:val="single" w:sz="8" w:space="0" w:color="EAA532" w:themeColor="accent2"/>
          <w:right w:val="single" w:sz="8" w:space="0" w:color="EAA532" w:themeColor="accent2"/>
          <w:insideV w:val="single" w:sz="8" w:space="0" w:color="EAA532" w:themeColor="accent2"/>
        </w:tcBorders>
        <w:shd w:val="clear" w:color="auto" w:fill="F9E8CC" w:themeFill="accent2" w:themeFillTint="3F"/>
      </w:tcPr>
    </w:tblStylePr>
    <w:tblStylePr w:type="band2Horz">
      <w:tblPr/>
      <w:tcPr>
        <w:tcBorders>
          <w:top w:val="single" w:sz="8" w:space="0" w:color="EAA532" w:themeColor="accent2"/>
          <w:left w:val="single" w:sz="8" w:space="0" w:color="EAA532" w:themeColor="accent2"/>
          <w:bottom w:val="single" w:sz="8" w:space="0" w:color="EAA532" w:themeColor="accent2"/>
          <w:right w:val="single" w:sz="8" w:space="0" w:color="EAA532" w:themeColor="accent2"/>
          <w:insideV w:val="single" w:sz="8" w:space="0" w:color="EAA532"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Pr>
    <w:tblStylePr w:type="firstRow">
      <w:pPr>
        <w:spacing w:before="0" w:after="0" w:line="240" w:lineRule="auto"/>
      </w:pPr>
      <w:rPr>
        <w:rFonts w:asciiTheme="majorHAnsi" w:eastAsiaTheme="majorEastAsia" w:hAnsiTheme="majorHAnsi" w:cstheme="majorBidi"/>
        <w:b/>
        <w:bCs/>
      </w:rPr>
      <w:tblPr/>
      <w:tcPr>
        <w:tcBorders>
          <w:top w:val="single" w:sz="8" w:space="0" w:color="BC749C" w:themeColor="accent3"/>
          <w:left w:val="single" w:sz="8" w:space="0" w:color="BC749C" w:themeColor="accent3"/>
          <w:bottom w:val="single" w:sz="18" w:space="0" w:color="BC749C" w:themeColor="accent3"/>
          <w:right w:val="single" w:sz="8" w:space="0" w:color="BC749C" w:themeColor="accent3"/>
          <w:insideH w:val="nil"/>
          <w:insideV w:val="single" w:sz="8" w:space="0" w:color="BC749C"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C749C" w:themeColor="accent3"/>
          <w:left w:val="single" w:sz="8" w:space="0" w:color="BC749C" w:themeColor="accent3"/>
          <w:bottom w:val="single" w:sz="8" w:space="0" w:color="BC749C" w:themeColor="accent3"/>
          <w:right w:val="single" w:sz="8" w:space="0" w:color="BC749C" w:themeColor="accent3"/>
          <w:insideH w:val="nil"/>
          <w:insideV w:val="single" w:sz="8" w:space="0" w:color="BC749C"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C749C" w:themeColor="accent3"/>
          <w:left w:val="single" w:sz="8" w:space="0" w:color="BC749C" w:themeColor="accent3"/>
          <w:bottom w:val="single" w:sz="8" w:space="0" w:color="BC749C" w:themeColor="accent3"/>
          <w:right w:val="single" w:sz="8" w:space="0" w:color="BC749C" w:themeColor="accent3"/>
        </w:tcBorders>
      </w:tcPr>
    </w:tblStylePr>
    <w:tblStylePr w:type="band1Vert">
      <w:tblPr/>
      <w:tcPr>
        <w:tcBorders>
          <w:top w:val="single" w:sz="8" w:space="0" w:color="BC749C" w:themeColor="accent3"/>
          <w:left w:val="single" w:sz="8" w:space="0" w:color="BC749C" w:themeColor="accent3"/>
          <w:bottom w:val="single" w:sz="8" w:space="0" w:color="BC749C" w:themeColor="accent3"/>
          <w:right w:val="single" w:sz="8" w:space="0" w:color="BC749C" w:themeColor="accent3"/>
        </w:tcBorders>
        <w:shd w:val="clear" w:color="auto" w:fill="EEDCE6" w:themeFill="accent3" w:themeFillTint="3F"/>
      </w:tcPr>
    </w:tblStylePr>
    <w:tblStylePr w:type="band1Horz">
      <w:tblPr/>
      <w:tcPr>
        <w:tcBorders>
          <w:top w:val="single" w:sz="8" w:space="0" w:color="BC749C" w:themeColor="accent3"/>
          <w:left w:val="single" w:sz="8" w:space="0" w:color="BC749C" w:themeColor="accent3"/>
          <w:bottom w:val="single" w:sz="8" w:space="0" w:color="BC749C" w:themeColor="accent3"/>
          <w:right w:val="single" w:sz="8" w:space="0" w:color="BC749C" w:themeColor="accent3"/>
          <w:insideV w:val="single" w:sz="8" w:space="0" w:color="BC749C" w:themeColor="accent3"/>
        </w:tcBorders>
        <w:shd w:val="clear" w:color="auto" w:fill="EEDCE6" w:themeFill="accent3" w:themeFillTint="3F"/>
      </w:tcPr>
    </w:tblStylePr>
    <w:tblStylePr w:type="band2Horz">
      <w:tblPr/>
      <w:tcPr>
        <w:tcBorders>
          <w:top w:val="single" w:sz="8" w:space="0" w:color="BC749C" w:themeColor="accent3"/>
          <w:left w:val="single" w:sz="8" w:space="0" w:color="BC749C" w:themeColor="accent3"/>
          <w:bottom w:val="single" w:sz="8" w:space="0" w:color="BC749C" w:themeColor="accent3"/>
          <w:right w:val="single" w:sz="8" w:space="0" w:color="BC749C" w:themeColor="accent3"/>
          <w:insideV w:val="single" w:sz="8" w:space="0" w:color="BC749C"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Pr>
    <w:tblStylePr w:type="firstRow">
      <w:pPr>
        <w:spacing w:before="0" w:after="0" w:line="240" w:lineRule="auto"/>
      </w:pPr>
      <w:rPr>
        <w:rFonts w:asciiTheme="majorHAnsi" w:eastAsiaTheme="majorEastAsia" w:hAnsiTheme="majorHAnsi" w:cstheme="majorBidi"/>
        <w:b/>
        <w:bCs/>
      </w:rPr>
      <w:tblPr/>
      <w:tcPr>
        <w:tcBorders>
          <w:top w:val="single" w:sz="8" w:space="0" w:color="5C3873" w:themeColor="accent4"/>
          <w:left w:val="single" w:sz="8" w:space="0" w:color="5C3873" w:themeColor="accent4"/>
          <w:bottom w:val="single" w:sz="18" w:space="0" w:color="5C3873" w:themeColor="accent4"/>
          <w:right w:val="single" w:sz="8" w:space="0" w:color="5C3873" w:themeColor="accent4"/>
          <w:insideH w:val="nil"/>
          <w:insideV w:val="single" w:sz="8" w:space="0" w:color="5C3873"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C3873" w:themeColor="accent4"/>
          <w:left w:val="single" w:sz="8" w:space="0" w:color="5C3873" w:themeColor="accent4"/>
          <w:bottom w:val="single" w:sz="8" w:space="0" w:color="5C3873" w:themeColor="accent4"/>
          <w:right w:val="single" w:sz="8" w:space="0" w:color="5C3873" w:themeColor="accent4"/>
          <w:insideH w:val="nil"/>
          <w:insideV w:val="single" w:sz="8" w:space="0" w:color="5C3873"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C3873" w:themeColor="accent4"/>
          <w:left w:val="single" w:sz="8" w:space="0" w:color="5C3873" w:themeColor="accent4"/>
          <w:bottom w:val="single" w:sz="8" w:space="0" w:color="5C3873" w:themeColor="accent4"/>
          <w:right w:val="single" w:sz="8" w:space="0" w:color="5C3873" w:themeColor="accent4"/>
        </w:tcBorders>
      </w:tcPr>
    </w:tblStylePr>
    <w:tblStylePr w:type="band1Vert">
      <w:tblPr/>
      <w:tcPr>
        <w:tcBorders>
          <w:top w:val="single" w:sz="8" w:space="0" w:color="5C3873" w:themeColor="accent4"/>
          <w:left w:val="single" w:sz="8" w:space="0" w:color="5C3873" w:themeColor="accent4"/>
          <w:bottom w:val="single" w:sz="8" w:space="0" w:color="5C3873" w:themeColor="accent4"/>
          <w:right w:val="single" w:sz="8" w:space="0" w:color="5C3873" w:themeColor="accent4"/>
        </w:tcBorders>
        <w:shd w:val="clear" w:color="auto" w:fill="D8C6E3" w:themeFill="accent4" w:themeFillTint="3F"/>
      </w:tcPr>
    </w:tblStylePr>
    <w:tblStylePr w:type="band1Horz">
      <w:tblPr/>
      <w:tcPr>
        <w:tcBorders>
          <w:top w:val="single" w:sz="8" w:space="0" w:color="5C3873" w:themeColor="accent4"/>
          <w:left w:val="single" w:sz="8" w:space="0" w:color="5C3873" w:themeColor="accent4"/>
          <w:bottom w:val="single" w:sz="8" w:space="0" w:color="5C3873" w:themeColor="accent4"/>
          <w:right w:val="single" w:sz="8" w:space="0" w:color="5C3873" w:themeColor="accent4"/>
          <w:insideV w:val="single" w:sz="8" w:space="0" w:color="5C3873" w:themeColor="accent4"/>
        </w:tcBorders>
        <w:shd w:val="clear" w:color="auto" w:fill="D8C6E3" w:themeFill="accent4" w:themeFillTint="3F"/>
      </w:tcPr>
    </w:tblStylePr>
    <w:tblStylePr w:type="band2Horz">
      <w:tblPr/>
      <w:tcPr>
        <w:tcBorders>
          <w:top w:val="single" w:sz="8" w:space="0" w:color="5C3873" w:themeColor="accent4"/>
          <w:left w:val="single" w:sz="8" w:space="0" w:color="5C3873" w:themeColor="accent4"/>
          <w:bottom w:val="single" w:sz="8" w:space="0" w:color="5C3873" w:themeColor="accent4"/>
          <w:right w:val="single" w:sz="8" w:space="0" w:color="5C3873" w:themeColor="accent4"/>
          <w:insideV w:val="single" w:sz="8" w:space="0" w:color="5C3873"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Pr>
    <w:tblStylePr w:type="firstRow">
      <w:pPr>
        <w:spacing w:before="0" w:after="0" w:line="240" w:lineRule="auto"/>
      </w:pPr>
      <w:rPr>
        <w:rFonts w:asciiTheme="majorHAnsi" w:eastAsiaTheme="majorEastAsia" w:hAnsiTheme="majorHAnsi" w:cstheme="majorBidi"/>
        <w:b/>
        <w:bCs/>
      </w:rPr>
      <w:tblPr/>
      <w:tcPr>
        <w:tcBorders>
          <w:top w:val="single" w:sz="8" w:space="0" w:color="A02B93" w:themeColor="accent5"/>
          <w:left w:val="single" w:sz="8" w:space="0" w:color="A02B93" w:themeColor="accent5"/>
          <w:bottom w:val="single" w:sz="18" w:space="0" w:color="A02B93" w:themeColor="accent5"/>
          <w:right w:val="single" w:sz="8" w:space="0" w:color="A02B93" w:themeColor="accent5"/>
          <w:insideH w:val="nil"/>
          <w:insideV w:val="single" w:sz="8" w:space="0" w:color="A02B93"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02B93" w:themeColor="accent5"/>
          <w:left w:val="single" w:sz="8" w:space="0" w:color="A02B93" w:themeColor="accent5"/>
          <w:bottom w:val="single" w:sz="8" w:space="0" w:color="A02B93" w:themeColor="accent5"/>
          <w:right w:val="single" w:sz="8" w:space="0" w:color="A02B93" w:themeColor="accent5"/>
          <w:insideH w:val="nil"/>
          <w:insideV w:val="single" w:sz="8" w:space="0" w:color="A02B93"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tblStylePr w:type="band1Vert">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shd w:val="clear" w:color="auto" w:fill="EFC3E9" w:themeFill="accent5" w:themeFillTint="3F"/>
      </w:tcPr>
    </w:tblStylePr>
    <w:tblStylePr w:type="band1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insideV w:val="single" w:sz="8" w:space="0" w:color="A02B93" w:themeColor="accent5"/>
        </w:tcBorders>
        <w:shd w:val="clear" w:color="auto" w:fill="EFC3E9" w:themeFill="accent5" w:themeFillTint="3F"/>
      </w:tcPr>
    </w:tblStylePr>
    <w:tblStylePr w:type="band2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insideV w:val="single" w:sz="8" w:space="0" w:color="A02B93"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Pr>
    <w:tblStylePr w:type="firstRow">
      <w:pPr>
        <w:spacing w:before="0" w:after="0" w:line="240" w:lineRule="auto"/>
      </w:pPr>
      <w:rPr>
        <w:rFonts w:asciiTheme="majorHAnsi" w:eastAsiaTheme="majorEastAsia" w:hAnsiTheme="majorHAnsi" w:cstheme="majorBidi"/>
        <w:b/>
        <w:bCs/>
      </w:rPr>
      <w:tblPr/>
      <w:tcPr>
        <w:tcBorders>
          <w:top w:val="single" w:sz="8" w:space="0" w:color="4EA72E" w:themeColor="accent6"/>
          <w:left w:val="single" w:sz="8" w:space="0" w:color="4EA72E" w:themeColor="accent6"/>
          <w:bottom w:val="single" w:sz="18" w:space="0" w:color="4EA72E" w:themeColor="accent6"/>
          <w:right w:val="single" w:sz="8" w:space="0" w:color="4EA72E" w:themeColor="accent6"/>
          <w:insideH w:val="nil"/>
          <w:insideV w:val="single" w:sz="8" w:space="0" w:color="4EA72E"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EA72E" w:themeColor="accent6"/>
          <w:left w:val="single" w:sz="8" w:space="0" w:color="4EA72E" w:themeColor="accent6"/>
          <w:bottom w:val="single" w:sz="8" w:space="0" w:color="4EA72E" w:themeColor="accent6"/>
          <w:right w:val="single" w:sz="8" w:space="0" w:color="4EA72E" w:themeColor="accent6"/>
          <w:insideH w:val="nil"/>
          <w:insideV w:val="single" w:sz="8" w:space="0" w:color="4EA72E"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tblStylePr w:type="band1Vert">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shd w:val="clear" w:color="auto" w:fill="D0EFC5" w:themeFill="accent6" w:themeFillTint="3F"/>
      </w:tcPr>
    </w:tblStylePr>
    <w:tblStylePr w:type="band1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insideV w:val="single" w:sz="8" w:space="0" w:color="4EA72E" w:themeColor="accent6"/>
        </w:tcBorders>
        <w:shd w:val="clear" w:color="auto" w:fill="D0EFC5" w:themeFill="accent6" w:themeFillTint="3F"/>
      </w:tcPr>
    </w:tblStylePr>
    <w:tblStylePr w:type="band2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insideV w:val="single" w:sz="8" w:space="0" w:color="4EA72E"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Pr>
    <w:tcPr>
      <w:tcBorders>
        <w:top w:val="double" w:sz="6" w:space="0" w:color="655B6D" w:themeColor="text1" w:themeTint="BF"/>
        <w:left w:val="single" w:sz="8" w:space="0" w:color="655B6D" w:themeColor="text1" w:themeTint="BF"/>
        <w:bottom w:val="single" w:sz="8" w:space="0" w:color="655B6D" w:themeColor="text1" w:themeTint="BF"/>
        <w:right w:val="single" w:sz="8" w:space="0" w:color="655B6D" w:themeColor="text1" w:themeTint="BF"/>
      </w:tcBorders>
      <w:shd w:val="clear" w:color="auto" w:fill="CCC7D0" w:themeFill="text1" w:themeFillTint="3F"/>
    </w:tcPr>
    <w:tblStylePr w:type="firstRow">
      <w:pPr>
        <w:spacing w:before="0" w:after="0" w:line="240" w:lineRule="auto"/>
      </w:pPr>
      <w:rPr>
        <w:b/>
        <w:bCs/>
        <w:color w:val="FFFFFF" w:themeColor="background1"/>
      </w:rPr>
      <w:tblPr/>
      <w:tcPr>
        <w:tcBorders>
          <w:top w:val="single" w:sz="8" w:space="0" w:color="655B6D" w:themeColor="text1" w:themeTint="BF"/>
          <w:left w:val="single" w:sz="8" w:space="0" w:color="655B6D" w:themeColor="text1" w:themeTint="BF"/>
          <w:bottom w:val="single" w:sz="8" w:space="0" w:color="655B6D" w:themeColor="text1" w:themeTint="BF"/>
          <w:right w:val="single" w:sz="8" w:space="0" w:color="655B6D" w:themeColor="text1" w:themeTint="BF"/>
          <w:insideH w:val="nil"/>
          <w:insideV w:val="nil"/>
        </w:tcBorders>
        <w:shd w:val="clear" w:color="auto" w:fill="312C35" w:themeFill="text1"/>
      </w:tcPr>
    </w:tblStylePr>
    <w:tblStylePr w:type="lastRow">
      <w:pPr>
        <w:spacing w:before="0" w:after="0" w:line="240" w:lineRule="auto"/>
      </w:pPr>
      <w:rPr>
        <w:b/>
        <w:bCs/>
      </w:rPr>
    </w:tblStylePr>
    <w:tblStylePr w:type="firstCol">
      <w:rPr>
        <w:b/>
        <w:bCs/>
      </w:rPr>
    </w:tblStylePr>
    <w:tblStylePr w:type="lastCol">
      <w:rPr>
        <w:b/>
        <w:bCs/>
      </w:r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Pr>
    <w:tcPr>
      <w:tcBorders>
        <w:top w:val="double" w:sz="6" w:space="0" w:color="F1ECE7" w:themeColor="accent1" w:themeTint="BF"/>
        <w:left w:val="single" w:sz="8" w:space="0" w:color="F1ECE7" w:themeColor="accent1" w:themeTint="BF"/>
        <w:bottom w:val="single" w:sz="8" w:space="0" w:color="F1ECE7" w:themeColor="accent1" w:themeTint="BF"/>
        <w:right w:val="single" w:sz="8" w:space="0" w:color="F1ECE7" w:themeColor="accent1" w:themeTint="BF"/>
      </w:tcBorders>
      <w:shd w:val="clear" w:color="auto" w:fill="FAF8F7" w:themeFill="accent1" w:themeFillTint="3F"/>
    </w:tcPr>
    <w:tblStylePr w:type="firstRow">
      <w:pPr>
        <w:spacing w:before="0" w:after="0" w:line="240" w:lineRule="auto"/>
      </w:pPr>
      <w:rPr>
        <w:b/>
        <w:bCs/>
        <w:color w:val="FFFFFF" w:themeColor="background1"/>
      </w:rPr>
      <w:tblPr/>
      <w:tcPr>
        <w:tcBorders>
          <w:top w:val="single" w:sz="8" w:space="0" w:color="F1ECE7" w:themeColor="accent1" w:themeTint="BF"/>
          <w:left w:val="single" w:sz="8" w:space="0" w:color="F1ECE7" w:themeColor="accent1" w:themeTint="BF"/>
          <w:bottom w:val="single" w:sz="8" w:space="0" w:color="F1ECE7" w:themeColor="accent1" w:themeTint="BF"/>
          <w:right w:val="single" w:sz="8" w:space="0" w:color="F1ECE7" w:themeColor="accent1" w:themeTint="BF"/>
          <w:insideH w:val="nil"/>
          <w:insideV w:val="nil"/>
        </w:tcBorders>
        <w:shd w:val="clear" w:color="auto" w:fill="EDE6E0" w:themeFill="accent1"/>
      </w:tcPr>
    </w:tblStylePr>
    <w:tblStylePr w:type="lastRow">
      <w:pPr>
        <w:spacing w:before="0" w:after="0" w:line="240" w:lineRule="auto"/>
      </w:pPr>
      <w:rPr>
        <w:b/>
        <w:bCs/>
      </w:rPr>
    </w:tblStylePr>
    <w:tblStylePr w:type="firstCol">
      <w:rPr>
        <w:b/>
        <w:bCs/>
      </w:rPr>
    </w:tblStylePr>
    <w:tblStylePr w:type="lastCol">
      <w:rPr>
        <w:b/>
        <w:bCs/>
      </w:r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Pr>
    <w:tcPr>
      <w:tcBorders>
        <w:top w:val="double" w:sz="6" w:space="0" w:color="EFBB65" w:themeColor="accent2" w:themeTint="BF"/>
        <w:left w:val="single" w:sz="8" w:space="0" w:color="EFBB65" w:themeColor="accent2" w:themeTint="BF"/>
        <w:bottom w:val="single" w:sz="8" w:space="0" w:color="EFBB65" w:themeColor="accent2" w:themeTint="BF"/>
        <w:right w:val="single" w:sz="8" w:space="0" w:color="EFBB65" w:themeColor="accent2" w:themeTint="BF"/>
      </w:tcBorders>
      <w:shd w:val="clear" w:color="auto" w:fill="F9E8CC" w:themeFill="accent2" w:themeFillTint="3F"/>
    </w:tcPr>
    <w:tblStylePr w:type="firstRow">
      <w:pPr>
        <w:spacing w:before="0" w:after="0" w:line="240" w:lineRule="auto"/>
      </w:pPr>
      <w:rPr>
        <w:b/>
        <w:bCs/>
        <w:color w:val="FFFFFF" w:themeColor="background1"/>
      </w:rPr>
      <w:tblPr/>
      <w:tcPr>
        <w:tcBorders>
          <w:top w:val="single" w:sz="8" w:space="0" w:color="EFBB65" w:themeColor="accent2" w:themeTint="BF"/>
          <w:left w:val="single" w:sz="8" w:space="0" w:color="EFBB65" w:themeColor="accent2" w:themeTint="BF"/>
          <w:bottom w:val="single" w:sz="8" w:space="0" w:color="EFBB65" w:themeColor="accent2" w:themeTint="BF"/>
          <w:right w:val="single" w:sz="8" w:space="0" w:color="EFBB65" w:themeColor="accent2" w:themeTint="BF"/>
          <w:insideH w:val="nil"/>
          <w:insideV w:val="nil"/>
        </w:tcBorders>
        <w:shd w:val="clear" w:color="auto" w:fill="EAA532" w:themeFill="accent2"/>
      </w:tcPr>
    </w:tblStylePr>
    <w:tblStylePr w:type="lastRow">
      <w:pPr>
        <w:spacing w:before="0" w:after="0" w:line="240" w:lineRule="auto"/>
      </w:pPr>
      <w:rPr>
        <w:b/>
        <w:bCs/>
      </w:rPr>
    </w:tblStylePr>
    <w:tblStylePr w:type="firstCol">
      <w:rPr>
        <w:b/>
        <w:bCs/>
      </w:rPr>
    </w:tblStylePr>
    <w:tblStylePr w:type="lastCol">
      <w:rPr>
        <w:b/>
        <w:bCs/>
      </w:r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Pr>
    <w:tcPr>
      <w:tcBorders>
        <w:top w:val="double" w:sz="6" w:space="0" w:color="CC96B4" w:themeColor="accent3" w:themeTint="BF"/>
        <w:left w:val="single" w:sz="8" w:space="0" w:color="CC96B4" w:themeColor="accent3" w:themeTint="BF"/>
        <w:bottom w:val="single" w:sz="8" w:space="0" w:color="CC96B4" w:themeColor="accent3" w:themeTint="BF"/>
        <w:right w:val="single" w:sz="8" w:space="0" w:color="CC96B4" w:themeColor="accent3" w:themeTint="BF"/>
      </w:tcBorders>
      <w:shd w:val="clear" w:color="auto" w:fill="EEDCE6" w:themeFill="accent3" w:themeFillTint="3F"/>
    </w:tcPr>
    <w:tblStylePr w:type="firstRow">
      <w:pPr>
        <w:spacing w:before="0" w:after="0" w:line="240" w:lineRule="auto"/>
      </w:pPr>
      <w:rPr>
        <w:b/>
        <w:bCs/>
        <w:color w:val="FFFFFF" w:themeColor="background1"/>
      </w:rPr>
      <w:tblPr/>
      <w:tcPr>
        <w:tcBorders>
          <w:top w:val="single" w:sz="8" w:space="0" w:color="CC96B4" w:themeColor="accent3" w:themeTint="BF"/>
          <w:left w:val="single" w:sz="8" w:space="0" w:color="CC96B4" w:themeColor="accent3" w:themeTint="BF"/>
          <w:bottom w:val="single" w:sz="8" w:space="0" w:color="CC96B4" w:themeColor="accent3" w:themeTint="BF"/>
          <w:right w:val="single" w:sz="8" w:space="0" w:color="CC96B4" w:themeColor="accent3" w:themeTint="BF"/>
          <w:insideH w:val="nil"/>
          <w:insideV w:val="nil"/>
        </w:tcBorders>
        <w:shd w:val="clear" w:color="auto" w:fill="BC749C" w:themeFill="accent3"/>
      </w:tcPr>
    </w:tblStylePr>
    <w:tblStylePr w:type="lastRow">
      <w:pPr>
        <w:spacing w:before="0" w:after="0" w:line="240" w:lineRule="auto"/>
      </w:pPr>
      <w:rPr>
        <w:b/>
        <w:bCs/>
      </w:rPr>
    </w:tblStylePr>
    <w:tblStylePr w:type="firstCol">
      <w:rPr>
        <w:b/>
        <w:bCs/>
      </w:rPr>
    </w:tblStylePr>
    <w:tblStylePr w:type="lastCol">
      <w:rPr>
        <w:b/>
        <w:bCs/>
      </w:r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Pr>
    <w:tcPr>
      <w:tcBorders>
        <w:top w:val="double" w:sz="6" w:space="0" w:color="8954AB" w:themeColor="accent4" w:themeTint="BF"/>
        <w:left w:val="single" w:sz="8" w:space="0" w:color="8954AB" w:themeColor="accent4" w:themeTint="BF"/>
        <w:bottom w:val="single" w:sz="8" w:space="0" w:color="8954AB" w:themeColor="accent4" w:themeTint="BF"/>
        <w:right w:val="single" w:sz="8" w:space="0" w:color="8954AB" w:themeColor="accent4" w:themeTint="BF"/>
      </w:tcBorders>
      <w:shd w:val="clear" w:color="auto" w:fill="D8C6E3" w:themeFill="accent4" w:themeFillTint="3F"/>
    </w:tcPr>
    <w:tblStylePr w:type="firstRow">
      <w:pPr>
        <w:spacing w:before="0" w:after="0" w:line="240" w:lineRule="auto"/>
      </w:pPr>
      <w:rPr>
        <w:b/>
        <w:bCs/>
        <w:color w:val="FFFFFF" w:themeColor="background1"/>
      </w:rPr>
      <w:tblPr/>
      <w:tcPr>
        <w:tcBorders>
          <w:top w:val="single" w:sz="8" w:space="0" w:color="8954AB" w:themeColor="accent4" w:themeTint="BF"/>
          <w:left w:val="single" w:sz="8" w:space="0" w:color="8954AB" w:themeColor="accent4" w:themeTint="BF"/>
          <w:bottom w:val="single" w:sz="8" w:space="0" w:color="8954AB" w:themeColor="accent4" w:themeTint="BF"/>
          <w:right w:val="single" w:sz="8" w:space="0" w:color="8954AB" w:themeColor="accent4" w:themeTint="BF"/>
          <w:insideH w:val="nil"/>
          <w:insideV w:val="nil"/>
        </w:tcBorders>
        <w:shd w:val="clear" w:color="auto" w:fill="5C3873" w:themeFill="accent4"/>
      </w:tcPr>
    </w:tblStylePr>
    <w:tblStylePr w:type="lastRow">
      <w:pPr>
        <w:spacing w:before="0" w:after="0" w:line="240" w:lineRule="auto"/>
      </w:pPr>
      <w:rPr>
        <w:b/>
        <w:bCs/>
      </w:rPr>
    </w:tblStylePr>
    <w:tblStylePr w:type="firstCol">
      <w:rPr>
        <w:b/>
        <w:bCs/>
      </w:rPr>
    </w:tblStylePr>
    <w:tblStylePr w:type="lastCol">
      <w:rPr>
        <w:b/>
        <w:bCs/>
      </w:r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Pr>
    <w:tcPr>
      <w:tcBorders>
        <w:top w:val="double" w:sz="6"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tcBorders>
      <w:shd w:val="clear" w:color="auto" w:fill="EFC3E9" w:themeFill="accent5" w:themeFillTint="3F"/>
    </w:tcPr>
    <w:tblStylePr w:type="firstRow">
      <w:pPr>
        <w:spacing w:before="0" w:after="0" w:line="240" w:lineRule="auto"/>
      </w:pPr>
      <w:rPr>
        <w:b/>
        <w:bCs/>
        <w:color w:val="FFFFFF" w:themeColor="background1"/>
      </w:rPr>
      <w:tblPr/>
      <w:tcPr>
        <w:tc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nil"/>
          <w:insideV w:val="nil"/>
        </w:tcBorders>
        <w:shd w:val="clear" w:color="auto" w:fill="A02B93" w:themeFill="accent5"/>
      </w:tcPr>
    </w:tblStylePr>
    <w:tblStylePr w:type="lastRow">
      <w:pPr>
        <w:spacing w:before="0" w:after="0" w:line="240" w:lineRule="auto"/>
      </w:pPr>
      <w:rPr>
        <w:b/>
        <w:bCs/>
      </w:rPr>
    </w:tblStylePr>
    <w:tblStylePr w:type="firstCol">
      <w:rPr>
        <w:b/>
        <w:bCs/>
      </w:rPr>
    </w:tblStylePr>
    <w:tblStylePr w:type="lastCol">
      <w:rPr>
        <w:b/>
        <w:bCs/>
      </w:r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Pr>
    <w:tcPr>
      <w:tcBorders>
        <w:top w:val="double" w:sz="6"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tcBorders>
      <w:shd w:val="clear" w:color="auto" w:fill="D0EFC5" w:themeFill="accent6" w:themeFillTint="3F"/>
    </w:tcPr>
    <w:tblStylePr w:type="firstRow">
      <w:pPr>
        <w:spacing w:before="0" w:after="0" w:line="240" w:lineRule="auto"/>
      </w:pPr>
      <w:rPr>
        <w:b/>
        <w:bCs/>
        <w:color w:val="FFFFFF" w:themeColor="background1"/>
      </w:rPr>
      <w:tblPr/>
      <w:tcPr>
        <w:tc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nil"/>
          <w:insideV w:val="nil"/>
        </w:tcBorders>
        <w:shd w:val="clear" w:color="auto" w:fill="4EA72E" w:themeFill="accent6"/>
      </w:tcPr>
    </w:tblStylePr>
    <w:tblStylePr w:type="lastRow">
      <w:pPr>
        <w:spacing w:before="0" w:after="0" w:line="240" w:lineRule="auto"/>
      </w:pPr>
      <w:rPr>
        <w:b/>
        <w:bCs/>
      </w:rPr>
    </w:tblStylePr>
    <w:tblStylePr w:type="firstCol">
      <w:rPr>
        <w:b/>
        <w:bCs/>
      </w:rPr>
    </w:tblStylePr>
    <w:tblStylePr w:type="lastCol">
      <w:rPr>
        <w:b/>
        <w:bCs/>
      </w:rPr>
    </w:tblStylePr>
  </w:style>
  <w:style w:type="table" w:styleId="MediumShading2">
    <w:name w:val="Medium Shading 2"/>
    <w:basedOn w:val="TableNormal"/>
    <w:uiPriority w:val="64"/>
    <w:rsid w:val="00CB0664"/>
    <w:pPr>
      <w:spacing w:after="0" w:line="240" w:lineRule="auto"/>
    </w:pPr>
    <w:tblPr>
      <w:tblStyleRowBandSize w:val="1"/>
      <w:tblStyleColBandSize w:val="1"/>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12C35"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312C35" w:themeFill="text1"/>
      </w:tcPr>
    </w:tblStylePr>
    <w:tblStylePr w:type="lastCol">
      <w:rPr>
        <w:b/>
        <w:bCs/>
        <w:color w:val="FFFFFF" w:themeColor="background1"/>
      </w:rPr>
      <w:tblPr/>
      <w:tcPr>
        <w:tcBorders>
          <w:left w:val="nil"/>
          <w:right w:val="nil"/>
          <w:insideH w:val="nil"/>
          <w:insideV w:val="nil"/>
        </w:tcBorders>
        <w:shd w:val="clear" w:color="auto" w:fill="312C35"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DE6E0"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DE6E0" w:themeFill="accent1"/>
      </w:tcPr>
    </w:tblStylePr>
    <w:tblStylePr w:type="lastCol">
      <w:rPr>
        <w:b/>
        <w:bCs/>
        <w:color w:val="FFFFFF" w:themeColor="background1"/>
      </w:rPr>
      <w:tblPr/>
      <w:tcPr>
        <w:tcBorders>
          <w:left w:val="nil"/>
          <w:right w:val="nil"/>
          <w:insideH w:val="nil"/>
          <w:insideV w:val="nil"/>
        </w:tcBorders>
        <w:shd w:val="clear" w:color="auto" w:fill="EDE6E0"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AA53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AA532" w:themeFill="accent2"/>
      </w:tcPr>
    </w:tblStylePr>
    <w:tblStylePr w:type="lastCol">
      <w:rPr>
        <w:b/>
        <w:bCs/>
        <w:color w:val="FFFFFF" w:themeColor="background1"/>
      </w:rPr>
      <w:tblPr/>
      <w:tcPr>
        <w:tcBorders>
          <w:left w:val="nil"/>
          <w:right w:val="nil"/>
          <w:insideH w:val="nil"/>
          <w:insideV w:val="nil"/>
        </w:tcBorders>
        <w:shd w:val="clear" w:color="auto" w:fill="EAA53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C749C"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C749C" w:themeFill="accent3"/>
      </w:tcPr>
    </w:tblStylePr>
    <w:tblStylePr w:type="lastCol">
      <w:rPr>
        <w:b/>
        <w:bCs/>
        <w:color w:val="FFFFFF" w:themeColor="background1"/>
      </w:rPr>
      <w:tblPr/>
      <w:tcPr>
        <w:tcBorders>
          <w:left w:val="nil"/>
          <w:right w:val="nil"/>
          <w:insideH w:val="nil"/>
          <w:insideV w:val="nil"/>
        </w:tcBorders>
        <w:shd w:val="clear" w:color="auto" w:fill="BC749C"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C3873"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C3873" w:themeFill="accent4"/>
      </w:tcPr>
    </w:tblStylePr>
    <w:tblStylePr w:type="lastCol">
      <w:rPr>
        <w:b/>
        <w:bCs/>
        <w:color w:val="FFFFFF" w:themeColor="background1"/>
      </w:rPr>
      <w:tblPr/>
      <w:tcPr>
        <w:tcBorders>
          <w:left w:val="nil"/>
          <w:right w:val="nil"/>
          <w:insideH w:val="nil"/>
          <w:insideV w:val="nil"/>
        </w:tcBorders>
        <w:shd w:val="clear" w:color="auto" w:fill="5C3873"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02B93"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02B93" w:themeFill="accent5"/>
      </w:tcPr>
    </w:tblStylePr>
    <w:tblStylePr w:type="lastCol">
      <w:rPr>
        <w:b/>
        <w:bCs/>
        <w:color w:val="FFFFFF" w:themeColor="background1"/>
      </w:rPr>
      <w:tblPr/>
      <w:tcPr>
        <w:tcBorders>
          <w:left w:val="nil"/>
          <w:right w:val="nil"/>
          <w:insideH w:val="nil"/>
          <w:insideV w:val="nil"/>
        </w:tcBorders>
        <w:shd w:val="clear" w:color="auto" w:fill="A02B93"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EA72E"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EA72E" w:themeFill="accent6"/>
      </w:tcPr>
    </w:tblStylePr>
    <w:tblStylePr w:type="lastCol">
      <w:rPr>
        <w:b/>
        <w:bCs/>
        <w:color w:val="FFFFFF" w:themeColor="background1"/>
      </w:rPr>
      <w:tblPr/>
      <w:tcPr>
        <w:tcBorders>
          <w:left w:val="nil"/>
          <w:right w:val="nil"/>
          <w:insideH w:val="nil"/>
          <w:insideV w:val="nil"/>
        </w:tcBorders>
        <w:shd w:val="clear" w:color="auto" w:fill="4EA72E"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312C35" w:themeColor="text1"/>
    </w:rPr>
    <w:tblPr>
      <w:tblStyleRowBandSize w:val="1"/>
      <w:tblStyleColBandSize w:val="1"/>
    </w:tblPr>
    <w:tcPr>
      <w:shd w:val="clear" w:color="auto" w:fill="CCC7D0" w:themeFill="text1" w:themeFillTint="3F"/>
    </w:tcPr>
    <w:tblStylePr w:type="firstRow">
      <w:rPr>
        <w:rFonts w:asciiTheme="majorHAnsi" w:eastAsiaTheme="majorEastAsia" w:hAnsiTheme="majorHAnsi" w:cstheme="majorBidi"/>
      </w:rPr>
      <w:tblPr/>
      <w:tcPr>
        <w:tcBorders>
          <w:top w:val="nil"/>
          <w:bottom w:val="single" w:sz="8" w:space="0" w:color="312C35" w:themeColor="text1"/>
        </w:tcBorders>
      </w:tcPr>
    </w:tblStylePr>
    <w:tblStylePr w:type="lastRow">
      <w:rPr>
        <w:b/>
        <w:bCs/>
        <w:color w:val="312C35" w:themeColor="text2"/>
      </w:rPr>
      <w:tblPr/>
      <w:tcPr>
        <w:tcBorders>
          <w:top w:val="single" w:sz="8" w:space="0" w:color="312C35" w:themeColor="text1"/>
          <w:bottom w:val="single" w:sz="8" w:space="0" w:color="312C35" w:themeColor="text1"/>
        </w:tcBorders>
      </w:tcPr>
    </w:tblStylePr>
    <w:tblStylePr w:type="firstCol">
      <w:rPr>
        <w:b/>
        <w:bCs/>
      </w:rPr>
    </w:tblStylePr>
    <w:tblStylePr w:type="lastCol">
      <w:rPr>
        <w:b/>
        <w:bCs/>
      </w:rPr>
    </w:tblStylePr>
  </w:style>
  <w:style w:type="table" w:styleId="MediumList1-Accent1">
    <w:name w:val="Medium List 1 Accent 1"/>
    <w:basedOn w:val="TableNormal"/>
    <w:uiPriority w:val="65"/>
    <w:rsid w:val="00CB0664"/>
    <w:pPr>
      <w:spacing w:after="0" w:line="240" w:lineRule="auto"/>
    </w:pPr>
    <w:rPr>
      <w:color w:val="312C35" w:themeColor="text1"/>
    </w:rPr>
    <w:tblPr>
      <w:tblStyleRowBandSize w:val="1"/>
      <w:tblStyleColBandSize w:val="1"/>
    </w:tblPr>
    <w:tcPr>
      <w:shd w:val="clear" w:color="auto" w:fill="FAF8F7" w:themeFill="accent1" w:themeFillTint="3F"/>
    </w:tcPr>
    <w:tblStylePr w:type="firstRow">
      <w:rPr>
        <w:rFonts w:asciiTheme="majorHAnsi" w:eastAsiaTheme="majorEastAsia" w:hAnsiTheme="majorHAnsi" w:cstheme="majorBidi"/>
      </w:rPr>
      <w:tblPr/>
      <w:tcPr>
        <w:tcBorders>
          <w:top w:val="nil"/>
          <w:bottom w:val="single" w:sz="8" w:space="0" w:color="EDE6E0" w:themeColor="accent1"/>
        </w:tcBorders>
      </w:tcPr>
    </w:tblStylePr>
    <w:tblStylePr w:type="lastRow">
      <w:rPr>
        <w:b/>
        <w:bCs/>
        <w:color w:val="312C35" w:themeColor="text2"/>
      </w:rPr>
      <w:tblPr/>
      <w:tcPr>
        <w:tcBorders>
          <w:top w:val="single" w:sz="8" w:space="0" w:color="EDE6E0" w:themeColor="accent1"/>
          <w:bottom w:val="single" w:sz="8" w:space="0" w:color="EDE6E0" w:themeColor="accent1"/>
        </w:tcBorders>
      </w:tcPr>
    </w:tblStylePr>
    <w:tblStylePr w:type="firstCol">
      <w:rPr>
        <w:b/>
        <w:bCs/>
      </w:rPr>
    </w:tblStylePr>
    <w:tblStylePr w:type="lastCol">
      <w:rPr>
        <w:b/>
        <w:bCs/>
      </w:rPr>
    </w:tblStylePr>
  </w:style>
  <w:style w:type="table" w:styleId="MediumList1-Accent2">
    <w:name w:val="Medium List 1 Accent 2"/>
    <w:basedOn w:val="TableNormal"/>
    <w:uiPriority w:val="65"/>
    <w:rsid w:val="00CB0664"/>
    <w:pPr>
      <w:spacing w:after="0" w:line="240" w:lineRule="auto"/>
    </w:pPr>
    <w:rPr>
      <w:color w:val="312C35" w:themeColor="text1"/>
    </w:rPr>
    <w:tblPr>
      <w:tblStyleRowBandSize w:val="1"/>
      <w:tblStyleColBandSize w:val="1"/>
    </w:tblPr>
    <w:tcPr>
      <w:shd w:val="clear" w:color="auto" w:fill="F9E8CC" w:themeFill="accent2" w:themeFillTint="3F"/>
    </w:tcPr>
    <w:tblStylePr w:type="firstRow">
      <w:rPr>
        <w:rFonts w:asciiTheme="majorHAnsi" w:eastAsiaTheme="majorEastAsia" w:hAnsiTheme="majorHAnsi" w:cstheme="majorBidi"/>
      </w:rPr>
      <w:tblPr/>
      <w:tcPr>
        <w:tcBorders>
          <w:top w:val="nil"/>
          <w:bottom w:val="single" w:sz="8" w:space="0" w:color="EAA532" w:themeColor="accent2"/>
        </w:tcBorders>
      </w:tcPr>
    </w:tblStylePr>
    <w:tblStylePr w:type="lastRow">
      <w:rPr>
        <w:b/>
        <w:bCs/>
        <w:color w:val="312C35" w:themeColor="text2"/>
      </w:rPr>
      <w:tblPr/>
      <w:tcPr>
        <w:tcBorders>
          <w:top w:val="single" w:sz="8" w:space="0" w:color="EAA532" w:themeColor="accent2"/>
          <w:bottom w:val="single" w:sz="8" w:space="0" w:color="EAA532" w:themeColor="accent2"/>
        </w:tcBorders>
      </w:tcPr>
    </w:tblStylePr>
    <w:tblStylePr w:type="firstCol">
      <w:rPr>
        <w:b/>
        <w:bCs/>
      </w:rPr>
    </w:tblStylePr>
    <w:tblStylePr w:type="lastCol">
      <w:rPr>
        <w:b/>
        <w:bCs/>
      </w:rPr>
    </w:tblStylePr>
  </w:style>
  <w:style w:type="table" w:styleId="MediumList1-Accent3">
    <w:name w:val="Medium List 1 Accent 3"/>
    <w:basedOn w:val="TableNormal"/>
    <w:uiPriority w:val="65"/>
    <w:rsid w:val="00CB0664"/>
    <w:pPr>
      <w:spacing w:after="0" w:line="240" w:lineRule="auto"/>
    </w:pPr>
    <w:rPr>
      <w:color w:val="312C35" w:themeColor="text1"/>
    </w:rPr>
    <w:tblPr>
      <w:tblStyleRowBandSize w:val="1"/>
      <w:tblStyleColBandSize w:val="1"/>
    </w:tblPr>
    <w:tcPr>
      <w:shd w:val="clear" w:color="auto" w:fill="EEDCE6" w:themeFill="accent3" w:themeFillTint="3F"/>
    </w:tcPr>
    <w:tblStylePr w:type="firstRow">
      <w:rPr>
        <w:rFonts w:asciiTheme="majorHAnsi" w:eastAsiaTheme="majorEastAsia" w:hAnsiTheme="majorHAnsi" w:cstheme="majorBidi"/>
      </w:rPr>
      <w:tblPr/>
      <w:tcPr>
        <w:tcBorders>
          <w:top w:val="nil"/>
          <w:bottom w:val="single" w:sz="8" w:space="0" w:color="BC749C" w:themeColor="accent3"/>
        </w:tcBorders>
      </w:tcPr>
    </w:tblStylePr>
    <w:tblStylePr w:type="lastRow">
      <w:rPr>
        <w:b/>
        <w:bCs/>
        <w:color w:val="312C35" w:themeColor="text2"/>
      </w:rPr>
      <w:tblPr/>
      <w:tcPr>
        <w:tcBorders>
          <w:top w:val="single" w:sz="8" w:space="0" w:color="BC749C" w:themeColor="accent3"/>
          <w:bottom w:val="single" w:sz="8" w:space="0" w:color="BC749C" w:themeColor="accent3"/>
        </w:tcBorders>
      </w:tcPr>
    </w:tblStylePr>
    <w:tblStylePr w:type="firstCol">
      <w:rPr>
        <w:b/>
        <w:bCs/>
      </w:rPr>
    </w:tblStylePr>
    <w:tblStylePr w:type="lastCol">
      <w:rPr>
        <w:b/>
        <w:bCs/>
      </w:rPr>
    </w:tblStylePr>
  </w:style>
  <w:style w:type="table" w:styleId="MediumList1-Accent4">
    <w:name w:val="Medium List 1 Accent 4"/>
    <w:basedOn w:val="TableNormal"/>
    <w:uiPriority w:val="65"/>
    <w:rsid w:val="00CB0664"/>
    <w:pPr>
      <w:spacing w:after="0" w:line="240" w:lineRule="auto"/>
    </w:pPr>
    <w:rPr>
      <w:color w:val="312C35" w:themeColor="text1"/>
    </w:rPr>
    <w:tblPr>
      <w:tblStyleRowBandSize w:val="1"/>
      <w:tblStyleColBandSize w:val="1"/>
    </w:tblPr>
    <w:tcPr>
      <w:shd w:val="clear" w:color="auto" w:fill="D8C6E3" w:themeFill="accent4" w:themeFillTint="3F"/>
    </w:tcPr>
    <w:tblStylePr w:type="firstRow">
      <w:rPr>
        <w:rFonts w:asciiTheme="majorHAnsi" w:eastAsiaTheme="majorEastAsia" w:hAnsiTheme="majorHAnsi" w:cstheme="majorBidi"/>
      </w:rPr>
      <w:tblPr/>
      <w:tcPr>
        <w:tcBorders>
          <w:top w:val="nil"/>
          <w:bottom w:val="single" w:sz="8" w:space="0" w:color="5C3873" w:themeColor="accent4"/>
        </w:tcBorders>
      </w:tcPr>
    </w:tblStylePr>
    <w:tblStylePr w:type="lastRow">
      <w:rPr>
        <w:b/>
        <w:bCs/>
        <w:color w:val="312C35" w:themeColor="text2"/>
      </w:rPr>
      <w:tblPr/>
      <w:tcPr>
        <w:tcBorders>
          <w:top w:val="single" w:sz="8" w:space="0" w:color="5C3873" w:themeColor="accent4"/>
          <w:bottom w:val="single" w:sz="8" w:space="0" w:color="5C3873" w:themeColor="accent4"/>
        </w:tcBorders>
      </w:tcPr>
    </w:tblStylePr>
    <w:tblStylePr w:type="firstCol">
      <w:rPr>
        <w:b/>
        <w:bCs/>
      </w:rPr>
    </w:tblStylePr>
    <w:tblStylePr w:type="lastCol">
      <w:rPr>
        <w:b/>
        <w:bCs/>
      </w:rPr>
    </w:tblStylePr>
  </w:style>
  <w:style w:type="table" w:styleId="MediumList1-Accent5">
    <w:name w:val="Medium List 1 Accent 5"/>
    <w:basedOn w:val="TableNormal"/>
    <w:uiPriority w:val="65"/>
    <w:rsid w:val="00CB0664"/>
    <w:pPr>
      <w:spacing w:after="0" w:line="240" w:lineRule="auto"/>
    </w:pPr>
    <w:rPr>
      <w:color w:val="312C35" w:themeColor="text1"/>
    </w:rPr>
    <w:tblPr>
      <w:tblStyleRowBandSize w:val="1"/>
      <w:tblStyleColBandSize w:val="1"/>
    </w:tblPr>
    <w:tcPr>
      <w:shd w:val="clear" w:color="auto" w:fill="EFC3E9" w:themeFill="accent5" w:themeFillTint="3F"/>
    </w:tcPr>
    <w:tblStylePr w:type="firstRow">
      <w:rPr>
        <w:rFonts w:asciiTheme="majorHAnsi" w:eastAsiaTheme="majorEastAsia" w:hAnsiTheme="majorHAnsi" w:cstheme="majorBidi"/>
      </w:rPr>
      <w:tblPr/>
      <w:tcPr>
        <w:tcBorders>
          <w:top w:val="nil"/>
          <w:bottom w:val="single" w:sz="8" w:space="0" w:color="A02B93" w:themeColor="accent5"/>
        </w:tcBorders>
      </w:tcPr>
    </w:tblStylePr>
    <w:tblStylePr w:type="lastRow">
      <w:rPr>
        <w:b/>
        <w:bCs/>
        <w:color w:val="312C35" w:themeColor="text2"/>
      </w:rPr>
      <w:tblPr/>
      <w:tcPr>
        <w:tcBorders>
          <w:top w:val="single" w:sz="8" w:space="0" w:color="A02B93" w:themeColor="accent5"/>
          <w:bottom w:val="single" w:sz="8" w:space="0" w:color="A02B93" w:themeColor="accent5"/>
        </w:tcBorders>
      </w:tcPr>
    </w:tblStylePr>
    <w:tblStylePr w:type="firstCol">
      <w:rPr>
        <w:b/>
        <w:bCs/>
      </w:rPr>
    </w:tblStylePr>
    <w:tblStylePr w:type="lastCol">
      <w:rPr>
        <w:b/>
        <w:bCs/>
      </w:rPr>
    </w:tblStylePr>
  </w:style>
  <w:style w:type="table" w:styleId="MediumList1-Accent6">
    <w:name w:val="Medium List 1 Accent 6"/>
    <w:basedOn w:val="TableNormal"/>
    <w:uiPriority w:val="65"/>
    <w:rsid w:val="00CB0664"/>
    <w:pPr>
      <w:spacing w:after="0" w:line="240" w:lineRule="auto"/>
    </w:pPr>
    <w:rPr>
      <w:color w:val="312C35" w:themeColor="text1"/>
    </w:rPr>
    <w:tblPr>
      <w:tblStyleRowBandSize w:val="1"/>
      <w:tblStyleColBandSize w:val="1"/>
    </w:tblPr>
    <w:tcPr>
      <w:shd w:val="clear" w:color="auto" w:fill="D0EFC5" w:themeFill="accent6" w:themeFillTint="3F"/>
    </w:tcPr>
    <w:tblStylePr w:type="firstRow">
      <w:rPr>
        <w:rFonts w:asciiTheme="majorHAnsi" w:eastAsiaTheme="majorEastAsia" w:hAnsiTheme="majorHAnsi" w:cstheme="majorBidi"/>
      </w:rPr>
      <w:tblPr/>
      <w:tcPr>
        <w:tcBorders>
          <w:top w:val="nil"/>
          <w:bottom w:val="single" w:sz="8" w:space="0" w:color="4EA72E" w:themeColor="accent6"/>
        </w:tcBorders>
      </w:tcPr>
    </w:tblStylePr>
    <w:tblStylePr w:type="lastRow">
      <w:rPr>
        <w:b/>
        <w:bCs/>
        <w:color w:val="312C35" w:themeColor="text2"/>
      </w:rPr>
      <w:tblPr/>
      <w:tcPr>
        <w:tcBorders>
          <w:top w:val="single" w:sz="8" w:space="0" w:color="4EA72E" w:themeColor="accent6"/>
          <w:bottom w:val="single" w:sz="8" w:space="0" w:color="4EA72E" w:themeColor="accent6"/>
        </w:tcBorders>
      </w:tcPr>
    </w:tblStylePr>
    <w:tblStylePr w:type="firstCol">
      <w:rPr>
        <w:b/>
        <w:bCs/>
      </w:rPr>
    </w:tblStylePr>
    <w:tblStylePr w:type="lastCol">
      <w:rPr>
        <w:b/>
        <w:bCs/>
      </w:r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312C35" w:themeColor="text1"/>
    </w:rPr>
    <w:tblPr>
      <w:tblStyleRowBandSize w:val="1"/>
      <w:tblStyleColBandSize w:val="1"/>
    </w:tblPr>
    <w:tblStylePr w:type="firstRow">
      <w:rPr>
        <w:sz w:val="24"/>
        <w:szCs w:val="24"/>
      </w:rPr>
      <w:tblPr/>
      <w:tcPr>
        <w:tcBorders>
          <w:top w:val="nil"/>
          <w:left w:val="nil"/>
          <w:bottom w:val="single" w:sz="24" w:space="0" w:color="312C35" w:themeColor="text1"/>
          <w:right w:val="nil"/>
          <w:insideH w:val="nil"/>
          <w:insideV w:val="nil"/>
        </w:tcBorders>
        <w:shd w:val="clear" w:color="auto" w:fill="FFFFFF" w:themeFill="background1"/>
      </w:tcPr>
    </w:tblStylePr>
    <w:tblStylePr w:type="lastRow">
      <w:tblPr/>
      <w:tcPr>
        <w:tcBorders>
          <w:top w:val="single" w:sz="8" w:space="0" w:color="312C35"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12C35" w:themeColor="text1"/>
          <w:insideH w:val="nil"/>
          <w:insideV w:val="nil"/>
        </w:tcBorders>
        <w:shd w:val="clear" w:color="auto" w:fill="FFFFFF" w:themeFill="background1"/>
      </w:tcPr>
    </w:tblStylePr>
    <w:tblStylePr w:type="lastCol">
      <w:tblPr/>
      <w:tcPr>
        <w:tcBorders>
          <w:top w:val="nil"/>
          <w:left w:val="single" w:sz="8" w:space="0" w:color="312C35"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CC7D0" w:themeFill="text1" w:themeFillTint="3F"/>
      </w:tcPr>
    </w:tblStylePr>
    <w:tblStylePr w:type="band1Horz">
      <w:tblPr/>
      <w:tcPr>
        <w:tcBorders>
          <w:top w:val="nil"/>
          <w:bottom w:val="nil"/>
          <w:insideH w:val="nil"/>
          <w:insideV w:val="nil"/>
        </w:tcBorders>
        <w:shd w:val="clear" w:color="auto" w:fill="CCC7D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312C35" w:themeColor="text1"/>
    </w:rPr>
    <w:tblPr>
      <w:tblStyleRowBandSize w:val="1"/>
      <w:tblStyleColBandSize w:val="1"/>
    </w:tblPr>
    <w:tblStylePr w:type="firstRow">
      <w:rPr>
        <w:sz w:val="24"/>
        <w:szCs w:val="24"/>
      </w:rPr>
      <w:tblPr/>
      <w:tcPr>
        <w:tcBorders>
          <w:top w:val="nil"/>
          <w:left w:val="nil"/>
          <w:bottom w:val="single" w:sz="24" w:space="0" w:color="EDE6E0" w:themeColor="accent1"/>
          <w:right w:val="nil"/>
          <w:insideH w:val="nil"/>
          <w:insideV w:val="nil"/>
        </w:tcBorders>
        <w:shd w:val="clear" w:color="auto" w:fill="FFFFFF" w:themeFill="background1"/>
      </w:tcPr>
    </w:tblStylePr>
    <w:tblStylePr w:type="lastRow">
      <w:tblPr/>
      <w:tcPr>
        <w:tcBorders>
          <w:top w:val="single" w:sz="8" w:space="0" w:color="EDE6E0"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DE6E0" w:themeColor="accent1"/>
          <w:insideH w:val="nil"/>
          <w:insideV w:val="nil"/>
        </w:tcBorders>
        <w:shd w:val="clear" w:color="auto" w:fill="FFFFFF" w:themeFill="background1"/>
      </w:tcPr>
    </w:tblStylePr>
    <w:tblStylePr w:type="lastCol">
      <w:tblPr/>
      <w:tcPr>
        <w:tcBorders>
          <w:top w:val="nil"/>
          <w:left w:val="single" w:sz="8" w:space="0" w:color="EDE6E0"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F8F7" w:themeFill="accent1" w:themeFillTint="3F"/>
      </w:tcPr>
    </w:tblStylePr>
    <w:tblStylePr w:type="band1Horz">
      <w:tblPr/>
      <w:tcPr>
        <w:tcBorders>
          <w:top w:val="nil"/>
          <w:bottom w:val="nil"/>
          <w:insideH w:val="nil"/>
          <w:insideV w:val="nil"/>
        </w:tcBorders>
        <w:shd w:val="clear" w:color="auto" w:fill="FAF8F7"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312C35" w:themeColor="text1"/>
    </w:rPr>
    <w:tblPr>
      <w:tblStyleRowBandSize w:val="1"/>
      <w:tblStyleColBandSize w:val="1"/>
    </w:tblPr>
    <w:tblStylePr w:type="firstRow">
      <w:rPr>
        <w:sz w:val="24"/>
        <w:szCs w:val="24"/>
      </w:rPr>
      <w:tblPr/>
      <w:tcPr>
        <w:tcBorders>
          <w:top w:val="nil"/>
          <w:left w:val="nil"/>
          <w:bottom w:val="single" w:sz="24" w:space="0" w:color="EAA532" w:themeColor="accent2"/>
          <w:right w:val="nil"/>
          <w:insideH w:val="nil"/>
          <w:insideV w:val="nil"/>
        </w:tcBorders>
        <w:shd w:val="clear" w:color="auto" w:fill="FFFFFF" w:themeFill="background1"/>
      </w:tcPr>
    </w:tblStylePr>
    <w:tblStylePr w:type="lastRow">
      <w:tblPr/>
      <w:tcPr>
        <w:tcBorders>
          <w:top w:val="single" w:sz="8" w:space="0" w:color="EAA53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AA532" w:themeColor="accent2"/>
          <w:insideH w:val="nil"/>
          <w:insideV w:val="nil"/>
        </w:tcBorders>
        <w:shd w:val="clear" w:color="auto" w:fill="FFFFFF" w:themeFill="background1"/>
      </w:tcPr>
    </w:tblStylePr>
    <w:tblStylePr w:type="lastCol">
      <w:tblPr/>
      <w:tcPr>
        <w:tcBorders>
          <w:top w:val="nil"/>
          <w:left w:val="single" w:sz="8" w:space="0" w:color="EAA53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E8CC" w:themeFill="accent2" w:themeFillTint="3F"/>
      </w:tcPr>
    </w:tblStylePr>
    <w:tblStylePr w:type="band1Horz">
      <w:tblPr/>
      <w:tcPr>
        <w:tcBorders>
          <w:top w:val="nil"/>
          <w:bottom w:val="nil"/>
          <w:insideH w:val="nil"/>
          <w:insideV w:val="nil"/>
        </w:tcBorders>
        <w:shd w:val="clear" w:color="auto" w:fill="F9E8CC"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312C35" w:themeColor="text1"/>
    </w:rPr>
    <w:tblPr>
      <w:tblStyleRowBandSize w:val="1"/>
      <w:tblStyleColBandSize w:val="1"/>
    </w:tblPr>
    <w:tblStylePr w:type="firstRow">
      <w:rPr>
        <w:sz w:val="24"/>
        <w:szCs w:val="24"/>
      </w:rPr>
      <w:tblPr/>
      <w:tcPr>
        <w:tcBorders>
          <w:top w:val="nil"/>
          <w:left w:val="nil"/>
          <w:bottom w:val="single" w:sz="24" w:space="0" w:color="BC749C" w:themeColor="accent3"/>
          <w:right w:val="nil"/>
          <w:insideH w:val="nil"/>
          <w:insideV w:val="nil"/>
        </w:tcBorders>
        <w:shd w:val="clear" w:color="auto" w:fill="FFFFFF" w:themeFill="background1"/>
      </w:tcPr>
    </w:tblStylePr>
    <w:tblStylePr w:type="lastRow">
      <w:tblPr/>
      <w:tcPr>
        <w:tcBorders>
          <w:top w:val="single" w:sz="8" w:space="0" w:color="BC749C"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C749C" w:themeColor="accent3"/>
          <w:insideH w:val="nil"/>
          <w:insideV w:val="nil"/>
        </w:tcBorders>
        <w:shd w:val="clear" w:color="auto" w:fill="FFFFFF" w:themeFill="background1"/>
      </w:tcPr>
    </w:tblStylePr>
    <w:tblStylePr w:type="lastCol">
      <w:tblPr/>
      <w:tcPr>
        <w:tcBorders>
          <w:top w:val="nil"/>
          <w:left w:val="single" w:sz="8" w:space="0" w:color="BC749C"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EDCE6" w:themeFill="accent3" w:themeFillTint="3F"/>
      </w:tcPr>
    </w:tblStylePr>
    <w:tblStylePr w:type="band1Horz">
      <w:tblPr/>
      <w:tcPr>
        <w:tcBorders>
          <w:top w:val="nil"/>
          <w:bottom w:val="nil"/>
          <w:insideH w:val="nil"/>
          <w:insideV w:val="nil"/>
        </w:tcBorders>
        <w:shd w:val="clear" w:color="auto" w:fill="EEDCE6"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312C35" w:themeColor="text1"/>
    </w:rPr>
    <w:tblPr>
      <w:tblStyleRowBandSize w:val="1"/>
      <w:tblStyleColBandSize w:val="1"/>
    </w:tblPr>
    <w:tblStylePr w:type="firstRow">
      <w:rPr>
        <w:sz w:val="24"/>
        <w:szCs w:val="24"/>
      </w:rPr>
      <w:tblPr/>
      <w:tcPr>
        <w:tcBorders>
          <w:top w:val="nil"/>
          <w:left w:val="nil"/>
          <w:bottom w:val="single" w:sz="24" w:space="0" w:color="5C3873" w:themeColor="accent4"/>
          <w:right w:val="nil"/>
          <w:insideH w:val="nil"/>
          <w:insideV w:val="nil"/>
        </w:tcBorders>
        <w:shd w:val="clear" w:color="auto" w:fill="FFFFFF" w:themeFill="background1"/>
      </w:tcPr>
    </w:tblStylePr>
    <w:tblStylePr w:type="lastRow">
      <w:tblPr/>
      <w:tcPr>
        <w:tcBorders>
          <w:top w:val="single" w:sz="8" w:space="0" w:color="5C3873"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C3873" w:themeColor="accent4"/>
          <w:insideH w:val="nil"/>
          <w:insideV w:val="nil"/>
        </w:tcBorders>
        <w:shd w:val="clear" w:color="auto" w:fill="FFFFFF" w:themeFill="background1"/>
      </w:tcPr>
    </w:tblStylePr>
    <w:tblStylePr w:type="lastCol">
      <w:tblPr/>
      <w:tcPr>
        <w:tcBorders>
          <w:top w:val="nil"/>
          <w:left w:val="single" w:sz="8" w:space="0" w:color="5C3873"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8C6E3" w:themeFill="accent4" w:themeFillTint="3F"/>
      </w:tcPr>
    </w:tblStylePr>
    <w:tblStylePr w:type="band1Horz">
      <w:tblPr/>
      <w:tcPr>
        <w:tcBorders>
          <w:top w:val="nil"/>
          <w:bottom w:val="nil"/>
          <w:insideH w:val="nil"/>
          <w:insideV w:val="nil"/>
        </w:tcBorders>
        <w:shd w:val="clear" w:color="auto" w:fill="D8C6E3"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312C35" w:themeColor="text1"/>
    </w:rPr>
    <w:tblPr>
      <w:tblStyleRowBandSize w:val="1"/>
      <w:tblStyleColBandSize w:val="1"/>
    </w:tblPr>
    <w:tblStylePr w:type="firstRow">
      <w:rPr>
        <w:sz w:val="24"/>
        <w:szCs w:val="24"/>
      </w:rPr>
      <w:tblPr/>
      <w:tcPr>
        <w:tcBorders>
          <w:top w:val="nil"/>
          <w:left w:val="nil"/>
          <w:bottom w:val="single" w:sz="24" w:space="0" w:color="A02B93" w:themeColor="accent5"/>
          <w:right w:val="nil"/>
          <w:insideH w:val="nil"/>
          <w:insideV w:val="nil"/>
        </w:tcBorders>
        <w:shd w:val="clear" w:color="auto" w:fill="FFFFFF" w:themeFill="background1"/>
      </w:tcPr>
    </w:tblStylePr>
    <w:tblStylePr w:type="lastRow">
      <w:tblPr/>
      <w:tcPr>
        <w:tcBorders>
          <w:top w:val="single" w:sz="8" w:space="0" w:color="A02B93"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02B93" w:themeColor="accent5"/>
          <w:insideH w:val="nil"/>
          <w:insideV w:val="nil"/>
        </w:tcBorders>
        <w:shd w:val="clear" w:color="auto" w:fill="FFFFFF" w:themeFill="background1"/>
      </w:tcPr>
    </w:tblStylePr>
    <w:tblStylePr w:type="lastCol">
      <w:tblPr/>
      <w:tcPr>
        <w:tcBorders>
          <w:top w:val="nil"/>
          <w:left w:val="single" w:sz="8" w:space="0" w:color="A02B93"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C3E9" w:themeFill="accent5" w:themeFillTint="3F"/>
      </w:tcPr>
    </w:tblStylePr>
    <w:tblStylePr w:type="band1Horz">
      <w:tblPr/>
      <w:tcPr>
        <w:tcBorders>
          <w:top w:val="nil"/>
          <w:bottom w:val="nil"/>
          <w:insideH w:val="nil"/>
          <w:insideV w:val="nil"/>
        </w:tcBorders>
        <w:shd w:val="clear" w:color="auto" w:fill="EFC3E9"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312C35" w:themeColor="text1"/>
    </w:rPr>
    <w:tblPr>
      <w:tblStyleRowBandSize w:val="1"/>
      <w:tblStyleColBandSize w:val="1"/>
    </w:tblPr>
    <w:tblStylePr w:type="firstRow">
      <w:rPr>
        <w:sz w:val="24"/>
        <w:szCs w:val="24"/>
      </w:rPr>
      <w:tblPr/>
      <w:tcPr>
        <w:tcBorders>
          <w:top w:val="nil"/>
          <w:left w:val="nil"/>
          <w:bottom w:val="single" w:sz="24" w:space="0" w:color="4EA72E" w:themeColor="accent6"/>
          <w:right w:val="nil"/>
          <w:insideH w:val="nil"/>
          <w:insideV w:val="nil"/>
        </w:tcBorders>
        <w:shd w:val="clear" w:color="auto" w:fill="FFFFFF" w:themeFill="background1"/>
      </w:tcPr>
    </w:tblStylePr>
    <w:tblStylePr w:type="lastRow">
      <w:tblPr/>
      <w:tcPr>
        <w:tcBorders>
          <w:top w:val="single" w:sz="8" w:space="0" w:color="4EA72E"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EA72E" w:themeColor="accent6"/>
          <w:insideH w:val="nil"/>
          <w:insideV w:val="nil"/>
        </w:tcBorders>
        <w:shd w:val="clear" w:color="auto" w:fill="FFFFFF" w:themeFill="background1"/>
      </w:tcPr>
    </w:tblStylePr>
    <w:tblStylePr w:type="lastCol">
      <w:tblPr/>
      <w:tcPr>
        <w:tcBorders>
          <w:top w:val="nil"/>
          <w:left w:val="single" w:sz="8" w:space="0" w:color="4EA72E"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EFC5" w:themeFill="accent6" w:themeFillTint="3F"/>
      </w:tcPr>
    </w:tblStylePr>
    <w:tblStylePr w:type="band1Horz">
      <w:tblPr/>
      <w:tcPr>
        <w:tcBorders>
          <w:top w:val="nil"/>
          <w:bottom w:val="nil"/>
          <w:insideH w:val="nil"/>
          <w:insideV w:val="nil"/>
        </w:tcBorders>
        <w:shd w:val="clear" w:color="auto" w:fill="D0EFC5"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Pr>
    <w:tcPr>
      <w:shd w:val="clear" w:color="auto" w:fill="CCC7D0" w:themeFill="text1" w:themeFillTint="3F"/>
    </w:tcPr>
    <w:tblStylePr w:type="firstRow">
      <w:rPr>
        <w:b/>
        <w:bCs/>
      </w:rPr>
    </w:tblStylePr>
    <w:tblStylePr w:type="lastRow">
      <w:rPr>
        <w:b/>
        <w:bCs/>
      </w:rPr>
      <w:tblPr/>
      <w:tcPr>
        <w:tcBorders>
          <w:top w:val="single" w:sz="18" w:space="0" w:color="655B6D" w:themeColor="text1" w:themeTint="BF"/>
        </w:tcBorders>
      </w:tcPr>
    </w:tblStylePr>
    <w:tblStylePr w:type="firstCol">
      <w:rPr>
        <w:b/>
        <w:bCs/>
      </w:rPr>
    </w:tblStylePr>
    <w:tblStylePr w:type="lastCol">
      <w:rPr>
        <w:b/>
        <w:bCs/>
      </w:rPr>
    </w:tblStylePr>
    <w:tblStylePr w:type="band1Vert">
      <w:tblPr/>
      <w:tcPr>
        <w:shd w:val="clear" w:color="auto" w:fill="998EA1" w:themeFill="text1" w:themeFillTint="7F"/>
      </w:tcPr>
    </w:tblStylePr>
    <w:tblStylePr w:type="band1Horz">
      <w:tblPr/>
      <w:tcPr>
        <w:shd w:val="clear" w:color="auto" w:fill="998EA1"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Pr>
    <w:tcPr>
      <w:shd w:val="clear" w:color="auto" w:fill="FAF8F7" w:themeFill="accent1" w:themeFillTint="3F"/>
    </w:tcPr>
    <w:tblStylePr w:type="firstRow">
      <w:rPr>
        <w:b/>
        <w:bCs/>
      </w:rPr>
    </w:tblStylePr>
    <w:tblStylePr w:type="lastRow">
      <w:rPr>
        <w:b/>
        <w:bCs/>
      </w:rPr>
      <w:tblPr/>
      <w:tcPr>
        <w:tcBorders>
          <w:top w:val="single" w:sz="18" w:space="0" w:color="F1ECE7" w:themeColor="accent1" w:themeTint="BF"/>
        </w:tcBorders>
      </w:tcPr>
    </w:tblStylePr>
    <w:tblStylePr w:type="firstCol">
      <w:rPr>
        <w:b/>
        <w:bCs/>
      </w:rPr>
    </w:tblStylePr>
    <w:tblStylePr w:type="lastCol">
      <w:rPr>
        <w:b/>
        <w:bCs/>
      </w:rPr>
    </w:tblStylePr>
    <w:tblStylePr w:type="band1Vert">
      <w:tblPr/>
      <w:tcPr>
        <w:shd w:val="clear" w:color="auto" w:fill="F6F2EF" w:themeFill="accent1" w:themeFillTint="7F"/>
      </w:tcPr>
    </w:tblStylePr>
    <w:tblStylePr w:type="band1Horz">
      <w:tblPr/>
      <w:tcPr>
        <w:shd w:val="clear" w:color="auto" w:fill="F6F2EF"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Pr>
    <w:tcPr>
      <w:shd w:val="clear" w:color="auto" w:fill="F9E8CC" w:themeFill="accent2" w:themeFillTint="3F"/>
    </w:tcPr>
    <w:tblStylePr w:type="firstRow">
      <w:rPr>
        <w:b/>
        <w:bCs/>
      </w:rPr>
    </w:tblStylePr>
    <w:tblStylePr w:type="lastRow">
      <w:rPr>
        <w:b/>
        <w:bCs/>
      </w:rPr>
      <w:tblPr/>
      <w:tcPr>
        <w:tcBorders>
          <w:top w:val="single" w:sz="18" w:space="0" w:color="EFBB65" w:themeColor="accent2" w:themeTint="BF"/>
        </w:tcBorders>
      </w:tcPr>
    </w:tblStylePr>
    <w:tblStylePr w:type="firstCol">
      <w:rPr>
        <w:b/>
        <w:bCs/>
      </w:rPr>
    </w:tblStylePr>
    <w:tblStylePr w:type="lastCol">
      <w:rPr>
        <w:b/>
        <w:bCs/>
      </w:rPr>
    </w:tblStylePr>
    <w:tblStylePr w:type="band1Vert">
      <w:tblPr/>
      <w:tcPr>
        <w:shd w:val="clear" w:color="auto" w:fill="F4D298" w:themeFill="accent2" w:themeFillTint="7F"/>
      </w:tcPr>
    </w:tblStylePr>
    <w:tblStylePr w:type="band1Horz">
      <w:tblPr/>
      <w:tcPr>
        <w:shd w:val="clear" w:color="auto" w:fill="F4D298"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Pr>
    <w:tcPr>
      <w:shd w:val="clear" w:color="auto" w:fill="EEDCE6" w:themeFill="accent3" w:themeFillTint="3F"/>
    </w:tcPr>
    <w:tblStylePr w:type="firstRow">
      <w:rPr>
        <w:b/>
        <w:bCs/>
      </w:rPr>
    </w:tblStylePr>
    <w:tblStylePr w:type="lastRow">
      <w:rPr>
        <w:b/>
        <w:bCs/>
      </w:rPr>
      <w:tblPr/>
      <w:tcPr>
        <w:tcBorders>
          <w:top w:val="single" w:sz="18" w:space="0" w:color="CC96B4" w:themeColor="accent3" w:themeTint="BF"/>
        </w:tcBorders>
      </w:tcPr>
    </w:tblStylePr>
    <w:tblStylePr w:type="firstCol">
      <w:rPr>
        <w:b/>
        <w:bCs/>
      </w:rPr>
    </w:tblStylePr>
    <w:tblStylePr w:type="lastCol">
      <w:rPr>
        <w:b/>
        <w:bCs/>
      </w:rPr>
    </w:tblStylePr>
    <w:tblStylePr w:type="band1Vert">
      <w:tblPr/>
      <w:tcPr>
        <w:shd w:val="clear" w:color="auto" w:fill="DDB9CD" w:themeFill="accent3" w:themeFillTint="7F"/>
      </w:tcPr>
    </w:tblStylePr>
    <w:tblStylePr w:type="band1Horz">
      <w:tblPr/>
      <w:tcPr>
        <w:shd w:val="clear" w:color="auto" w:fill="DDB9CD"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Pr>
    <w:tcPr>
      <w:shd w:val="clear" w:color="auto" w:fill="D8C6E3" w:themeFill="accent4" w:themeFillTint="3F"/>
    </w:tcPr>
    <w:tblStylePr w:type="firstRow">
      <w:rPr>
        <w:b/>
        <w:bCs/>
      </w:rPr>
    </w:tblStylePr>
    <w:tblStylePr w:type="lastRow">
      <w:rPr>
        <w:b/>
        <w:bCs/>
      </w:rPr>
      <w:tblPr/>
      <w:tcPr>
        <w:tcBorders>
          <w:top w:val="single" w:sz="18" w:space="0" w:color="8954AB" w:themeColor="accent4" w:themeTint="BF"/>
        </w:tcBorders>
      </w:tcPr>
    </w:tblStylePr>
    <w:tblStylePr w:type="firstCol">
      <w:rPr>
        <w:b/>
        <w:bCs/>
      </w:rPr>
    </w:tblStylePr>
    <w:tblStylePr w:type="lastCol">
      <w:rPr>
        <w:b/>
        <w:bCs/>
      </w:rPr>
    </w:tblStylePr>
    <w:tblStylePr w:type="band1Vert">
      <w:tblPr/>
      <w:tcPr>
        <w:shd w:val="clear" w:color="auto" w:fill="B08DC7" w:themeFill="accent4" w:themeFillTint="7F"/>
      </w:tcPr>
    </w:tblStylePr>
    <w:tblStylePr w:type="band1Horz">
      <w:tblPr/>
      <w:tcPr>
        <w:shd w:val="clear" w:color="auto" w:fill="B08DC7"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Pr>
    <w:tcPr>
      <w:shd w:val="clear" w:color="auto" w:fill="EFC3E9" w:themeFill="accent5" w:themeFillTint="3F"/>
    </w:tcPr>
    <w:tblStylePr w:type="firstRow">
      <w:rPr>
        <w:b/>
        <w:bCs/>
      </w:rPr>
    </w:tblStylePr>
    <w:tblStylePr w:type="lastRow">
      <w:rPr>
        <w:b/>
        <w:bCs/>
      </w:rPr>
      <w:tblPr/>
      <w:tcPr>
        <w:tcBorders>
          <w:top w:val="single" w:sz="18" w:space="0" w:color="CE49BF" w:themeColor="accent5" w:themeTint="BF"/>
        </w:tcBorders>
      </w:tcPr>
    </w:tblStylePr>
    <w:tblStylePr w:type="firstCol">
      <w:rPr>
        <w:b/>
        <w:bCs/>
      </w:rPr>
    </w:tblStylePr>
    <w:tblStylePr w:type="lastCol">
      <w:rPr>
        <w:b/>
        <w:bCs/>
      </w:rPr>
    </w:tblStylePr>
    <w:tblStylePr w:type="band1Vert">
      <w:tblPr/>
      <w:tcPr>
        <w:shd w:val="clear" w:color="auto" w:fill="DE86D4" w:themeFill="accent5" w:themeFillTint="7F"/>
      </w:tcPr>
    </w:tblStylePr>
    <w:tblStylePr w:type="band1Horz">
      <w:tblPr/>
      <w:tcPr>
        <w:shd w:val="clear" w:color="auto" w:fill="DE86D4"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Pr>
    <w:tcPr>
      <w:shd w:val="clear" w:color="auto" w:fill="D0EFC5" w:themeFill="accent6" w:themeFillTint="3F"/>
    </w:tcPr>
    <w:tblStylePr w:type="firstRow">
      <w:rPr>
        <w:b/>
        <w:bCs/>
      </w:rPr>
    </w:tblStylePr>
    <w:tblStylePr w:type="lastRow">
      <w:rPr>
        <w:b/>
        <w:bCs/>
      </w:rPr>
      <w:tblPr/>
      <w:tcPr>
        <w:tcBorders>
          <w:top w:val="single" w:sz="18" w:space="0" w:color="71CF50" w:themeColor="accent6" w:themeTint="BF"/>
        </w:tcBorders>
      </w:tcPr>
    </w:tblStylePr>
    <w:tblStylePr w:type="firstCol">
      <w:rPr>
        <w:b/>
        <w:bCs/>
      </w:rPr>
    </w:tblStylePr>
    <w:tblStylePr w:type="lastCol">
      <w:rPr>
        <w:b/>
        <w:bCs/>
      </w:rPr>
    </w:tblStylePr>
    <w:tblStylePr w:type="band1Vert">
      <w:tblPr/>
      <w:tcPr>
        <w:shd w:val="clear" w:color="auto" w:fill="A0DF8A" w:themeFill="accent6" w:themeFillTint="7F"/>
      </w:tcPr>
    </w:tblStylePr>
    <w:tblStylePr w:type="band1Horz">
      <w:tblPr/>
      <w:tcPr>
        <w:shd w:val="clear" w:color="auto" w:fill="A0DF8A"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312C35" w:themeColor="text1"/>
    </w:rPr>
    <w:tblPr>
      <w:tblStyleRowBandSize w:val="1"/>
      <w:tblStyleColBandSize w:val="1"/>
    </w:tblPr>
    <w:tcPr>
      <w:shd w:val="clear" w:color="auto" w:fill="CCC7D0" w:themeFill="text1" w:themeFillTint="3F"/>
    </w:tcPr>
    <w:tblStylePr w:type="firstRow">
      <w:rPr>
        <w:b/>
        <w:bCs/>
        <w:color w:val="312C35" w:themeColor="text1"/>
      </w:rPr>
      <w:tblPr/>
      <w:tcPr>
        <w:shd w:val="clear" w:color="auto" w:fill="EAE8EC" w:themeFill="text1" w:themeFillTint="19"/>
      </w:tcPr>
    </w:tblStylePr>
    <w:tblStylePr w:type="lastRow">
      <w:rPr>
        <w:b/>
        <w:bCs/>
        <w:color w:val="312C35" w:themeColor="text1"/>
      </w:rPr>
      <w:tblPr/>
      <w:tcPr>
        <w:tcBorders>
          <w:top w:val="single" w:sz="12" w:space="0" w:color="312C35" w:themeColor="text1"/>
          <w:left w:val="nil"/>
          <w:bottom w:val="nil"/>
          <w:right w:val="nil"/>
          <w:insideH w:val="nil"/>
          <w:insideV w:val="nil"/>
        </w:tcBorders>
        <w:shd w:val="clear" w:color="auto" w:fill="FFFFFF" w:themeFill="background1"/>
      </w:tcPr>
    </w:tblStylePr>
    <w:tblStylePr w:type="firstCol">
      <w:rPr>
        <w:b/>
        <w:bCs/>
        <w:color w:val="312C35"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12C35" w:themeColor="text1"/>
      </w:rPr>
      <w:tblPr/>
      <w:tcPr>
        <w:tcBorders>
          <w:top w:val="nil"/>
          <w:left w:val="nil"/>
          <w:bottom w:val="nil"/>
          <w:right w:val="nil"/>
          <w:insideH w:val="nil"/>
          <w:insideV w:val="nil"/>
        </w:tcBorders>
        <w:shd w:val="clear" w:color="auto" w:fill="D6D1D9" w:themeFill="text1" w:themeFillTint="33"/>
      </w:tcPr>
    </w:tblStylePr>
    <w:tblStylePr w:type="band1Vert">
      <w:tblPr/>
      <w:tcPr>
        <w:shd w:val="clear" w:color="auto" w:fill="998EA1" w:themeFill="text1" w:themeFillTint="7F"/>
      </w:tcPr>
    </w:tblStylePr>
    <w:tblStylePr w:type="band1Horz">
      <w:tblPr/>
      <w:tcPr>
        <w:tcBorders>
          <w:insideH w:val="single" w:sz="6" w:space="0" w:color="312C35" w:themeColor="text1"/>
          <w:insideV w:val="single" w:sz="6" w:space="0" w:color="312C35" w:themeColor="text1"/>
        </w:tcBorders>
        <w:shd w:val="clear" w:color="auto" w:fill="998EA1"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312C35" w:themeColor="text1"/>
    </w:rPr>
    <w:tblPr>
      <w:tblStyleRowBandSize w:val="1"/>
      <w:tblStyleColBandSize w:val="1"/>
    </w:tblPr>
    <w:tcPr>
      <w:shd w:val="clear" w:color="auto" w:fill="FAF8F7" w:themeFill="accent1" w:themeFillTint="3F"/>
    </w:tcPr>
    <w:tblStylePr w:type="firstRow">
      <w:rPr>
        <w:b/>
        <w:bCs/>
        <w:color w:val="312C35" w:themeColor="text1"/>
      </w:rPr>
      <w:tblPr/>
      <w:tcPr>
        <w:shd w:val="clear" w:color="auto" w:fill="FDFCFB" w:themeFill="accent1" w:themeFillTint="19"/>
      </w:tcPr>
    </w:tblStylePr>
    <w:tblStylePr w:type="lastRow">
      <w:rPr>
        <w:b/>
        <w:bCs/>
        <w:color w:val="312C35" w:themeColor="text1"/>
      </w:rPr>
      <w:tblPr/>
      <w:tcPr>
        <w:tcBorders>
          <w:top w:val="single" w:sz="12" w:space="0" w:color="312C35" w:themeColor="text1"/>
          <w:left w:val="nil"/>
          <w:bottom w:val="nil"/>
          <w:right w:val="nil"/>
          <w:insideH w:val="nil"/>
          <w:insideV w:val="nil"/>
        </w:tcBorders>
        <w:shd w:val="clear" w:color="auto" w:fill="FFFFFF" w:themeFill="background1"/>
      </w:tcPr>
    </w:tblStylePr>
    <w:tblStylePr w:type="firstCol">
      <w:rPr>
        <w:b/>
        <w:bCs/>
        <w:color w:val="312C35"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12C35" w:themeColor="text1"/>
      </w:rPr>
      <w:tblPr/>
      <w:tcPr>
        <w:tcBorders>
          <w:top w:val="nil"/>
          <w:left w:val="nil"/>
          <w:bottom w:val="nil"/>
          <w:right w:val="nil"/>
          <w:insideH w:val="nil"/>
          <w:insideV w:val="nil"/>
        </w:tcBorders>
        <w:shd w:val="clear" w:color="auto" w:fill="FBF9F8" w:themeFill="accent1" w:themeFillTint="33"/>
      </w:tcPr>
    </w:tblStylePr>
    <w:tblStylePr w:type="band1Vert">
      <w:tblPr/>
      <w:tcPr>
        <w:shd w:val="clear" w:color="auto" w:fill="F6F2EF" w:themeFill="accent1" w:themeFillTint="7F"/>
      </w:tcPr>
    </w:tblStylePr>
    <w:tblStylePr w:type="band1Horz">
      <w:tblPr/>
      <w:tcPr>
        <w:tcBorders>
          <w:insideH w:val="single" w:sz="6" w:space="0" w:color="EDE6E0" w:themeColor="accent1"/>
          <w:insideV w:val="single" w:sz="6" w:space="0" w:color="EDE6E0" w:themeColor="accent1"/>
        </w:tcBorders>
        <w:shd w:val="clear" w:color="auto" w:fill="F6F2EF"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312C35" w:themeColor="text1"/>
    </w:rPr>
    <w:tblPr>
      <w:tblStyleRowBandSize w:val="1"/>
      <w:tblStyleColBandSize w:val="1"/>
    </w:tblPr>
    <w:tcPr>
      <w:shd w:val="clear" w:color="auto" w:fill="F9E8CC" w:themeFill="accent2" w:themeFillTint="3F"/>
    </w:tcPr>
    <w:tblStylePr w:type="firstRow">
      <w:rPr>
        <w:b/>
        <w:bCs/>
        <w:color w:val="312C35" w:themeColor="text1"/>
      </w:rPr>
      <w:tblPr/>
      <w:tcPr>
        <w:shd w:val="clear" w:color="auto" w:fill="FDF6EA" w:themeFill="accent2" w:themeFillTint="19"/>
      </w:tcPr>
    </w:tblStylePr>
    <w:tblStylePr w:type="lastRow">
      <w:rPr>
        <w:b/>
        <w:bCs/>
        <w:color w:val="312C35" w:themeColor="text1"/>
      </w:rPr>
      <w:tblPr/>
      <w:tcPr>
        <w:tcBorders>
          <w:top w:val="single" w:sz="12" w:space="0" w:color="312C35" w:themeColor="text1"/>
          <w:left w:val="nil"/>
          <w:bottom w:val="nil"/>
          <w:right w:val="nil"/>
          <w:insideH w:val="nil"/>
          <w:insideV w:val="nil"/>
        </w:tcBorders>
        <w:shd w:val="clear" w:color="auto" w:fill="FFFFFF" w:themeFill="background1"/>
      </w:tcPr>
    </w:tblStylePr>
    <w:tblStylePr w:type="firstCol">
      <w:rPr>
        <w:b/>
        <w:bCs/>
        <w:color w:val="312C35"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12C35" w:themeColor="text1"/>
      </w:rPr>
      <w:tblPr/>
      <w:tcPr>
        <w:tcBorders>
          <w:top w:val="nil"/>
          <w:left w:val="nil"/>
          <w:bottom w:val="nil"/>
          <w:right w:val="nil"/>
          <w:insideH w:val="nil"/>
          <w:insideV w:val="nil"/>
        </w:tcBorders>
        <w:shd w:val="clear" w:color="auto" w:fill="FAECD5" w:themeFill="accent2" w:themeFillTint="33"/>
      </w:tcPr>
    </w:tblStylePr>
    <w:tblStylePr w:type="band1Vert">
      <w:tblPr/>
      <w:tcPr>
        <w:shd w:val="clear" w:color="auto" w:fill="F4D298" w:themeFill="accent2" w:themeFillTint="7F"/>
      </w:tcPr>
    </w:tblStylePr>
    <w:tblStylePr w:type="band1Horz">
      <w:tblPr/>
      <w:tcPr>
        <w:tcBorders>
          <w:insideH w:val="single" w:sz="6" w:space="0" w:color="EAA532" w:themeColor="accent2"/>
          <w:insideV w:val="single" w:sz="6" w:space="0" w:color="EAA532" w:themeColor="accent2"/>
        </w:tcBorders>
        <w:shd w:val="clear" w:color="auto" w:fill="F4D29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312C35" w:themeColor="text1"/>
    </w:rPr>
    <w:tblPr>
      <w:tblStyleRowBandSize w:val="1"/>
      <w:tblStyleColBandSize w:val="1"/>
    </w:tblPr>
    <w:tcPr>
      <w:shd w:val="clear" w:color="auto" w:fill="EEDCE6" w:themeFill="accent3" w:themeFillTint="3F"/>
    </w:tcPr>
    <w:tblStylePr w:type="firstRow">
      <w:rPr>
        <w:b/>
        <w:bCs/>
        <w:color w:val="312C35" w:themeColor="text1"/>
      </w:rPr>
      <w:tblPr/>
      <w:tcPr>
        <w:shd w:val="clear" w:color="auto" w:fill="F8F1F5" w:themeFill="accent3" w:themeFillTint="19"/>
      </w:tcPr>
    </w:tblStylePr>
    <w:tblStylePr w:type="lastRow">
      <w:rPr>
        <w:b/>
        <w:bCs/>
        <w:color w:val="312C35" w:themeColor="text1"/>
      </w:rPr>
      <w:tblPr/>
      <w:tcPr>
        <w:tcBorders>
          <w:top w:val="single" w:sz="12" w:space="0" w:color="312C35" w:themeColor="text1"/>
          <w:left w:val="nil"/>
          <w:bottom w:val="nil"/>
          <w:right w:val="nil"/>
          <w:insideH w:val="nil"/>
          <w:insideV w:val="nil"/>
        </w:tcBorders>
        <w:shd w:val="clear" w:color="auto" w:fill="FFFFFF" w:themeFill="background1"/>
      </w:tcPr>
    </w:tblStylePr>
    <w:tblStylePr w:type="firstCol">
      <w:rPr>
        <w:b/>
        <w:bCs/>
        <w:color w:val="312C35"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12C35" w:themeColor="text1"/>
      </w:rPr>
      <w:tblPr/>
      <w:tcPr>
        <w:tcBorders>
          <w:top w:val="nil"/>
          <w:left w:val="nil"/>
          <w:bottom w:val="nil"/>
          <w:right w:val="nil"/>
          <w:insideH w:val="nil"/>
          <w:insideV w:val="nil"/>
        </w:tcBorders>
        <w:shd w:val="clear" w:color="auto" w:fill="F1E3EB" w:themeFill="accent3" w:themeFillTint="33"/>
      </w:tcPr>
    </w:tblStylePr>
    <w:tblStylePr w:type="band1Vert">
      <w:tblPr/>
      <w:tcPr>
        <w:shd w:val="clear" w:color="auto" w:fill="DDB9CD" w:themeFill="accent3" w:themeFillTint="7F"/>
      </w:tcPr>
    </w:tblStylePr>
    <w:tblStylePr w:type="band1Horz">
      <w:tblPr/>
      <w:tcPr>
        <w:tcBorders>
          <w:insideH w:val="single" w:sz="6" w:space="0" w:color="BC749C" w:themeColor="accent3"/>
          <w:insideV w:val="single" w:sz="6" w:space="0" w:color="BC749C" w:themeColor="accent3"/>
        </w:tcBorders>
        <w:shd w:val="clear" w:color="auto" w:fill="DDB9CD"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312C35" w:themeColor="text1"/>
    </w:rPr>
    <w:tblPr>
      <w:tblStyleRowBandSize w:val="1"/>
      <w:tblStyleColBandSize w:val="1"/>
    </w:tblPr>
    <w:tcPr>
      <w:shd w:val="clear" w:color="auto" w:fill="D8C6E3" w:themeFill="accent4" w:themeFillTint="3F"/>
    </w:tcPr>
    <w:tblStylePr w:type="firstRow">
      <w:rPr>
        <w:b/>
        <w:bCs/>
        <w:color w:val="312C35" w:themeColor="text1"/>
      </w:rPr>
      <w:tblPr/>
      <w:tcPr>
        <w:shd w:val="clear" w:color="auto" w:fill="EFE8F4" w:themeFill="accent4" w:themeFillTint="19"/>
      </w:tcPr>
    </w:tblStylePr>
    <w:tblStylePr w:type="lastRow">
      <w:rPr>
        <w:b/>
        <w:bCs/>
        <w:color w:val="312C35" w:themeColor="text1"/>
      </w:rPr>
      <w:tblPr/>
      <w:tcPr>
        <w:tcBorders>
          <w:top w:val="single" w:sz="12" w:space="0" w:color="312C35" w:themeColor="text1"/>
          <w:left w:val="nil"/>
          <w:bottom w:val="nil"/>
          <w:right w:val="nil"/>
          <w:insideH w:val="nil"/>
          <w:insideV w:val="nil"/>
        </w:tcBorders>
        <w:shd w:val="clear" w:color="auto" w:fill="FFFFFF" w:themeFill="background1"/>
      </w:tcPr>
    </w:tblStylePr>
    <w:tblStylePr w:type="firstCol">
      <w:rPr>
        <w:b/>
        <w:bCs/>
        <w:color w:val="312C35"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12C35" w:themeColor="text1"/>
      </w:rPr>
      <w:tblPr/>
      <w:tcPr>
        <w:tcBorders>
          <w:top w:val="nil"/>
          <w:left w:val="nil"/>
          <w:bottom w:val="nil"/>
          <w:right w:val="nil"/>
          <w:insideH w:val="nil"/>
          <w:insideV w:val="nil"/>
        </w:tcBorders>
        <w:shd w:val="clear" w:color="auto" w:fill="DFD1E8" w:themeFill="accent4" w:themeFillTint="33"/>
      </w:tcPr>
    </w:tblStylePr>
    <w:tblStylePr w:type="band1Vert">
      <w:tblPr/>
      <w:tcPr>
        <w:shd w:val="clear" w:color="auto" w:fill="B08DC7" w:themeFill="accent4" w:themeFillTint="7F"/>
      </w:tcPr>
    </w:tblStylePr>
    <w:tblStylePr w:type="band1Horz">
      <w:tblPr/>
      <w:tcPr>
        <w:tcBorders>
          <w:insideH w:val="single" w:sz="6" w:space="0" w:color="5C3873" w:themeColor="accent4"/>
          <w:insideV w:val="single" w:sz="6" w:space="0" w:color="5C3873" w:themeColor="accent4"/>
        </w:tcBorders>
        <w:shd w:val="clear" w:color="auto" w:fill="B08DC7"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312C35" w:themeColor="text1"/>
    </w:rPr>
    <w:tblPr>
      <w:tblStyleRowBandSize w:val="1"/>
      <w:tblStyleColBandSize w:val="1"/>
    </w:tblPr>
    <w:tcPr>
      <w:shd w:val="clear" w:color="auto" w:fill="EFC3E9" w:themeFill="accent5" w:themeFillTint="3F"/>
    </w:tcPr>
    <w:tblStylePr w:type="firstRow">
      <w:rPr>
        <w:b/>
        <w:bCs/>
        <w:color w:val="312C35" w:themeColor="text1"/>
      </w:rPr>
      <w:tblPr/>
      <w:tcPr>
        <w:shd w:val="clear" w:color="auto" w:fill="F8E7F6" w:themeFill="accent5" w:themeFillTint="19"/>
      </w:tcPr>
    </w:tblStylePr>
    <w:tblStylePr w:type="lastRow">
      <w:rPr>
        <w:b/>
        <w:bCs/>
        <w:color w:val="312C35" w:themeColor="text1"/>
      </w:rPr>
      <w:tblPr/>
      <w:tcPr>
        <w:tcBorders>
          <w:top w:val="single" w:sz="12" w:space="0" w:color="312C35" w:themeColor="text1"/>
          <w:left w:val="nil"/>
          <w:bottom w:val="nil"/>
          <w:right w:val="nil"/>
          <w:insideH w:val="nil"/>
          <w:insideV w:val="nil"/>
        </w:tcBorders>
        <w:shd w:val="clear" w:color="auto" w:fill="FFFFFF" w:themeFill="background1"/>
      </w:tcPr>
    </w:tblStylePr>
    <w:tblStylePr w:type="firstCol">
      <w:rPr>
        <w:b/>
        <w:bCs/>
        <w:color w:val="312C35"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12C35" w:themeColor="text1"/>
      </w:rPr>
      <w:tblPr/>
      <w:tcPr>
        <w:tcBorders>
          <w:top w:val="nil"/>
          <w:left w:val="nil"/>
          <w:bottom w:val="nil"/>
          <w:right w:val="nil"/>
          <w:insideH w:val="nil"/>
          <w:insideV w:val="nil"/>
        </w:tcBorders>
        <w:shd w:val="clear" w:color="auto" w:fill="F2CEED" w:themeFill="accent5" w:themeFillTint="33"/>
      </w:tcPr>
    </w:tblStylePr>
    <w:tblStylePr w:type="band1Vert">
      <w:tblPr/>
      <w:tcPr>
        <w:shd w:val="clear" w:color="auto" w:fill="DE86D4" w:themeFill="accent5" w:themeFillTint="7F"/>
      </w:tcPr>
    </w:tblStylePr>
    <w:tblStylePr w:type="band1Horz">
      <w:tblPr/>
      <w:tcPr>
        <w:tcBorders>
          <w:insideH w:val="single" w:sz="6" w:space="0" w:color="A02B93" w:themeColor="accent5"/>
          <w:insideV w:val="single" w:sz="6" w:space="0" w:color="A02B93" w:themeColor="accent5"/>
        </w:tcBorders>
        <w:shd w:val="clear" w:color="auto" w:fill="DE86D4"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312C35" w:themeColor="text1"/>
    </w:rPr>
    <w:tblPr>
      <w:tblStyleRowBandSize w:val="1"/>
      <w:tblStyleColBandSize w:val="1"/>
    </w:tblPr>
    <w:tcPr>
      <w:shd w:val="clear" w:color="auto" w:fill="D0EFC5" w:themeFill="accent6" w:themeFillTint="3F"/>
    </w:tcPr>
    <w:tblStylePr w:type="firstRow">
      <w:rPr>
        <w:b/>
        <w:bCs/>
        <w:color w:val="312C35" w:themeColor="text1"/>
      </w:rPr>
      <w:tblPr/>
      <w:tcPr>
        <w:shd w:val="clear" w:color="auto" w:fill="ECF8E8" w:themeFill="accent6" w:themeFillTint="19"/>
      </w:tcPr>
    </w:tblStylePr>
    <w:tblStylePr w:type="lastRow">
      <w:rPr>
        <w:b/>
        <w:bCs/>
        <w:color w:val="312C35" w:themeColor="text1"/>
      </w:rPr>
      <w:tblPr/>
      <w:tcPr>
        <w:tcBorders>
          <w:top w:val="single" w:sz="12" w:space="0" w:color="312C35" w:themeColor="text1"/>
          <w:left w:val="nil"/>
          <w:bottom w:val="nil"/>
          <w:right w:val="nil"/>
          <w:insideH w:val="nil"/>
          <w:insideV w:val="nil"/>
        </w:tcBorders>
        <w:shd w:val="clear" w:color="auto" w:fill="FFFFFF" w:themeFill="background1"/>
      </w:tcPr>
    </w:tblStylePr>
    <w:tblStylePr w:type="firstCol">
      <w:rPr>
        <w:b/>
        <w:bCs/>
        <w:color w:val="312C35"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12C35" w:themeColor="text1"/>
      </w:rPr>
      <w:tblPr/>
      <w:tcPr>
        <w:tcBorders>
          <w:top w:val="nil"/>
          <w:left w:val="nil"/>
          <w:bottom w:val="nil"/>
          <w:right w:val="nil"/>
          <w:insideH w:val="nil"/>
          <w:insideV w:val="nil"/>
        </w:tcBorders>
        <w:shd w:val="clear" w:color="auto" w:fill="D9F2D0" w:themeFill="accent6" w:themeFillTint="33"/>
      </w:tcPr>
    </w:tblStylePr>
    <w:tblStylePr w:type="band1Vert">
      <w:tblPr/>
      <w:tcPr>
        <w:shd w:val="clear" w:color="auto" w:fill="A0DF8A" w:themeFill="accent6" w:themeFillTint="7F"/>
      </w:tcPr>
    </w:tblStylePr>
    <w:tblStylePr w:type="band1Horz">
      <w:tblPr/>
      <w:tcPr>
        <w:tcBorders>
          <w:insideH w:val="single" w:sz="6" w:space="0" w:color="4EA72E" w:themeColor="accent6"/>
          <w:insideV w:val="single" w:sz="6" w:space="0" w:color="4EA72E" w:themeColor="accent6"/>
        </w:tcBorders>
        <w:shd w:val="clear" w:color="auto" w:fill="A0DF8A"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CC7D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12C35"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12C35"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12C35"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12C35"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98EA1"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AF8F7"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DE6E0"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DE6E0"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DE6E0"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DE6E0"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F2EF"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9E8CC"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AA53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AA53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AA53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AA53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4D298"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EDCE6"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C749C"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C749C"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C749C"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C749C"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DB9CD"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8C6E3"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C3873"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C3873"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C3873"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C3873"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08DC7"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C3E9"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02B93"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02B93"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02B93"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02B93"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E86D4"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0EFC5"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EA72E"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EA72E"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EA72E"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EA72E"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0DF8A"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tcBorders>
        <w:top w:val="nil"/>
        <w:left w:val="nil"/>
        <w:bottom w:val="nil"/>
        <w:right w:val="nil"/>
      </w:tcBorders>
      <w:shd w:val="clear" w:color="auto" w:fill="312C35" w:themeFill="text1"/>
    </w:tcPr>
    <w:tblStylePr w:type="firstRow">
      <w:rPr>
        <w:b/>
        <w:bCs/>
      </w:rPr>
      <w:tblPr/>
      <w:tcPr>
        <w:tcBorders>
          <w:top w:val="nil"/>
          <w:left w:val="nil"/>
          <w:bottom w:val="single" w:sz="18" w:space="0" w:color="FFFFFF" w:themeColor="background1"/>
          <w:right w:val="nil"/>
          <w:insideH w:val="nil"/>
          <w:insideV w:val="nil"/>
        </w:tcBorders>
        <w:shd w:val="clear" w:color="auto" w:fill="312C35" w:themeFill="text1"/>
      </w:tcPr>
    </w:tblStylePr>
    <w:tblStylePr w:type="lastRow">
      <w:tblPr/>
      <w:tcPr>
        <w:tcBorders>
          <w:top w:val="single" w:sz="18" w:space="0" w:color="FFFFFF" w:themeColor="background1"/>
          <w:left w:val="nil"/>
          <w:bottom w:val="nil"/>
          <w:right w:val="nil"/>
          <w:insideH w:val="nil"/>
          <w:insideV w:val="nil"/>
        </w:tcBorders>
        <w:shd w:val="clear" w:color="auto" w:fill="18151A"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242127"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tcBorders>
        <w:top w:val="nil"/>
        <w:left w:val="nil"/>
        <w:bottom w:val="nil"/>
        <w:right w:val="nil"/>
      </w:tcBorders>
      <w:shd w:val="clear" w:color="auto" w:fill="EDE6E0"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312C35" w:themeFill="text1"/>
      </w:tcPr>
    </w:tblStylePr>
    <w:tblStylePr w:type="lastRow">
      <w:tblPr/>
      <w:tcPr>
        <w:tcBorders>
          <w:top w:val="single" w:sz="18" w:space="0" w:color="FFFFFF" w:themeColor="background1"/>
          <w:left w:val="nil"/>
          <w:bottom w:val="nil"/>
          <w:right w:val="nil"/>
          <w:insideH w:val="nil"/>
          <w:insideV w:val="nil"/>
        </w:tcBorders>
        <w:shd w:val="clear" w:color="auto" w:fill="917054"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C2AA96"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tcBorders>
        <w:top w:val="nil"/>
        <w:left w:val="nil"/>
        <w:bottom w:val="nil"/>
        <w:right w:val="nil"/>
      </w:tcBorders>
      <w:shd w:val="clear" w:color="auto" w:fill="EAA53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312C35" w:themeFill="text1"/>
      </w:tcPr>
    </w:tblStylePr>
    <w:tblStylePr w:type="lastRow">
      <w:tblPr/>
      <w:tcPr>
        <w:tcBorders>
          <w:top w:val="single" w:sz="18" w:space="0" w:color="FFFFFF" w:themeColor="background1"/>
          <w:left w:val="nil"/>
          <w:bottom w:val="nil"/>
          <w:right w:val="nil"/>
          <w:insideH w:val="nil"/>
          <w:insideV w:val="nil"/>
        </w:tcBorders>
        <w:shd w:val="clear" w:color="auto" w:fill="80540D"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C07F13"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tcBorders>
        <w:top w:val="nil"/>
        <w:left w:val="nil"/>
        <w:bottom w:val="nil"/>
        <w:right w:val="nil"/>
      </w:tcBorders>
      <w:shd w:val="clear" w:color="auto" w:fill="BC749C"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312C35" w:themeFill="text1"/>
      </w:tcPr>
    </w:tblStylePr>
    <w:tblStylePr w:type="lastRow">
      <w:tblPr/>
      <w:tcPr>
        <w:tcBorders>
          <w:top w:val="single" w:sz="18" w:space="0" w:color="FFFFFF" w:themeColor="background1"/>
          <w:left w:val="nil"/>
          <w:bottom w:val="nil"/>
          <w:right w:val="nil"/>
          <w:insideH w:val="nil"/>
          <w:insideV w:val="nil"/>
        </w:tcBorders>
        <w:shd w:val="clear" w:color="auto" w:fill="66314E"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994A76"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tcBorders>
        <w:top w:val="nil"/>
        <w:left w:val="nil"/>
        <w:bottom w:val="nil"/>
        <w:right w:val="nil"/>
      </w:tcBorders>
      <w:shd w:val="clear" w:color="auto" w:fill="5C3873"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312C35" w:themeFill="text1"/>
      </w:tcPr>
    </w:tblStylePr>
    <w:tblStylePr w:type="lastRow">
      <w:tblPr/>
      <w:tcPr>
        <w:tcBorders>
          <w:top w:val="single" w:sz="18" w:space="0" w:color="FFFFFF" w:themeColor="background1"/>
          <w:left w:val="nil"/>
          <w:bottom w:val="nil"/>
          <w:right w:val="nil"/>
          <w:insideH w:val="nil"/>
          <w:insideV w:val="nil"/>
        </w:tcBorders>
        <w:shd w:val="clear" w:color="auto" w:fill="2D1C39"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442A56"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tcBorders>
        <w:top w:val="nil"/>
        <w:left w:val="nil"/>
        <w:bottom w:val="nil"/>
        <w:right w:val="nil"/>
      </w:tcBorders>
      <w:shd w:val="clear" w:color="auto" w:fill="A02B93"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312C35" w:themeFill="text1"/>
      </w:tcPr>
    </w:tblStylePr>
    <w:tblStylePr w:type="lastRow">
      <w:tblPr/>
      <w:tcPr>
        <w:tcBorders>
          <w:top w:val="single" w:sz="18" w:space="0" w:color="FFFFFF" w:themeColor="background1"/>
          <w:left w:val="nil"/>
          <w:bottom w:val="nil"/>
          <w:right w:val="nil"/>
          <w:insideH w:val="nil"/>
          <w:insideV w:val="nil"/>
        </w:tcBorders>
        <w:shd w:val="clear" w:color="auto" w:fill="4F1548"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77206D"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tcBorders>
        <w:top w:val="nil"/>
        <w:left w:val="nil"/>
        <w:bottom w:val="nil"/>
        <w:right w:val="nil"/>
      </w:tcBorders>
      <w:shd w:val="clear" w:color="auto" w:fill="4EA72E"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312C35" w:themeFill="text1"/>
      </w:tcPr>
    </w:tblStylePr>
    <w:tblStylePr w:type="lastRow">
      <w:tblPr/>
      <w:tcPr>
        <w:tcBorders>
          <w:top w:val="single" w:sz="18" w:space="0" w:color="FFFFFF" w:themeColor="background1"/>
          <w:left w:val="nil"/>
          <w:bottom w:val="nil"/>
          <w:right w:val="nil"/>
          <w:insideH w:val="nil"/>
          <w:insideV w:val="nil"/>
        </w:tcBorders>
        <w:shd w:val="clear" w:color="auto" w:fill="265317"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A7C22" w:themeFill="accent6" w:themeFillShade="BF"/>
      </w:tcPr>
    </w:tblStylePr>
  </w:style>
  <w:style w:type="table" w:styleId="ColorfulShading">
    <w:name w:val="Colorful Shading"/>
    <w:basedOn w:val="TableNormal"/>
    <w:uiPriority w:val="71"/>
    <w:rsid w:val="00CB0664"/>
    <w:pPr>
      <w:spacing w:after="0" w:line="240" w:lineRule="auto"/>
    </w:pPr>
    <w:rPr>
      <w:color w:val="312C35" w:themeColor="text1"/>
    </w:rPr>
    <w:tblPr>
      <w:tblStyleRowBandSize w:val="1"/>
      <w:tblStyleColBandSize w:val="1"/>
    </w:tblPr>
    <w:tcPr>
      <w:tcBorders>
        <w:top w:val="nil"/>
        <w:left w:val="nil"/>
        <w:bottom w:val="nil"/>
        <w:right w:val="nil"/>
      </w:tcBorders>
      <w:shd w:val="clear" w:color="auto" w:fill="EAE8EC" w:themeFill="text1" w:themeFillTint="19"/>
    </w:tcPr>
    <w:tblStylePr w:type="firstRow">
      <w:rPr>
        <w:b/>
        <w:bCs/>
      </w:rPr>
      <w:tblPr/>
      <w:tcPr>
        <w:tcBorders>
          <w:top w:val="nil"/>
          <w:left w:val="nil"/>
          <w:bottom w:val="single" w:sz="24" w:space="0" w:color="EAA5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D1A1F" w:themeFill="text1" w:themeFillShade="99"/>
      </w:tcPr>
    </w:tblStylePr>
    <w:tblStylePr w:type="firstCol">
      <w:rPr>
        <w:color w:val="FFFFFF" w:themeColor="background1"/>
      </w:rPr>
      <w:tblPr/>
      <w:tcPr>
        <w:tcBorders>
          <w:top w:val="nil"/>
          <w:left w:val="nil"/>
          <w:bottom w:val="nil"/>
          <w:right w:val="nil"/>
          <w:insideH w:val="single" w:sz="4" w:space="0" w:color="1D1A1F" w:themeColor="text1" w:themeShade="99"/>
          <w:insideV w:val="nil"/>
        </w:tcBorders>
        <w:shd w:val="clear" w:color="auto" w:fill="1D1A1F" w:themeFill="text1" w:themeFillShade="99"/>
      </w:tcPr>
    </w:tblStylePr>
    <w:tblStylePr w:type="lastCol">
      <w:rPr>
        <w:color w:val="FFFFFF" w:themeColor="background1"/>
      </w:rPr>
    </w:tblStylePr>
    <w:tblStylePr w:type="neCell">
      <w:rPr>
        <w:color w:val="312C35" w:themeColor="text1"/>
      </w:rPr>
    </w:tblStylePr>
    <w:tblStylePr w:type="nwCell">
      <w:rPr>
        <w:color w:val="312C35" w:themeColor="text1"/>
      </w:rPr>
    </w:tblStylePr>
  </w:style>
  <w:style w:type="table" w:styleId="ColorfulShading-Accent1">
    <w:name w:val="Colorful Shading Accent 1"/>
    <w:basedOn w:val="TableNormal"/>
    <w:uiPriority w:val="71"/>
    <w:rsid w:val="00CB0664"/>
    <w:pPr>
      <w:spacing w:after="0" w:line="240" w:lineRule="auto"/>
    </w:pPr>
    <w:rPr>
      <w:color w:val="312C35" w:themeColor="text1"/>
    </w:rPr>
    <w:tblPr>
      <w:tblStyleRowBandSize w:val="1"/>
      <w:tblStyleColBandSize w:val="1"/>
    </w:tblPr>
    <w:tcPr>
      <w:tcBorders>
        <w:top w:val="nil"/>
        <w:left w:val="nil"/>
        <w:bottom w:val="nil"/>
        <w:right w:val="nil"/>
      </w:tcBorders>
      <w:shd w:val="clear" w:color="auto" w:fill="FDFCFB" w:themeFill="accent1" w:themeFillTint="19"/>
    </w:tcPr>
    <w:tblStylePr w:type="firstRow">
      <w:rPr>
        <w:b/>
        <w:bCs/>
      </w:rPr>
      <w:tblPr/>
      <w:tcPr>
        <w:tcBorders>
          <w:top w:val="nil"/>
          <w:left w:val="nil"/>
          <w:bottom w:val="single" w:sz="24" w:space="0" w:color="EAA5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A9876B" w:themeFill="accent1" w:themeFillShade="99"/>
      </w:tcPr>
    </w:tblStylePr>
    <w:tblStylePr w:type="firstCol">
      <w:rPr>
        <w:color w:val="FFFFFF" w:themeColor="background1"/>
      </w:rPr>
      <w:tblPr/>
      <w:tcPr>
        <w:tcBorders>
          <w:top w:val="nil"/>
          <w:left w:val="nil"/>
          <w:bottom w:val="nil"/>
          <w:right w:val="nil"/>
          <w:insideH w:val="single" w:sz="4" w:space="0" w:color="A9876B" w:themeColor="accent1" w:themeShade="99"/>
          <w:insideV w:val="nil"/>
        </w:tcBorders>
        <w:shd w:val="clear" w:color="auto" w:fill="A9876B" w:themeFill="accent1" w:themeFillShade="99"/>
      </w:tcPr>
    </w:tblStylePr>
    <w:tblStylePr w:type="lastCol">
      <w:rPr>
        <w:color w:val="FFFFFF" w:themeColor="background1"/>
      </w:rPr>
    </w:tblStylePr>
    <w:tblStylePr w:type="neCell">
      <w:rPr>
        <w:color w:val="312C35" w:themeColor="text1"/>
      </w:rPr>
    </w:tblStylePr>
    <w:tblStylePr w:type="nwCell">
      <w:rPr>
        <w:color w:val="312C35" w:themeColor="text1"/>
      </w:rPr>
    </w:tblStylePr>
  </w:style>
  <w:style w:type="table" w:styleId="ColorfulShading-Accent2">
    <w:name w:val="Colorful Shading Accent 2"/>
    <w:basedOn w:val="TableNormal"/>
    <w:uiPriority w:val="71"/>
    <w:rsid w:val="00CB0664"/>
    <w:pPr>
      <w:spacing w:after="0" w:line="240" w:lineRule="auto"/>
    </w:pPr>
    <w:rPr>
      <w:color w:val="312C35" w:themeColor="text1"/>
    </w:rPr>
    <w:tblPr>
      <w:tblStyleRowBandSize w:val="1"/>
      <w:tblStyleColBandSize w:val="1"/>
    </w:tblPr>
    <w:tcPr>
      <w:tcBorders>
        <w:top w:val="nil"/>
        <w:left w:val="nil"/>
        <w:bottom w:val="nil"/>
        <w:right w:val="nil"/>
      </w:tcBorders>
      <w:shd w:val="clear" w:color="auto" w:fill="FDF6EA" w:themeFill="accent2" w:themeFillTint="19"/>
    </w:tcPr>
    <w:tblStylePr w:type="firstRow">
      <w:rPr>
        <w:b/>
        <w:bCs/>
      </w:rPr>
      <w:tblPr/>
      <w:tcPr>
        <w:tcBorders>
          <w:top w:val="nil"/>
          <w:left w:val="nil"/>
          <w:bottom w:val="single" w:sz="24" w:space="0" w:color="EAA5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A6610" w:themeFill="accent2" w:themeFillShade="99"/>
      </w:tcPr>
    </w:tblStylePr>
    <w:tblStylePr w:type="firstCol">
      <w:rPr>
        <w:color w:val="FFFFFF" w:themeColor="background1"/>
      </w:rPr>
      <w:tblPr/>
      <w:tcPr>
        <w:tcBorders>
          <w:top w:val="nil"/>
          <w:left w:val="nil"/>
          <w:bottom w:val="nil"/>
          <w:right w:val="nil"/>
          <w:insideH w:val="single" w:sz="4" w:space="0" w:color="9A6610" w:themeColor="accent2" w:themeShade="99"/>
          <w:insideV w:val="nil"/>
        </w:tcBorders>
        <w:shd w:val="clear" w:color="auto" w:fill="9A6610" w:themeFill="accent2" w:themeFillShade="99"/>
      </w:tcPr>
    </w:tblStylePr>
    <w:tblStylePr w:type="lastCol">
      <w:rPr>
        <w:color w:val="FFFFFF" w:themeColor="background1"/>
      </w:rPr>
    </w:tblStylePr>
    <w:tblStylePr w:type="neCell">
      <w:rPr>
        <w:color w:val="312C35" w:themeColor="text1"/>
      </w:rPr>
    </w:tblStylePr>
    <w:tblStylePr w:type="nwCell">
      <w:rPr>
        <w:color w:val="312C35" w:themeColor="text1"/>
      </w:rPr>
    </w:tblStylePr>
  </w:style>
  <w:style w:type="table" w:styleId="ColorfulShading-Accent3">
    <w:name w:val="Colorful Shading Accent 3"/>
    <w:basedOn w:val="TableNormal"/>
    <w:uiPriority w:val="71"/>
    <w:rsid w:val="00CB0664"/>
    <w:pPr>
      <w:spacing w:after="0" w:line="240" w:lineRule="auto"/>
    </w:pPr>
    <w:rPr>
      <w:color w:val="312C35" w:themeColor="text1"/>
    </w:rPr>
    <w:tblPr>
      <w:tblStyleRowBandSize w:val="1"/>
      <w:tblStyleColBandSize w:val="1"/>
    </w:tblPr>
    <w:tcPr>
      <w:tcBorders>
        <w:top w:val="nil"/>
        <w:left w:val="nil"/>
        <w:bottom w:val="nil"/>
        <w:right w:val="nil"/>
      </w:tcBorders>
      <w:shd w:val="clear" w:color="auto" w:fill="F8F1F5" w:themeFill="accent3" w:themeFillTint="19"/>
    </w:tcPr>
    <w:tblStylePr w:type="firstRow">
      <w:rPr>
        <w:b/>
        <w:bCs/>
      </w:rPr>
      <w:tblPr/>
      <w:tcPr>
        <w:tcBorders>
          <w:top w:val="nil"/>
          <w:left w:val="nil"/>
          <w:bottom w:val="single" w:sz="24" w:space="0" w:color="5C3873"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A3B5E" w:themeFill="accent3" w:themeFillShade="99"/>
      </w:tcPr>
    </w:tblStylePr>
    <w:tblStylePr w:type="firstCol">
      <w:rPr>
        <w:color w:val="FFFFFF" w:themeColor="background1"/>
      </w:rPr>
      <w:tblPr/>
      <w:tcPr>
        <w:tcBorders>
          <w:top w:val="nil"/>
          <w:left w:val="nil"/>
          <w:bottom w:val="nil"/>
          <w:right w:val="nil"/>
          <w:insideH w:val="single" w:sz="4" w:space="0" w:color="7A3B5E" w:themeColor="accent3" w:themeShade="99"/>
          <w:insideV w:val="nil"/>
        </w:tcBorders>
        <w:shd w:val="clear" w:color="auto" w:fill="7A3B5E" w:themeFill="accent3" w:themeFillShade="99"/>
      </w:tcPr>
    </w:tblStylePr>
    <w:tblStylePr w:type="lastCol">
      <w:rPr>
        <w:color w:val="FFFFFF" w:themeColor="background1"/>
      </w:rPr>
    </w:tblStylePr>
  </w:style>
  <w:style w:type="table" w:styleId="ColorfulShading-Accent4">
    <w:name w:val="Colorful Shading Accent 4"/>
    <w:basedOn w:val="TableNormal"/>
    <w:uiPriority w:val="71"/>
    <w:rsid w:val="00CB0664"/>
    <w:pPr>
      <w:spacing w:after="0" w:line="240" w:lineRule="auto"/>
    </w:pPr>
    <w:rPr>
      <w:color w:val="312C35" w:themeColor="text1"/>
    </w:rPr>
    <w:tblPr>
      <w:tblStyleRowBandSize w:val="1"/>
      <w:tblStyleColBandSize w:val="1"/>
    </w:tblPr>
    <w:tcPr>
      <w:tcBorders>
        <w:top w:val="nil"/>
        <w:left w:val="nil"/>
        <w:bottom w:val="nil"/>
        <w:right w:val="nil"/>
      </w:tcBorders>
      <w:shd w:val="clear" w:color="auto" w:fill="EFE8F4" w:themeFill="accent4" w:themeFillTint="19"/>
    </w:tcPr>
    <w:tblStylePr w:type="firstRow">
      <w:rPr>
        <w:b/>
        <w:bCs/>
      </w:rPr>
      <w:tblPr/>
      <w:tcPr>
        <w:tcBorders>
          <w:top w:val="nil"/>
          <w:left w:val="nil"/>
          <w:bottom w:val="single" w:sz="24" w:space="0" w:color="BC749C"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62144" w:themeFill="accent4" w:themeFillShade="99"/>
      </w:tcPr>
    </w:tblStylePr>
    <w:tblStylePr w:type="firstCol">
      <w:rPr>
        <w:color w:val="FFFFFF" w:themeColor="background1"/>
      </w:rPr>
      <w:tblPr/>
      <w:tcPr>
        <w:tcBorders>
          <w:top w:val="nil"/>
          <w:left w:val="nil"/>
          <w:bottom w:val="nil"/>
          <w:right w:val="nil"/>
          <w:insideH w:val="single" w:sz="4" w:space="0" w:color="362144" w:themeColor="accent4" w:themeShade="99"/>
          <w:insideV w:val="nil"/>
        </w:tcBorders>
        <w:shd w:val="clear" w:color="auto" w:fill="362144" w:themeFill="accent4" w:themeFillShade="99"/>
      </w:tcPr>
    </w:tblStylePr>
    <w:tblStylePr w:type="lastCol">
      <w:rPr>
        <w:color w:val="FFFFFF" w:themeColor="background1"/>
      </w:rPr>
    </w:tblStylePr>
    <w:tblStylePr w:type="neCell">
      <w:rPr>
        <w:color w:val="312C35" w:themeColor="text1"/>
      </w:rPr>
    </w:tblStylePr>
    <w:tblStylePr w:type="nwCell">
      <w:rPr>
        <w:color w:val="312C35" w:themeColor="text1"/>
      </w:rPr>
    </w:tblStylePr>
  </w:style>
  <w:style w:type="table" w:styleId="ColorfulShading-Accent5">
    <w:name w:val="Colorful Shading Accent 5"/>
    <w:basedOn w:val="TableNormal"/>
    <w:uiPriority w:val="71"/>
    <w:rsid w:val="00CB0664"/>
    <w:pPr>
      <w:spacing w:after="0" w:line="240" w:lineRule="auto"/>
    </w:pPr>
    <w:rPr>
      <w:color w:val="312C35" w:themeColor="text1"/>
    </w:rPr>
    <w:tblPr>
      <w:tblStyleRowBandSize w:val="1"/>
      <w:tblStyleColBandSize w:val="1"/>
    </w:tblPr>
    <w:tcPr>
      <w:tcBorders>
        <w:top w:val="nil"/>
        <w:left w:val="nil"/>
        <w:bottom w:val="nil"/>
        <w:right w:val="nil"/>
      </w:tcBorders>
      <w:shd w:val="clear" w:color="auto" w:fill="F8E7F6" w:themeFill="accent5" w:themeFillTint="19"/>
    </w:tcPr>
    <w:tblStylePr w:type="firstRow">
      <w:rPr>
        <w:b/>
        <w:bCs/>
      </w:rPr>
      <w:tblPr/>
      <w:tcPr>
        <w:tcBorders>
          <w:top w:val="nil"/>
          <w:left w:val="nil"/>
          <w:bottom w:val="single" w:sz="24" w:space="0" w:color="4EA72E"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F1957" w:themeFill="accent5" w:themeFillShade="99"/>
      </w:tcPr>
    </w:tblStylePr>
    <w:tblStylePr w:type="firstCol">
      <w:rPr>
        <w:color w:val="FFFFFF" w:themeColor="background1"/>
      </w:rPr>
      <w:tblPr/>
      <w:tcPr>
        <w:tcBorders>
          <w:top w:val="nil"/>
          <w:left w:val="nil"/>
          <w:bottom w:val="nil"/>
          <w:right w:val="nil"/>
          <w:insideH w:val="single" w:sz="4" w:space="0" w:color="5F1957" w:themeColor="accent5" w:themeShade="99"/>
          <w:insideV w:val="nil"/>
        </w:tcBorders>
        <w:shd w:val="clear" w:color="auto" w:fill="5F1957" w:themeFill="accent5" w:themeFillShade="99"/>
      </w:tcPr>
    </w:tblStylePr>
    <w:tblStylePr w:type="lastCol">
      <w:rPr>
        <w:color w:val="FFFFFF" w:themeColor="background1"/>
      </w:rPr>
    </w:tblStylePr>
    <w:tblStylePr w:type="neCell">
      <w:rPr>
        <w:color w:val="312C35" w:themeColor="text1"/>
      </w:rPr>
    </w:tblStylePr>
    <w:tblStylePr w:type="nwCell">
      <w:rPr>
        <w:color w:val="312C35" w:themeColor="text1"/>
      </w:rPr>
    </w:tblStylePr>
  </w:style>
  <w:style w:type="table" w:styleId="ColorfulShading-Accent6">
    <w:name w:val="Colorful Shading Accent 6"/>
    <w:basedOn w:val="TableNormal"/>
    <w:uiPriority w:val="71"/>
    <w:rsid w:val="00CB0664"/>
    <w:pPr>
      <w:spacing w:after="0" w:line="240" w:lineRule="auto"/>
    </w:pPr>
    <w:rPr>
      <w:color w:val="312C35" w:themeColor="text1"/>
    </w:rPr>
    <w:tblPr>
      <w:tblStyleRowBandSize w:val="1"/>
      <w:tblStyleColBandSize w:val="1"/>
    </w:tblPr>
    <w:tcPr>
      <w:tcBorders>
        <w:top w:val="nil"/>
        <w:left w:val="nil"/>
        <w:bottom w:val="nil"/>
        <w:right w:val="nil"/>
      </w:tcBorders>
      <w:shd w:val="clear" w:color="auto" w:fill="ECF8E8" w:themeFill="accent6" w:themeFillTint="19"/>
    </w:tcPr>
    <w:tblStylePr w:type="firstRow">
      <w:rPr>
        <w:b/>
        <w:bCs/>
      </w:rPr>
      <w:tblPr/>
      <w:tcPr>
        <w:tcBorders>
          <w:top w:val="nil"/>
          <w:left w:val="nil"/>
          <w:bottom w:val="single" w:sz="24" w:space="0" w:color="A02B93"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641B" w:themeFill="accent6" w:themeFillShade="99"/>
      </w:tcPr>
    </w:tblStylePr>
    <w:tblStylePr w:type="firstCol">
      <w:rPr>
        <w:color w:val="FFFFFF" w:themeColor="background1"/>
      </w:rPr>
      <w:tblPr/>
      <w:tcPr>
        <w:tcBorders>
          <w:top w:val="nil"/>
          <w:left w:val="nil"/>
          <w:bottom w:val="nil"/>
          <w:right w:val="nil"/>
          <w:insideH w:val="single" w:sz="4" w:space="0" w:color="2E641B" w:themeColor="accent6" w:themeShade="99"/>
          <w:insideV w:val="nil"/>
        </w:tcBorders>
        <w:shd w:val="clear" w:color="auto" w:fill="2E641B" w:themeFill="accent6" w:themeFillShade="99"/>
      </w:tcPr>
    </w:tblStylePr>
    <w:tblStylePr w:type="lastCol">
      <w:rPr>
        <w:color w:val="FFFFFF" w:themeColor="background1"/>
      </w:rPr>
    </w:tblStylePr>
    <w:tblStylePr w:type="neCell">
      <w:rPr>
        <w:color w:val="312C35" w:themeColor="text1"/>
      </w:rPr>
    </w:tblStylePr>
    <w:tblStylePr w:type="nwCell">
      <w:rPr>
        <w:color w:val="312C35" w:themeColor="text1"/>
      </w:rPr>
    </w:tblStylePr>
  </w:style>
  <w:style w:type="table" w:styleId="ColorfulList">
    <w:name w:val="Colorful List"/>
    <w:basedOn w:val="TableNormal"/>
    <w:uiPriority w:val="72"/>
    <w:rsid w:val="00CB0664"/>
    <w:pPr>
      <w:spacing w:after="0" w:line="240" w:lineRule="auto"/>
    </w:pPr>
    <w:rPr>
      <w:color w:val="312C35" w:themeColor="text1"/>
    </w:rPr>
    <w:tblPr>
      <w:tblStyleRowBandSize w:val="1"/>
      <w:tblStyleColBandSize w:val="1"/>
    </w:tblPr>
    <w:tcPr>
      <w:shd w:val="clear" w:color="auto" w:fill="EAE8EC" w:themeFill="text1" w:themeFillTint="19"/>
    </w:tcPr>
    <w:tblStylePr w:type="firstRow">
      <w:rPr>
        <w:b/>
        <w:bCs/>
        <w:color w:val="FFFFFF" w:themeColor="background1"/>
      </w:rPr>
      <w:tblPr/>
      <w:tcPr>
        <w:tcBorders>
          <w:bottom w:val="single" w:sz="12" w:space="0" w:color="FFFFFF" w:themeColor="background1"/>
        </w:tcBorders>
        <w:shd w:val="clear" w:color="auto" w:fill="CD8815" w:themeFill="accent2" w:themeFillShade="CC"/>
      </w:tcPr>
    </w:tblStylePr>
    <w:tblStylePr w:type="lastRow">
      <w:rPr>
        <w:b/>
        <w:bCs/>
        <w:color w:val="CD8815" w:themeColor="accent2" w:themeShade="CC"/>
      </w:rPr>
      <w:tblPr/>
      <w:tcPr>
        <w:tcBorders>
          <w:top w:val="single" w:sz="12" w:space="0" w:color="312C35"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CC7D0" w:themeFill="text1" w:themeFillTint="3F"/>
      </w:tcPr>
    </w:tblStylePr>
  </w:style>
  <w:style w:type="table" w:styleId="ColorfulList-Accent1">
    <w:name w:val="Colorful List Accent 1"/>
    <w:basedOn w:val="TableNormal"/>
    <w:uiPriority w:val="72"/>
    <w:rsid w:val="00CB0664"/>
    <w:pPr>
      <w:spacing w:after="0" w:line="240" w:lineRule="auto"/>
    </w:pPr>
    <w:rPr>
      <w:color w:val="312C35" w:themeColor="text1"/>
    </w:rPr>
    <w:tblPr>
      <w:tblStyleRowBandSize w:val="1"/>
      <w:tblStyleColBandSize w:val="1"/>
    </w:tblPr>
    <w:tcPr>
      <w:shd w:val="clear" w:color="auto" w:fill="FDFCFB" w:themeFill="accent1" w:themeFillTint="19"/>
    </w:tcPr>
    <w:tblStylePr w:type="firstRow">
      <w:rPr>
        <w:b/>
        <w:bCs/>
        <w:color w:val="FFFFFF" w:themeColor="background1"/>
      </w:rPr>
      <w:tblPr/>
      <w:tcPr>
        <w:tcBorders>
          <w:bottom w:val="single" w:sz="12" w:space="0" w:color="FFFFFF" w:themeColor="background1"/>
        </w:tcBorders>
        <w:shd w:val="clear" w:color="auto" w:fill="CD8815" w:themeFill="accent2" w:themeFillShade="CC"/>
      </w:tcPr>
    </w:tblStylePr>
    <w:tblStylePr w:type="lastRow">
      <w:rPr>
        <w:b/>
        <w:bCs/>
        <w:color w:val="CD8815" w:themeColor="accent2" w:themeShade="CC"/>
      </w:rPr>
      <w:tblPr/>
      <w:tcPr>
        <w:tcBorders>
          <w:top w:val="single" w:sz="12" w:space="0" w:color="312C35"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F8F7" w:themeFill="accent1" w:themeFillTint="3F"/>
      </w:tcPr>
    </w:tblStylePr>
  </w:style>
  <w:style w:type="table" w:styleId="ColorfulList-Accent2">
    <w:name w:val="Colorful List Accent 2"/>
    <w:basedOn w:val="TableNormal"/>
    <w:uiPriority w:val="72"/>
    <w:rsid w:val="00CB0664"/>
    <w:pPr>
      <w:spacing w:after="0" w:line="240" w:lineRule="auto"/>
    </w:pPr>
    <w:rPr>
      <w:color w:val="312C35" w:themeColor="text1"/>
    </w:rPr>
    <w:tblPr>
      <w:tblStyleRowBandSize w:val="1"/>
      <w:tblStyleColBandSize w:val="1"/>
    </w:tblPr>
    <w:tcPr>
      <w:shd w:val="clear" w:color="auto" w:fill="FDF6EA" w:themeFill="accent2" w:themeFillTint="19"/>
    </w:tcPr>
    <w:tblStylePr w:type="firstRow">
      <w:rPr>
        <w:b/>
        <w:bCs/>
        <w:color w:val="FFFFFF" w:themeColor="background1"/>
      </w:rPr>
      <w:tblPr/>
      <w:tcPr>
        <w:tcBorders>
          <w:bottom w:val="single" w:sz="12" w:space="0" w:color="FFFFFF" w:themeColor="background1"/>
        </w:tcBorders>
        <w:shd w:val="clear" w:color="auto" w:fill="CD8815" w:themeFill="accent2" w:themeFillShade="CC"/>
      </w:tcPr>
    </w:tblStylePr>
    <w:tblStylePr w:type="lastRow">
      <w:rPr>
        <w:b/>
        <w:bCs/>
        <w:color w:val="CD8815" w:themeColor="accent2" w:themeShade="CC"/>
      </w:rPr>
      <w:tblPr/>
      <w:tcPr>
        <w:tcBorders>
          <w:top w:val="single" w:sz="12" w:space="0" w:color="312C35"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E8CC" w:themeFill="accent2" w:themeFillTint="3F"/>
      </w:tcPr>
    </w:tblStylePr>
  </w:style>
  <w:style w:type="table" w:styleId="ColorfulList-Accent3">
    <w:name w:val="Colorful List Accent 3"/>
    <w:basedOn w:val="TableNormal"/>
    <w:uiPriority w:val="72"/>
    <w:rsid w:val="00CB0664"/>
    <w:pPr>
      <w:spacing w:after="0" w:line="240" w:lineRule="auto"/>
    </w:pPr>
    <w:rPr>
      <w:color w:val="312C35" w:themeColor="text1"/>
    </w:rPr>
    <w:tblPr>
      <w:tblStyleRowBandSize w:val="1"/>
      <w:tblStyleColBandSize w:val="1"/>
    </w:tblPr>
    <w:tcPr>
      <w:shd w:val="clear" w:color="auto" w:fill="F8F1F5" w:themeFill="accent3" w:themeFillTint="19"/>
    </w:tcPr>
    <w:tblStylePr w:type="firstRow">
      <w:rPr>
        <w:b/>
        <w:bCs/>
        <w:color w:val="FFFFFF" w:themeColor="background1"/>
      </w:rPr>
      <w:tblPr/>
      <w:tcPr>
        <w:tcBorders>
          <w:bottom w:val="single" w:sz="12" w:space="0" w:color="FFFFFF" w:themeColor="background1"/>
        </w:tcBorders>
        <w:shd w:val="clear" w:color="auto" w:fill="492C5B" w:themeFill="accent4" w:themeFillShade="CC"/>
      </w:tcPr>
    </w:tblStylePr>
    <w:tblStylePr w:type="lastRow">
      <w:rPr>
        <w:b/>
        <w:bCs/>
        <w:color w:val="492C5B" w:themeColor="accent4" w:themeShade="CC"/>
      </w:rPr>
      <w:tblPr/>
      <w:tcPr>
        <w:tcBorders>
          <w:top w:val="single" w:sz="12" w:space="0" w:color="312C35"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EDCE6" w:themeFill="accent3" w:themeFillTint="3F"/>
      </w:tcPr>
    </w:tblStylePr>
  </w:style>
  <w:style w:type="table" w:styleId="ColorfulList-Accent4">
    <w:name w:val="Colorful List Accent 4"/>
    <w:basedOn w:val="TableNormal"/>
    <w:uiPriority w:val="72"/>
    <w:rsid w:val="00CB0664"/>
    <w:pPr>
      <w:spacing w:after="0" w:line="240" w:lineRule="auto"/>
    </w:pPr>
    <w:rPr>
      <w:color w:val="312C35" w:themeColor="text1"/>
    </w:rPr>
    <w:tblPr>
      <w:tblStyleRowBandSize w:val="1"/>
      <w:tblStyleColBandSize w:val="1"/>
    </w:tblPr>
    <w:tcPr>
      <w:shd w:val="clear" w:color="auto" w:fill="EFE8F4" w:themeFill="accent4" w:themeFillTint="19"/>
    </w:tcPr>
    <w:tblStylePr w:type="firstRow">
      <w:rPr>
        <w:b/>
        <w:bCs/>
        <w:color w:val="FFFFFF" w:themeColor="background1"/>
      </w:rPr>
      <w:tblPr/>
      <w:tcPr>
        <w:tcBorders>
          <w:bottom w:val="single" w:sz="12" w:space="0" w:color="FFFFFF" w:themeColor="background1"/>
        </w:tcBorders>
        <w:shd w:val="clear" w:color="auto" w:fill="A34F7D" w:themeFill="accent3" w:themeFillShade="CC"/>
      </w:tcPr>
    </w:tblStylePr>
    <w:tblStylePr w:type="lastRow">
      <w:rPr>
        <w:b/>
        <w:bCs/>
        <w:color w:val="A34F7D" w:themeColor="accent3" w:themeShade="CC"/>
      </w:rPr>
      <w:tblPr/>
      <w:tcPr>
        <w:tcBorders>
          <w:top w:val="single" w:sz="12" w:space="0" w:color="312C35"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8C6E3" w:themeFill="accent4" w:themeFillTint="3F"/>
      </w:tcPr>
    </w:tblStylePr>
  </w:style>
  <w:style w:type="table" w:styleId="ColorfulList-Accent5">
    <w:name w:val="Colorful List Accent 5"/>
    <w:basedOn w:val="TableNormal"/>
    <w:uiPriority w:val="72"/>
    <w:rsid w:val="00CB0664"/>
    <w:pPr>
      <w:spacing w:after="0" w:line="240" w:lineRule="auto"/>
    </w:pPr>
    <w:rPr>
      <w:color w:val="312C35" w:themeColor="text1"/>
    </w:rPr>
    <w:tblPr>
      <w:tblStyleRowBandSize w:val="1"/>
      <w:tblStyleColBandSize w:val="1"/>
    </w:tblPr>
    <w:tcPr>
      <w:shd w:val="clear" w:color="auto" w:fill="F8E7F6" w:themeFill="accent5" w:themeFillTint="19"/>
    </w:tcPr>
    <w:tblStylePr w:type="firstRow">
      <w:rPr>
        <w:b/>
        <w:bCs/>
        <w:color w:val="FFFFFF" w:themeColor="background1"/>
      </w:rPr>
      <w:tblPr/>
      <w:tcPr>
        <w:tcBorders>
          <w:bottom w:val="single" w:sz="12" w:space="0" w:color="FFFFFF" w:themeColor="background1"/>
        </w:tcBorders>
        <w:shd w:val="clear" w:color="auto" w:fill="3E8524" w:themeFill="accent6" w:themeFillShade="CC"/>
      </w:tcPr>
    </w:tblStylePr>
    <w:tblStylePr w:type="lastRow">
      <w:rPr>
        <w:b/>
        <w:bCs/>
        <w:color w:val="3E8524" w:themeColor="accent6" w:themeShade="CC"/>
      </w:rPr>
      <w:tblPr/>
      <w:tcPr>
        <w:tcBorders>
          <w:top w:val="single" w:sz="12" w:space="0" w:color="312C35"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C3E9" w:themeFill="accent5" w:themeFillTint="3F"/>
      </w:tcPr>
    </w:tblStylePr>
  </w:style>
  <w:style w:type="table" w:styleId="ColorfulList-Accent6">
    <w:name w:val="Colorful List Accent 6"/>
    <w:basedOn w:val="TableNormal"/>
    <w:uiPriority w:val="72"/>
    <w:rsid w:val="00CB0664"/>
    <w:pPr>
      <w:spacing w:after="0" w:line="240" w:lineRule="auto"/>
    </w:pPr>
    <w:rPr>
      <w:color w:val="312C35" w:themeColor="text1"/>
    </w:rPr>
    <w:tblPr>
      <w:tblStyleRowBandSize w:val="1"/>
      <w:tblStyleColBandSize w:val="1"/>
    </w:tblPr>
    <w:tcPr>
      <w:shd w:val="clear" w:color="auto" w:fill="ECF8E8" w:themeFill="accent6" w:themeFillTint="19"/>
    </w:tcPr>
    <w:tblStylePr w:type="firstRow">
      <w:rPr>
        <w:b/>
        <w:bCs/>
        <w:color w:val="FFFFFF" w:themeColor="background1"/>
      </w:rPr>
      <w:tblPr/>
      <w:tcPr>
        <w:tcBorders>
          <w:bottom w:val="single" w:sz="12" w:space="0" w:color="FFFFFF" w:themeColor="background1"/>
        </w:tcBorders>
        <w:shd w:val="clear" w:color="auto" w:fill="7F2275" w:themeFill="accent5" w:themeFillShade="CC"/>
      </w:tcPr>
    </w:tblStylePr>
    <w:tblStylePr w:type="lastRow">
      <w:rPr>
        <w:b/>
        <w:bCs/>
        <w:color w:val="7F2275" w:themeColor="accent5" w:themeShade="CC"/>
      </w:rPr>
      <w:tblPr/>
      <w:tcPr>
        <w:tcBorders>
          <w:top w:val="single" w:sz="12" w:space="0" w:color="312C35"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EFC5" w:themeFill="accent6" w:themeFillTint="3F"/>
      </w:tcPr>
    </w:tblStylePr>
  </w:style>
  <w:style w:type="table" w:styleId="ColorfulGrid">
    <w:name w:val="Colorful Grid"/>
    <w:basedOn w:val="TableNormal"/>
    <w:uiPriority w:val="73"/>
    <w:rsid w:val="00CB0664"/>
    <w:pPr>
      <w:spacing w:after="0" w:line="240" w:lineRule="auto"/>
    </w:pPr>
    <w:rPr>
      <w:color w:val="312C35" w:themeColor="text1"/>
    </w:rPr>
    <w:tblPr>
      <w:tblStyleRowBandSize w:val="1"/>
      <w:tblStyleColBandSize w:val="1"/>
    </w:tblPr>
    <w:tcPr>
      <w:shd w:val="clear" w:color="auto" w:fill="D6D1D9" w:themeFill="text1" w:themeFillTint="33"/>
    </w:tcPr>
    <w:tblStylePr w:type="firstRow">
      <w:rPr>
        <w:b/>
        <w:bCs/>
      </w:rPr>
    </w:tblStylePr>
    <w:tblStylePr w:type="lastRow">
      <w:rPr>
        <w:b/>
        <w:bCs/>
        <w:color w:val="312C35" w:themeColor="text1"/>
      </w:rPr>
    </w:tblStylePr>
    <w:tblStylePr w:type="firstCol">
      <w:rPr>
        <w:color w:val="FFFFFF" w:themeColor="background1"/>
      </w:rPr>
    </w:tblStylePr>
    <w:tblStylePr w:type="lastCol">
      <w:rPr>
        <w:color w:val="FFFFFF" w:themeColor="background1"/>
      </w:rPr>
    </w:tblStylePr>
  </w:style>
  <w:style w:type="table" w:styleId="ColorfulGrid-Accent1">
    <w:name w:val="Colorful Grid Accent 1"/>
    <w:basedOn w:val="TableNormal"/>
    <w:uiPriority w:val="73"/>
    <w:rsid w:val="00CB0664"/>
    <w:pPr>
      <w:spacing w:after="0" w:line="240" w:lineRule="auto"/>
    </w:pPr>
    <w:rPr>
      <w:color w:val="312C35" w:themeColor="text1"/>
    </w:rPr>
    <w:tblPr>
      <w:tblStyleRowBandSize w:val="1"/>
      <w:tblStyleColBandSize w:val="1"/>
    </w:tblPr>
    <w:tcPr>
      <w:shd w:val="clear" w:color="auto" w:fill="FBF9F8" w:themeFill="accent1" w:themeFillTint="33"/>
    </w:tcPr>
    <w:tblStylePr w:type="firstRow">
      <w:rPr>
        <w:b/>
        <w:bCs/>
      </w:rPr>
    </w:tblStylePr>
    <w:tblStylePr w:type="lastRow">
      <w:rPr>
        <w:b/>
        <w:bCs/>
        <w:color w:val="312C35" w:themeColor="text1"/>
      </w:rPr>
    </w:tblStylePr>
    <w:tblStylePr w:type="firstCol">
      <w:rPr>
        <w:color w:val="FFFFFF" w:themeColor="background1"/>
      </w:rPr>
    </w:tblStylePr>
    <w:tblStylePr w:type="lastCol">
      <w:rPr>
        <w:color w:val="FFFFFF" w:themeColor="background1"/>
      </w:rPr>
    </w:tblStylePr>
  </w:style>
  <w:style w:type="table" w:styleId="ColorfulGrid-Accent2">
    <w:name w:val="Colorful Grid Accent 2"/>
    <w:basedOn w:val="TableNormal"/>
    <w:uiPriority w:val="73"/>
    <w:rsid w:val="00CB0664"/>
    <w:pPr>
      <w:spacing w:after="0" w:line="240" w:lineRule="auto"/>
    </w:pPr>
    <w:rPr>
      <w:color w:val="312C35" w:themeColor="text1"/>
    </w:rPr>
    <w:tblPr>
      <w:tblStyleRowBandSize w:val="1"/>
      <w:tblStyleColBandSize w:val="1"/>
    </w:tblPr>
    <w:tcPr>
      <w:shd w:val="clear" w:color="auto" w:fill="FAECD5" w:themeFill="accent2" w:themeFillTint="33"/>
    </w:tcPr>
    <w:tblStylePr w:type="firstRow">
      <w:rPr>
        <w:b/>
        <w:bCs/>
      </w:rPr>
    </w:tblStylePr>
    <w:tblStylePr w:type="lastRow">
      <w:rPr>
        <w:b/>
        <w:bCs/>
        <w:color w:val="312C35" w:themeColor="text1"/>
      </w:rPr>
    </w:tblStylePr>
    <w:tblStylePr w:type="firstCol">
      <w:rPr>
        <w:color w:val="FFFFFF" w:themeColor="background1"/>
      </w:rPr>
    </w:tblStylePr>
    <w:tblStylePr w:type="lastCol">
      <w:rPr>
        <w:color w:val="FFFFFF" w:themeColor="background1"/>
      </w:rPr>
    </w:tblStylePr>
  </w:style>
  <w:style w:type="table" w:styleId="ColorfulGrid-Accent3">
    <w:name w:val="Colorful Grid Accent 3"/>
    <w:basedOn w:val="TableNormal"/>
    <w:uiPriority w:val="73"/>
    <w:rsid w:val="00CB0664"/>
    <w:pPr>
      <w:spacing w:after="0" w:line="240" w:lineRule="auto"/>
    </w:pPr>
    <w:rPr>
      <w:color w:val="312C35" w:themeColor="text1"/>
    </w:rPr>
    <w:tblPr>
      <w:tblStyleRowBandSize w:val="1"/>
      <w:tblStyleColBandSize w:val="1"/>
    </w:tblPr>
    <w:tcPr>
      <w:shd w:val="clear" w:color="auto" w:fill="F1E3EB" w:themeFill="accent3" w:themeFillTint="33"/>
    </w:tcPr>
    <w:tblStylePr w:type="firstRow">
      <w:rPr>
        <w:b/>
        <w:bCs/>
      </w:rPr>
    </w:tblStylePr>
    <w:tblStylePr w:type="lastRow">
      <w:rPr>
        <w:b/>
        <w:bCs/>
        <w:color w:val="312C35" w:themeColor="text1"/>
      </w:rPr>
    </w:tblStylePr>
    <w:tblStylePr w:type="firstCol">
      <w:rPr>
        <w:color w:val="FFFFFF" w:themeColor="background1"/>
      </w:rPr>
    </w:tblStylePr>
    <w:tblStylePr w:type="lastCol">
      <w:rPr>
        <w:color w:val="FFFFFF" w:themeColor="background1"/>
      </w:rPr>
    </w:tblStylePr>
  </w:style>
  <w:style w:type="table" w:styleId="ColorfulGrid-Accent4">
    <w:name w:val="Colorful Grid Accent 4"/>
    <w:basedOn w:val="TableNormal"/>
    <w:uiPriority w:val="73"/>
    <w:rsid w:val="00CB0664"/>
    <w:pPr>
      <w:spacing w:after="0" w:line="240" w:lineRule="auto"/>
    </w:pPr>
    <w:rPr>
      <w:color w:val="312C35" w:themeColor="text1"/>
    </w:rPr>
    <w:tblPr>
      <w:tblStyleRowBandSize w:val="1"/>
      <w:tblStyleColBandSize w:val="1"/>
    </w:tblPr>
    <w:tcPr>
      <w:shd w:val="clear" w:color="auto" w:fill="DFD1E8" w:themeFill="accent4" w:themeFillTint="33"/>
    </w:tcPr>
    <w:tblStylePr w:type="firstRow">
      <w:rPr>
        <w:b/>
        <w:bCs/>
      </w:rPr>
    </w:tblStylePr>
    <w:tblStylePr w:type="lastRow">
      <w:rPr>
        <w:b/>
        <w:bCs/>
        <w:color w:val="312C35" w:themeColor="text1"/>
      </w:rPr>
    </w:tblStylePr>
    <w:tblStylePr w:type="firstCol">
      <w:rPr>
        <w:color w:val="FFFFFF" w:themeColor="background1"/>
      </w:rPr>
    </w:tblStylePr>
    <w:tblStylePr w:type="lastCol">
      <w:rPr>
        <w:color w:val="FFFFFF" w:themeColor="background1"/>
      </w:rPr>
    </w:tblStylePr>
  </w:style>
  <w:style w:type="table" w:styleId="ColorfulGrid-Accent5">
    <w:name w:val="Colorful Grid Accent 5"/>
    <w:basedOn w:val="TableNormal"/>
    <w:uiPriority w:val="73"/>
    <w:rsid w:val="00CB0664"/>
    <w:pPr>
      <w:spacing w:after="0" w:line="240" w:lineRule="auto"/>
    </w:pPr>
    <w:rPr>
      <w:color w:val="312C35" w:themeColor="text1"/>
    </w:rPr>
    <w:tblPr>
      <w:tblStyleRowBandSize w:val="1"/>
      <w:tblStyleColBandSize w:val="1"/>
    </w:tblPr>
    <w:tcPr>
      <w:shd w:val="clear" w:color="auto" w:fill="F2CEED" w:themeFill="accent5" w:themeFillTint="33"/>
    </w:tcPr>
    <w:tblStylePr w:type="firstRow">
      <w:rPr>
        <w:b/>
        <w:bCs/>
      </w:rPr>
    </w:tblStylePr>
    <w:tblStylePr w:type="lastRow">
      <w:rPr>
        <w:b/>
        <w:bCs/>
        <w:color w:val="312C35" w:themeColor="text1"/>
      </w:rPr>
    </w:tblStylePr>
    <w:tblStylePr w:type="firstCol">
      <w:rPr>
        <w:color w:val="FFFFFF" w:themeColor="background1"/>
      </w:rPr>
    </w:tblStylePr>
    <w:tblStylePr w:type="lastCol">
      <w:rPr>
        <w:color w:val="FFFFFF" w:themeColor="background1"/>
      </w:rPr>
    </w:tblStylePr>
  </w:style>
  <w:style w:type="table" w:styleId="ColorfulGrid-Accent6">
    <w:name w:val="Colorful Grid Accent 6"/>
    <w:basedOn w:val="TableNormal"/>
    <w:uiPriority w:val="73"/>
    <w:rsid w:val="00CB0664"/>
    <w:pPr>
      <w:spacing w:after="0" w:line="240" w:lineRule="auto"/>
    </w:pPr>
    <w:rPr>
      <w:color w:val="312C35" w:themeColor="text1"/>
    </w:rPr>
    <w:tblPr>
      <w:tblStyleRowBandSize w:val="1"/>
      <w:tblStyleColBandSize w:val="1"/>
    </w:tblPr>
    <w:tcPr>
      <w:shd w:val="clear" w:color="auto" w:fill="D9F2D0" w:themeFill="accent6" w:themeFillTint="33"/>
    </w:tcPr>
    <w:tblStylePr w:type="firstRow">
      <w:rPr>
        <w:b/>
        <w:bCs/>
      </w:rPr>
    </w:tblStylePr>
    <w:tblStylePr w:type="lastRow">
      <w:rPr>
        <w:b/>
        <w:bCs/>
        <w:color w:val="312C35" w:themeColor="text1"/>
      </w:rPr>
    </w:tblStylePr>
    <w:tblStylePr w:type="firstCol">
      <w:rPr>
        <w:color w:val="FFFFFF" w:themeColor="background1"/>
      </w:rPr>
    </w:tblStylePr>
    <w:tblStylePr w:type="lastCol">
      <w:rPr>
        <w:color w:val="FFFFFF" w:themeColor="background1"/>
      </w:rPr>
    </w:tblStylePr>
  </w:style>
  <w:style w:type="character" w:styleId="CommentReference">
    <w:name w:val="annotation reference"/>
    <w:basedOn w:val="DefaultParagraphFont"/>
    <w:uiPriority w:val="99"/>
    <w:semiHidden/>
    <w:unhideWhenUsed/>
    <w:rsid w:val="009A1C3C"/>
    <w:rPr>
      <w:sz w:val="16"/>
      <w:szCs w:val="16"/>
    </w:rPr>
  </w:style>
  <w:style w:type="paragraph" w:styleId="CommentText">
    <w:name w:val="annotation text"/>
    <w:basedOn w:val="Normal"/>
    <w:link w:val="CommentTextChar"/>
    <w:uiPriority w:val="99"/>
    <w:unhideWhenUsed/>
    <w:rsid w:val="009A1C3C"/>
    <w:pPr>
      <w:spacing w:line="240" w:lineRule="auto"/>
    </w:pPr>
  </w:style>
  <w:style w:type="character" w:customStyle="1" w:styleId="CommentTextChar">
    <w:name w:val="Comment Text Char"/>
    <w:basedOn w:val="DefaultParagraphFont"/>
    <w:link w:val="CommentText"/>
    <w:uiPriority w:val="99"/>
    <w:rsid w:val="009A1C3C"/>
    <w:rPr>
      <w:sz w:val="20"/>
      <w:szCs w:val="20"/>
    </w:rPr>
  </w:style>
  <w:style w:type="paragraph" w:styleId="CommentSubject">
    <w:name w:val="annotation subject"/>
    <w:basedOn w:val="CommentText"/>
    <w:next w:val="CommentText"/>
    <w:link w:val="CommentSubjectChar"/>
    <w:uiPriority w:val="99"/>
    <w:semiHidden/>
    <w:unhideWhenUsed/>
    <w:rsid w:val="009A1C3C"/>
    <w:rPr>
      <w:b/>
      <w:bCs/>
    </w:rPr>
  </w:style>
  <w:style w:type="character" w:customStyle="1" w:styleId="CommentSubjectChar">
    <w:name w:val="Comment Subject Char"/>
    <w:basedOn w:val="CommentTextChar"/>
    <w:link w:val="CommentSubject"/>
    <w:uiPriority w:val="99"/>
    <w:semiHidden/>
    <w:rsid w:val="009A1C3C"/>
    <w:rPr>
      <w:b/>
      <w:bCs/>
      <w:sz w:val="20"/>
      <w:szCs w:val="20"/>
    </w:rPr>
  </w:style>
  <w:style w:type="character" w:styleId="Hyperlink">
    <w:name w:val="Hyperlink"/>
    <w:basedOn w:val="DefaultParagraphFont"/>
    <w:uiPriority w:val="99"/>
    <w:unhideWhenUsed/>
    <w:rsid w:val="00DE06CD"/>
    <w:rPr>
      <w:color w:val="467886" w:themeColor="hyperlink"/>
      <w:u w:val="single"/>
    </w:rPr>
  </w:style>
  <w:style w:type="character" w:styleId="UnresolvedMention">
    <w:name w:val="Unresolved Mention"/>
    <w:basedOn w:val="DefaultParagraphFont"/>
    <w:uiPriority w:val="99"/>
    <w:semiHidden/>
    <w:unhideWhenUsed/>
    <w:rsid w:val="00DE06CD"/>
    <w:rPr>
      <w:color w:val="605E5C"/>
      <w:shd w:val="clear" w:color="auto" w:fill="E1DFDD"/>
    </w:rPr>
  </w:style>
  <w:style w:type="character" w:styleId="Mention">
    <w:name w:val="Mention"/>
    <w:basedOn w:val="DefaultParagraphFont"/>
    <w:uiPriority w:val="99"/>
    <w:unhideWhenUsed/>
    <w:rsid w:val="00662BCD"/>
    <w:rPr>
      <w:color w:val="2B579A"/>
      <w:shd w:val="clear" w:color="auto" w:fill="E1DFDD"/>
    </w:rPr>
  </w:style>
  <w:style w:type="character" w:styleId="PlaceholderText">
    <w:name w:val="Placeholder Text"/>
    <w:basedOn w:val="DefaultParagraphFont"/>
    <w:uiPriority w:val="99"/>
    <w:semiHidden/>
    <w:rsid w:val="00003F06"/>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eg"/><Relationship Id="rId18" Type="http://schemas.openxmlformats.org/officeDocument/2006/relationships/hyperlink" Target="mailto:LKGutierrez@fosfeminista.org" TargetMode="External"/><Relationship Id="rId26" Type="http://schemas.openxmlformats.org/officeDocument/2006/relationships/header" Target="header5.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mailto:ssridhar@fosfeminista.org" TargetMode="External"/><Relationship Id="rId29"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3.xm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2.xml"/><Relationship Id="rId28" Type="http://schemas.openxmlformats.org/officeDocument/2006/relationships/header" Target="header7.xml"/><Relationship Id="rId10" Type="http://schemas.openxmlformats.org/officeDocument/2006/relationships/image" Target="media/image3.png"/><Relationship Id="rId19" Type="http://schemas.openxmlformats.org/officeDocument/2006/relationships/hyperlink" Target="mailto:TMukekucilolo@fosfeminista.org" TargetMode="External"/><Relationship Id="rId31"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1.xml"/><Relationship Id="rId27" Type="http://schemas.openxmlformats.org/officeDocument/2006/relationships/header" Target="header6.xml"/><Relationship Id="rId30"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neral"/>
          <w:gallery w:val="placeholder"/>
        </w:category>
        <w:types>
          <w:type w:val="bbPlcHdr"/>
        </w:types>
        <w:behaviors>
          <w:behavior w:val="content"/>
        </w:behaviors>
        <w:guid w:val="{E7331225-54B0-4E01-B98F-28C5D57D2915}"/>
      </w:docPartPr>
      <w:docPartBody>
        <w:p w:rsidR="009B30C8" w:rsidRDefault="009B30C8">
          <w:r w:rsidRPr="00D11310">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modern"/>
    <w:pitch w:val="fixed"/>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Aptos">
    <w:charset w:val="00"/>
    <w:family w:val="swiss"/>
    <w:pitch w:val="variable"/>
    <w:sig w:usb0="20000287" w:usb1="00000003" w:usb2="00000000" w:usb3="00000000" w:csb0="0000019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30C8"/>
    <w:rsid w:val="005C1E80"/>
    <w:rsid w:val="0077353F"/>
    <w:rsid w:val="00842ECD"/>
    <w:rsid w:val="008C6A9F"/>
    <w:rsid w:val="009B30C8"/>
    <w:rsid w:val="00A82B73"/>
    <w:rsid w:val="00AE0ACF"/>
    <w:rsid w:val="00DD266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B30C8"/>
    <w:rPr>
      <w:color w:val="666666"/>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SPS Custom">
      <a:dk1>
        <a:srgbClr val="312C35"/>
      </a:dk1>
      <a:lt1>
        <a:srgbClr val="FFFFFF"/>
      </a:lt1>
      <a:dk2>
        <a:srgbClr val="312C35"/>
      </a:dk2>
      <a:lt2>
        <a:srgbClr val="FFFFFF"/>
      </a:lt2>
      <a:accent1>
        <a:srgbClr val="EDE6E0"/>
      </a:accent1>
      <a:accent2>
        <a:srgbClr val="EAA532"/>
      </a:accent2>
      <a:accent3>
        <a:srgbClr val="BC749C"/>
      </a:accent3>
      <a:accent4>
        <a:srgbClr val="5C3873"/>
      </a:accent4>
      <a:accent5>
        <a:srgbClr val="A02B93"/>
      </a:accent5>
      <a:accent6>
        <a:srgbClr val="4EA72E"/>
      </a:accent6>
      <a:hlink>
        <a:srgbClr val="467886"/>
      </a:hlink>
      <a:folHlink>
        <a:srgbClr val="96607D"/>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10</Pages>
  <Words>1828</Words>
  <Characters>10183</Characters>
  <Application>Microsoft Office Word</Application>
  <DocSecurity>0</DocSecurity>
  <Lines>391</Lines>
  <Paragraphs>187</Paragraphs>
  <ScaleCrop>false</ScaleCrop>
  <Manager/>
  <Company/>
  <LinksUpToDate>false</LinksUpToDate>
  <CharactersWithSpaces>11824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Swetha Sridhar</cp:lastModifiedBy>
  <cp:revision>197</cp:revision>
  <dcterms:created xsi:type="dcterms:W3CDTF">2025-10-26T00:01:00Z</dcterms:created>
  <dcterms:modified xsi:type="dcterms:W3CDTF">2025-10-30T17:01:00Z</dcterms:modified>
  <cp:category/>
</cp:coreProperties>
</file>